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373B" w:rsidR="00D03508" w:rsidRDefault="00EA4BC1" w14:paraId="247F389A" w14:textId="719153A9">
      <w:pPr>
        <w:pStyle w:val="Heading1"/>
        <w:rPr>
          <w:rFonts w:ascii="Aptos" w:hAnsi="Aptos"/>
          <w:sz w:val="36"/>
          <w:szCs w:val="36"/>
        </w:rPr>
      </w:pPr>
      <w:r w:rsidRPr="00A0373B">
        <w:rPr>
          <w:rFonts w:ascii="Aptos" w:hAnsi="Aptos"/>
          <w:sz w:val="36"/>
          <w:szCs w:val="36"/>
        </w:rPr>
        <w:t xml:space="preserve">The </w:t>
      </w:r>
      <w:proofErr w:type="spellStart"/>
      <w:r w:rsidRPr="00A0373B">
        <w:rPr>
          <w:rFonts w:ascii="Aptos" w:hAnsi="Aptos"/>
          <w:sz w:val="36"/>
          <w:szCs w:val="36"/>
        </w:rPr>
        <w:t>WellStreet</w:t>
      </w:r>
      <w:proofErr w:type="spellEnd"/>
      <w:r w:rsidRPr="00A0373B">
        <w:rPr>
          <w:rFonts w:ascii="Aptos" w:hAnsi="Aptos"/>
          <w:sz w:val="36"/>
          <w:szCs w:val="36"/>
        </w:rPr>
        <w:t xml:space="preserve"> Journal </w:t>
      </w:r>
      <w:r w:rsidRPr="00A0373B" w:rsidR="000164E9">
        <w:rPr>
          <w:rFonts w:ascii="Aptos" w:hAnsi="Aptos"/>
          <w:sz w:val="36"/>
          <w:szCs w:val="36"/>
        </w:rPr>
        <w:t>from</w:t>
      </w:r>
      <w:r w:rsidR="00AD4CB0">
        <w:rPr>
          <w:rFonts w:ascii="Aptos" w:hAnsi="Aptos"/>
          <w:sz w:val="36"/>
          <w:szCs w:val="36"/>
        </w:rPr>
        <w:t xml:space="preserve"> October</w:t>
      </w:r>
      <w:r w:rsidRPr="00A0373B">
        <w:rPr>
          <w:rFonts w:ascii="Aptos" w:hAnsi="Aptos"/>
          <w:sz w:val="36"/>
          <w:szCs w:val="36"/>
        </w:rPr>
        <w:t xml:space="preserve"> 202</w:t>
      </w:r>
      <w:r w:rsidR="00AD4CB0">
        <w:rPr>
          <w:rFonts w:ascii="Aptos" w:hAnsi="Aptos"/>
          <w:sz w:val="36"/>
          <w:szCs w:val="36"/>
        </w:rPr>
        <w:t>4</w:t>
      </w:r>
    </w:p>
    <w:p w:rsidRPr="00A0373B" w:rsidR="00D03508" w:rsidRDefault="00EA4BC1" w14:paraId="3FAB37D9" w14:textId="085BEBA6">
      <w:pPr>
        <w:rPr>
          <w:rFonts w:ascii="Aptos" w:hAnsi="Aptos"/>
          <w:sz w:val="28"/>
          <w:szCs w:val="28"/>
        </w:rPr>
      </w:pPr>
      <w:r w:rsidRPr="00A0373B">
        <w:rPr>
          <w:rFonts w:ascii="Aptos" w:hAnsi="Aptos"/>
          <w:sz w:val="28"/>
          <w:szCs w:val="28"/>
        </w:rPr>
        <w:t>Th</w:t>
      </w:r>
      <w:r w:rsidR="009B601F">
        <w:rPr>
          <w:rFonts w:ascii="Aptos" w:hAnsi="Aptos"/>
          <w:sz w:val="28"/>
          <w:szCs w:val="28"/>
        </w:rPr>
        <w:t xml:space="preserve">is month on </w:t>
      </w:r>
      <w:proofErr w:type="spellStart"/>
      <w:r w:rsidR="009B601F">
        <w:rPr>
          <w:rFonts w:ascii="Aptos" w:hAnsi="Aptos"/>
          <w:sz w:val="28"/>
          <w:szCs w:val="28"/>
        </w:rPr>
        <w:t>WellStreet</w:t>
      </w:r>
      <w:proofErr w:type="spellEnd"/>
      <w:r w:rsidR="009B601F">
        <w:rPr>
          <w:rFonts w:ascii="Aptos" w:hAnsi="Aptos"/>
          <w:sz w:val="28"/>
          <w:szCs w:val="28"/>
        </w:rPr>
        <w:t xml:space="preserve"> Journal</w:t>
      </w:r>
    </w:p>
    <w:p w:rsidRPr="00A0373B" w:rsidR="00D03508" w:rsidRDefault="00EA4BC1" w14:paraId="268A59BF" w14:textId="77777777">
      <w:pPr>
        <w:pStyle w:val="Heading2"/>
        <w:rPr>
          <w:rFonts w:ascii="Aptos" w:hAnsi="Aptos"/>
          <w:sz w:val="32"/>
          <w:szCs w:val="32"/>
        </w:rPr>
      </w:pPr>
      <w:r w:rsidRPr="00A0373B">
        <w:rPr>
          <w:rFonts w:ascii="Aptos" w:hAnsi="Aptos"/>
          <w:sz w:val="32"/>
          <w:szCs w:val="32"/>
        </w:rPr>
        <w:t>Quote of the Day</w:t>
      </w:r>
    </w:p>
    <w:p w:rsidRPr="00A0373B" w:rsidR="00D03508" w:rsidRDefault="00A04150" w14:paraId="24A1CD07" w14:textId="0D5E9975">
      <w:pPr>
        <w:rPr>
          <w:rFonts w:ascii="Aptos" w:hAnsi="Aptos"/>
          <w:sz w:val="28"/>
          <w:szCs w:val="28"/>
        </w:rPr>
      </w:pPr>
      <w:r w:rsidRPr="00A04150">
        <w:rPr>
          <w:rFonts w:ascii="Aptos" w:hAnsi="Aptos"/>
          <w:sz w:val="28"/>
          <w:szCs w:val="28"/>
        </w:rPr>
        <w:t xml:space="preserve">“Wellness encompasses a healthy body, a sound mind, and a tranquil spirit. Enjoy the journey as you strive for wellness.” </w:t>
      </w:r>
      <w:r w:rsidRPr="00A0373B" w:rsidR="00AD3B64">
        <w:rPr>
          <w:rFonts w:ascii="Aptos" w:hAnsi="Aptos"/>
          <w:sz w:val="28"/>
          <w:szCs w:val="28"/>
        </w:rPr>
        <w:t xml:space="preserve">Quote </w:t>
      </w:r>
      <w:proofErr w:type="gramStart"/>
      <w:r w:rsidRPr="00A0373B" w:rsidR="00AD3B64">
        <w:rPr>
          <w:rFonts w:ascii="Aptos" w:hAnsi="Aptos"/>
          <w:sz w:val="28"/>
          <w:szCs w:val="28"/>
        </w:rPr>
        <w:t xml:space="preserve">by </w:t>
      </w:r>
      <w:r w:rsidRPr="00412297" w:rsidR="00412297">
        <w:rPr>
          <w:rFonts w:ascii="Aptos" w:hAnsi="Aptos"/>
          <w:sz w:val="28"/>
          <w:szCs w:val="28"/>
        </w:rPr>
        <w:t xml:space="preserve"> Laurette</w:t>
      </w:r>
      <w:proofErr w:type="gramEnd"/>
      <w:r w:rsidRPr="00412297" w:rsidR="00412297">
        <w:rPr>
          <w:rFonts w:ascii="Aptos" w:hAnsi="Aptos"/>
          <w:sz w:val="28"/>
          <w:szCs w:val="28"/>
        </w:rPr>
        <w:t xml:space="preserve"> Gagnon Beaulieu</w:t>
      </w:r>
    </w:p>
    <w:p w:rsidRPr="00A0373B" w:rsidR="005B778B" w:rsidP="009361B5" w:rsidRDefault="00757998" w14:paraId="1A13161E" w14:textId="0B873630">
      <w:pPr>
        <w:pStyle w:val="Heading2"/>
        <w:rPr>
          <w:rFonts w:ascii="Aptos" w:hAnsi="Aptos"/>
          <w:sz w:val="32"/>
          <w:szCs w:val="32"/>
        </w:rPr>
      </w:pPr>
      <w:r>
        <w:rPr>
          <w:rFonts w:ascii="Aptos" w:hAnsi="Aptos"/>
          <w:sz w:val="32"/>
          <w:szCs w:val="32"/>
        </w:rPr>
        <w:t>Wellness on the Way: Upcoming Events</w:t>
      </w:r>
    </w:p>
    <w:p w:rsidRPr="00A0373B" w:rsidR="009361B5" w:rsidP="009361B5" w:rsidRDefault="009361B5" w14:paraId="4557AAB7" w14:textId="77777777">
      <w:pPr>
        <w:rPr>
          <w:rFonts w:ascii="Aptos" w:hAnsi="Aptos"/>
          <w:sz w:val="24"/>
          <w:szCs w:val="24"/>
        </w:rPr>
      </w:pPr>
    </w:p>
    <w:p w:rsidR="00A63139" w:rsidP="001C6020" w:rsidRDefault="00793A4E" w14:paraId="3C1918D0" w14:textId="77777777">
      <w:pPr>
        <w:rPr>
          <w:rFonts w:ascii="Aptos" w:hAnsi="Aptos" w:eastAsiaTheme="majorEastAsia" w:cstheme="majorBidi"/>
          <w:b/>
          <w:bCs/>
          <w:color w:val="4F81BD" w:themeColor="accent1"/>
          <w:sz w:val="28"/>
          <w:szCs w:val="28"/>
        </w:rPr>
      </w:pPr>
      <w:r w:rsidRPr="00793A4E">
        <w:rPr>
          <w:rFonts w:ascii="Aptos" w:hAnsi="Aptos" w:eastAsiaTheme="majorEastAsia" w:cstheme="majorBidi"/>
          <w:b/>
          <w:bCs/>
          <w:color w:val="4F81BD" w:themeColor="accent1"/>
          <w:sz w:val="28"/>
          <w:szCs w:val="28"/>
        </w:rPr>
        <w:t>Breast Cancer Awareness Walk</w:t>
      </w:r>
      <w:r w:rsidR="00933B29">
        <w:rPr>
          <w:rFonts w:ascii="Aptos" w:hAnsi="Aptos" w:eastAsiaTheme="majorEastAsia" w:cstheme="majorBidi"/>
          <w:b/>
          <w:bCs/>
          <w:color w:val="4F81BD" w:themeColor="accent1"/>
          <w:sz w:val="28"/>
          <w:szCs w:val="28"/>
        </w:rPr>
        <w:t xml:space="preserve">: </w:t>
      </w:r>
    </w:p>
    <w:p w:rsidRPr="001C6020" w:rsidR="001C6020" w:rsidP="001C6020" w:rsidRDefault="001C6020" w14:paraId="4BC950CA" w14:textId="04C2B151">
      <w:pPr>
        <w:rPr>
          <w:rFonts w:ascii="Aptos" w:hAnsi="Aptos"/>
          <w:sz w:val="28"/>
          <w:szCs w:val="28"/>
        </w:rPr>
      </w:pPr>
      <w:r w:rsidRPr="001C6020">
        <w:rPr>
          <w:rFonts w:ascii="Aptos" w:hAnsi="Aptos"/>
          <w:sz w:val="28"/>
          <w:szCs w:val="28"/>
        </w:rPr>
        <w:t>Tues</w:t>
      </w:r>
      <w:r w:rsidR="00933B29">
        <w:rPr>
          <w:rFonts w:ascii="Aptos" w:hAnsi="Aptos"/>
          <w:sz w:val="28"/>
          <w:szCs w:val="28"/>
        </w:rPr>
        <w:t>day</w:t>
      </w:r>
      <w:r w:rsidRPr="001C6020">
        <w:rPr>
          <w:rFonts w:ascii="Aptos" w:hAnsi="Aptos"/>
          <w:sz w:val="28"/>
          <w:szCs w:val="28"/>
        </w:rPr>
        <w:t xml:space="preserve">, October 8 from 1 :30 </w:t>
      </w:r>
      <w:r w:rsidR="00933B29">
        <w:rPr>
          <w:rFonts w:ascii="Aptos" w:hAnsi="Aptos"/>
          <w:sz w:val="28"/>
          <w:szCs w:val="28"/>
        </w:rPr>
        <w:t>–</w:t>
      </w:r>
      <w:r w:rsidRPr="001C6020">
        <w:rPr>
          <w:rFonts w:ascii="Aptos" w:hAnsi="Aptos"/>
          <w:sz w:val="28"/>
          <w:szCs w:val="28"/>
        </w:rPr>
        <w:t xml:space="preserve"> 4</w:t>
      </w:r>
      <w:r w:rsidR="00933B29">
        <w:rPr>
          <w:rFonts w:ascii="Aptos" w:hAnsi="Aptos"/>
          <w:sz w:val="28"/>
          <w:szCs w:val="28"/>
        </w:rPr>
        <w:t>:00</w:t>
      </w:r>
      <w:r w:rsidRPr="001C6020">
        <w:rPr>
          <w:rFonts w:ascii="Aptos" w:hAnsi="Aptos"/>
          <w:sz w:val="28"/>
          <w:szCs w:val="28"/>
        </w:rPr>
        <w:t xml:space="preserve"> pm outside Buley Library  </w:t>
      </w:r>
    </w:p>
    <w:p w:rsidR="00E22549" w:rsidP="001C6020" w:rsidRDefault="001C6020" w14:paraId="3BE64890" w14:textId="052D2A0E">
      <w:pPr>
        <w:rPr>
          <w:rFonts w:ascii="Aptos" w:hAnsi="Aptos"/>
          <w:sz w:val="28"/>
          <w:szCs w:val="28"/>
        </w:rPr>
      </w:pPr>
      <w:r w:rsidRPr="001C6020">
        <w:rPr>
          <w:rFonts w:ascii="Aptos" w:hAnsi="Aptos"/>
          <w:sz w:val="28"/>
          <w:szCs w:val="28"/>
        </w:rPr>
        <w:t>In honor of Breast Cancer Awareness Month, the Residence Hall Association will be hosting a walk to remember and celebrate all those affected by breast cancer.</w:t>
      </w:r>
    </w:p>
    <w:p w:rsidRPr="00520D59" w:rsidR="00520D59" w:rsidP="00520D59" w:rsidRDefault="00520D59" w14:paraId="138A3D70" w14:textId="51BE18BC">
      <w:pPr>
        <w:rPr>
          <w:rFonts w:ascii="Aptos" w:hAnsi="Aptos"/>
          <w:sz w:val="28"/>
          <w:szCs w:val="28"/>
        </w:rPr>
      </w:pPr>
      <w:r w:rsidRPr="00520D59">
        <w:rPr>
          <w:rFonts w:ascii="Aptos" w:hAnsi="Aptos" w:eastAsiaTheme="majorEastAsia" w:cstheme="majorBidi"/>
          <w:b/>
          <w:bCs/>
          <w:color w:val="4F81BD" w:themeColor="accent1"/>
          <w:sz w:val="28"/>
          <w:szCs w:val="28"/>
        </w:rPr>
        <w:t>DONUT Stress: De-Stress Event (for Graduate students)</w:t>
      </w:r>
      <w:r w:rsidRPr="00520D59">
        <w:rPr>
          <w:rFonts w:ascii="Aptos" w:hAnsi="Aptos"/>
          <w:sz w:val="28"/>
          <w:szCs w:val="28"/>
        </w:rPr>
        <w:t xml:space="preserve"> </w:t>
      </w:r>
    </w:p>
    <w:p w:rsidRPr="00520D59" w:rsidR="00520D59" w:rsidP="00520D59" w:rsidRDefault="00520D59" w14:paraId="3963B9D8" w14:textId="070EBFEE">
      <w:pPr>
        <w:rPr>
          <w:rFonts w:ascii="Aptos" w:hAnsi="Aptos"/>
          <w:sz w:val="28"/>
          <w:szCs w:val="28"/>
        </w:rPr>
      </w:pPr>
      <w:r w:rsidRPr="00520D59">
        <w:rPr>
          <w:rFonts w:ascii="Aptos" w:hAnsi="Aptos"/>
          <w:sz w:val="28"/>
          <w:szCs w:val="28"/>
        </w:rPr>
        <w:t>Tues</w:t>
      </w:r>
      <w:r>
        <w:rPr>
          <w:rFonts w:ascii="Aptos" w:hAnsi="Aptos"/>
          <w:sz w:val="28"/>
          <w:szCs w:val="28"/>
        </w:rPr>
        <w:t>day</w:t>
      </w:r>
      <w:r w:rsidRPr="00520D59">
        <w:rPr>
          <w:rFonts w:ascii="Aptos" w:hAnsi="Aptos"/>
          <w:sz w:val="28"/>
          <w:szCs w:val="28"/>
        </w:rPr>
        <w:t>, October 8 from 3:30 - 5 pm in Buley room 438</w:t>
      </w:r>
    </w:p>
    <w:p w:rsidR="00333525" w:rsidP="00520D59" w:rsidRDefault="00520D59" w14:paraId="191D414E" w14:textId="41DD6A3C">
      <w:pPr>
        <w:rPr>
          <w:rFonts w:ascii="Aptos" w:hAnsi="Aptos"/>
          <w:sz w:val="28"/>
          <w:szCs w:val="28"/>
        </w:rPr>
      </w:pPr>
      <w:r w:rsidRPr="00520D59">
        <w:rPr>
          <w:rFonts w:ascii="Aptos" w:hAnsi="Aptos"/>
          <w:sz w:val="28"/>
          <w:szCs w:val="28"/>
        </w:rPr>
        <w:t>Join the School of Graduate and Professional Studies for a Fall-themed Study &amp; De-Stress Event! Bring your study materials, find a cozy spot, and enjoy donuts and apple cider while you work. The Wellbeing Center will share tips on managing stress and offer resources.</w:t>
      </w:r>
    </w:p>
    <w:p w:rsidR="00623C53" w:rsidP="003B5585" w:rsidRDefault="00A63139" w14:paraId="468A4F27" w14:textId="77777777">
      <w:pPr>
        <w:rPr>
          <w:rFonts w:ascii="Aptos" w:hAnsi="Aptos" w:eastAsiaTheme="majorEastAsia" w:cstheme="majorBidi"/>
          <w:b/>
          <w:bCs/>
          <w:color w:val="4F81BD" w:themeColor="accent1"/>
          <w:sz w:val="28"/>
          <w:szCs w:val="28"/>
        </w:rPr>
      </w:pPr>
      <w:r w:rsidRPr="00A63139">
        <w:rPr>
          <w:rFonts w:ascii="Aptos" w:hAnsi="Aptos" w:eastAsiaTheme="majorEastAsia" w:cstheme="majorBidi"/>
          <w:b/>
          <w:bCs/>
          <w:color w:val="4F81BD" w:themeColor="accent1"/>
          <w:sz w:val="28"/>
          <w:szCs w:val="28"/>
        </w:rPr>
        <w:t>Flu Clinic w/ Health Services</w:t>
      </w:r>
      <w:r>
        <w:rPr>
          <w:rFonts w:ascii="Aptos" w:hAnsi="Aptos" w:eastAsiaTheme="majorEastAsia" w:cstheme="majorBidi"/>
          <w:b/>
          <w:bCs/>
          <w:color w:val="4F81BD" w:themeColor="accent1"/>
          <w:sz w:val="28"/>
          <w:szCs w:val="28"/>
        </w:rPr>
        <w:t xml:space="preserve">: </w:t>
      </w:r>
    </w:p>
    <w:p w:rsidR="00623C53" w:rsidP="003B5585" w:rsidRDefault="00623C53" w14:paraId="2C760495" w14:textId="4D9DB04A">
      <w:pPr>
        <w:rPr>
          <w:rFonts w:ascii="Aptos" w:hAnsi="Aptos"/>
          <w:sz w:val="28"/>
          <w:szCs w:val="28"/>
        </w:rPr>
      </w:pPr>
      <w:r w:rsidRPr="00623C53">
        <w:rPr>
          <w:rFonts w:ascii="Aptos" w:hAnsi="Aptos"/>
          <w:sz w:val="28"/>
          <w:szCs w:val="28"/>
        </w:rPr>
        <w:t>Wed</w:t>
      </w:r>
      <w:r>
        <w:rPr>
          <w:rFonts w:ascii="Aptos" w:hAnsi="Aptos"/>
          <w:sz w:val="28"/>
          <w:szCs w:val="28"/>
        </w:rPr>
        <w:t>nesday</w:t>
      </w:r>
      <w:r w:rsidRPr="00623C53">
        <w:rPr>
          <w:rFonts w:ascii="Aptos" w:hAnsi="Aptos"/>
          <w:sz w:val="28"/>
          <w:szCs w:val="28"/>
        </w:rPr>
        <w:t>, October 9 from 10 am - 2 pm in Morrill Hall Breezeway</w:t>
      </w:r>
    </w:p>
    <w:p w:rsidR="00CC4255" w:rsidP="003B5585" w:rsidRDefault="000203DE" w14:paraId="1008BBA7" w14:textId="77777777">
      <w:pPr>
        <w:rPr>
          <w:rFonts w:ascii="Aptos" w:hAnsi="Aptos"/>
          <w:sz w:val="28"/>
          <w:szCs w:val="28"/>
        </w:rPr>
      </w:pPr>
      <w:r w:rsidRPr="000203DE">
        <w:rPr>
          <w:rFonts w:ascii="Aptos" w:hAnsi="Aptos"/>
          <w:sz w:val="28"/>
          <w:szCs w:val="28"/>
        </w:rPr>
        <w:t>Health Services, in partnership with ShopRite, is bringing the flu vaccine directly to you this fall semester! Remember to bring your insurance card and any prescription (Rx) cards with you to ensure a smooth and efficient process.</w:t>
      </w:r>
    </w:p>
    <w:p w:rsidR="00CC4255" w:rsidP="003B5585" w:rsidRDefault="00CC4255" w14:paraId="5A2D43AE" w14:textId="77777777">
      <w:pPr>
        <w:rPr>
          <w:rFonts w:ascii="Aptos" w:hAnsi="Aptos" w:eastAsiaTheme="majorEastAsia" w:cstheme="majorBidi"/>
          <w:b/>
          <w:bCs/>
          <w:color w:val="4F81BD" w:themeColor="accent1"/>
          <w:sz w:val="28"/>
          <w:szCs w:val="28"/>
        </w:rPr>
      </w:pPr>
      <w:r w:rsidRPr="00CC4255">
        <w:rPr>
          <w:rFonts w:ascii="Aptos" w:hAnsi="Aptos" w:eastAsiaTheme="majorEastAsia" w:cstheme="majorBidi"/>
          <w:b/>
          <w:bCs/>
          <w:color w:val="4F81BD" w:themeColor="accent1"/>
          <w:sz w:val="28"/>
          <w:szCs w:val="28"/>
        </w:rPr>
        <w:t>Fall Harvest Festival</w:t>
      </w:r>
    </w:p>
    <w:p w:rsidRPr="009638FA" w:rsidR="009638FA" w:rsidP="009638FA" w:rsidRDefault="009638FA" w14:paraId="4BB171CB" w14:textId="3A557556">
      <w:pPr>
        <w:rPr>
          <w:rFonts w:ascii="Aptos" w:hAnsi="Aptos"/>
          <w:sz w:val="28"/>
          <w:szCs w:val="28"/>
        </w:rPr>
      </w:pPr>
      <w:r w:rsidRPr="009638FA">
        <w:rPr>
          <w:rFonts w:ascii="Aptos" w:hAnsi="Aptos"/>
          <w:sz w:val="28"/>
          <w:szCs w:val="28"/>
        </w:rPr>
        <w:t>Thurs</w:t>
      </w:r>
      <w:r>
        <w:rPr>
          <w:rFonts w:ascii="Aptos" w:hAnsi="Aptos"/>
          <w:sz w:val="28"/>
          <w:szCs w:val="28"/>
        </w:rPr>
        <w:t>day</w:t>
      </w:r>
      <w:r w:rsidRPr="009638FA">
        <w:rPr>
          <w:rFonts w:ascii="Aptos" w:hAnsi="Aptos"/>
          <w:sz w:val="28"/>
          <w:szCs w:val="28"/>
        </w:rPr>
        <w:t>, October 17 from 4- 6 pm in the Community Garden (behind Davis Hall)</w:t>
      </w:r>
    </w:p>
    <w:p w:rsidR="003B5585" w:rsidP="003B5585" w:rsidRDefault="009638FA" w14:paraId="07C30ACA" w14:textId="07B8499D">
      <w:pPr>
        <w:rPr>
          <w:rFonts w:ascii="Aptos" w:hAnsi="Aptos"/>
          <w:sz w:val="28"/>
          <w:szCs w:val="28"/>
        </w:rPr>
      </w:pPr>
      <w:r w:rsidRPr="009638FA">
        <w:rPr>
          <w:rFonts w:ascii="Aptos" w:hAnsi="Aptos"/>
          <w:sz w:val="28"/>
          <w:szCs w:val="28"/>
        </w:rPr>
        <w:t>Enjoy pumpkin carving, gourd carving, outdoor games, and garlic planting. Bring a non-perishable food item for the food pantry!</w:t>
      </w:r>
    </w:p>
    <w:p w:rsidR="00181F23" w:rsidP="003B5585" w:rsidRDefault="00181F23" w14:paraId="16CAFCF7" w14:textId="77777777">
      <w:pPr>
        <w:rPr>
          <w:rFonts w:ascii="Aptos" w:hAnsi="Aptos" w:eastAsiaTheme="majorEastAsia" w:cstheme="majorBidi"/>
          <w:b/>
          <w:bCs/>
          <w:color w:val="4F81BD" w:themeColor="accent1"/>
          <w:sz w:val="28"/>
          <w:szCs w:val="28"/>
        </w:rPr>
      </w:pPr>
      <w:r w:rsidRPr="00181F23">
        <w:rPr>
          <w:rFonts w:ascii="Aptos" w:hAnsi="Aptos" w:eastAsiaTheme="majorEastAsia" w:cstheme="majorBidi"/>
          <w:b/>
          <w:bCs/>
          <w:color w:val="4F81BD" w:themeColor="accent1"/>
          <w:sz w:val="28"/>
          <w:szCs w:val="28"/>
        </w:rPr>
        <w:t>The Clothesline Project Table Event</w:t>
      </w:r>
    </w:p>
    <w:p w:rsidR="004A4DDA" w:rsidP="003B5585" w:rsidRDefault="004A4DDA" w14:paraId="2712ACD4" w14:textId="32D282BA">
      <w:pPr>
        <w:rPr>
          <w:rFonts w:ascii="Aptos" w:hAnsi="Aptos"/>
          <w:sz w:val="28"/>
          <w:szCs w:val="28"/>
        </w:rPr>
      </w:pPr>
      <w:r w:rsidRPr="004A4DDA">
        <w:rPr>
          <w:rFonts w:ascii="Aptos" w:hAnsi="Aptos"/>
          <w:sz w:val="28"/>
          <w:szCs w:val="28"/>
        </w:rPr>
        <w:t>Thurs</w:t>
      </w:r>
      <w:r>
        <w:rPr>
          <w:rFonts w:ascii="Aptos" w:hAnsi="Aptos"/>
          <w:sz w:val="28"/>
          <w:szCs w:val="28"/>
        </w:rPr>
        <w:t>day</w:t>
      </w:r>
      <w:r w:rsidRPr="004A4DDA">
        <w:rPr>
          <w:rFonts w:ascii="Aptos" w:hAnsi="Aptos"/>
          <w:sz w:val="28"/>
          <w:szCs w:val="28"/>
        </w:rPr>
        <w:t xml:space="preserve">, October 10 from 11 am - 1 pm </w:t>
      </w:r>
      <w:proofErr w:type="gramStart"/>
      <w:r w:rsidRPr="004A4DDA">
        <w:rPr>
          <w:rFonts w:ascii="Aptos" w:hAnsi="Aptos"/>
          <w:sz w:val="28"/>
          <w:szCs w:val="28"/>
        </w:rPr>
        <w:t>outside of</w:t>
      </w:r>
      <w:proofErr w:type="gramEnd"/>
      <w:r w:rsidRPr="004A4DDA">
        <w:rPr>
          <w:rFonts w:ascii="Aptos" w:hAnsi="Aptos"/>
          <w:sz w:val="28"/>
          <w:szCs w:val="28"/>
        </w:rPr>
        <w:t xml:space="preserve"> Conn Hall</w:t>
      </w:r>
    </w:p>
    <w:p w:rsidR="004A4DDA" w:rsidP="003B5585" w:rsidRDefault="004A4DDA" w14:paraId="17A5E212" w14:textId="77777777">
      <w:pPr>
        <w:rPr>
          <w:rFonts w:ascii="Aptos" w:hAnsi="Aptos"/>
          <w:sz w:val="28"/>
          <w:szCs w:val="28"/>
        </w:rPr>
      </w:pPr>
      <w:r w:rsidRPr="004A4DDA">
        <w:rPr>
          <w:rFonts w:ascii="Aptos" w:hAnsi="Aptos"/>
          <w:sz w:val="28"/>
          <w:szCs w:val="28"/>
        </w:rPr>
        <w:t xml:space="preserve">Join VPAS and write words of encouragement for survivors of any form of violence on shirts that will </w:t>
      </w:r>
      <w:proofErr w:type="gramStart"/>
      <w:r w:rsidRPr="004A4DDA">
        <w:rPr>
          <w:rFonts w:ascii="Aptos" w:hAnsi="Aptos"/>
          <w:sz w:val="28"/>
          <w:szCs w:val="28"/>
        </w:rPr>
        <w:t>be displayed</w:t>
      </w:r>
      <w:proofErr w:type="gramEnd"/>
      <w:r w:rsidRPr="004A4DDA">
        <w:rPr>
          <w:rFonts w:ascii="Aptos" w:hAnsi="Aptos"/>
          <w:sz w:val="28"/>
          <w:szCs w:val="28"/>
        </w:rPr>
        <w:t xml:space="preserve"> around campus throughout October.</w:t>
      </w:r>
    </w:p>
    <w:p w:rsidR="00E826C5" w:rsidP="003B5585" w:rsidRDefault="00E826C5" w14:paraId="202159F8" w14:textId="77777777">
      <w:pPr>
        <w:rPr>
          <w:rFonts w:ascii="Aptos" w:hAnsi="Aptos" w:eastAsiaTheme="majorEastAsia" w:cstheme="majorBidi"/>
          <w:b/>
          <w:bCs/>
          <w:color w:val="4F81BD" w:themeColor="accent1"/>
          <w:sz w:val="28"/>
          <w:szCs w:val="28"/>
        </w:rPr>
      </w:pPr>
      <w:r w:rsidRPr="00E826C5">
        <w:rPr>
          <w:rFonts w:ascii="Aptos" w:hAnsi="Aptos" w:eastAsiaTheme="majorEastAsia" w:cstheme="majorBidi"/>
          <w:b/>
          <w:bCs/>
          <w:color w:val="4F81BD" w:themeColor="accent1"/>
          <w:sz w:val="28"/>
          <w:szCs w:val="28"/>
        </w:rPr>
        <w:t xml:space="preserve">An afternoon with Michelle Horton &amp; Nikki </w:t>
      </w:r>
      <w:proofErr w:type="spellStart"/>
      <w:r w:rsidRPr="00E826C5">
        <w:rPr>
          <w:rFonts w:ascii="Aptos" w:hAnsi="Aptos" w:eastAsiaTheme="majorEastAsia" w:cstheme="majorBidi"/>
          <w:b/>
          <w:bCs/>
          <w:color w:val="4F81BD" w:themeColor="accent1"/>
          <w:sz w:val="28"/>
          <w:szCs w:val="28"/>
        </w:rPr>
        <w:t>Addimando</w:t>
      </w:r>
      <w:proofErr w:type="spellEnd"/>
      <w:r w:rsidRPr="00E826C5">
        <w:rPr>
          <w:rFonts w:ascii="Aptos" w:hAnsi="Aptos" w:eastAsiaTheme="majorEastAsia" w:cstheme="majorBidi"/>
          <w:b/>
          <w:bCs/>
          <w:color w:val="4F81BD" w:themeColor="accent1"/>
          <w:sz w:val="28"/>
          <w:szCs w:val="28"/>
        </w:rPr>
        <w:t xml:space="preserve"> </w:t>
      </w:r>
    </w:p>
    <w:p w:rsidR="00E826C5" w:rsidP="003B5585" w:rsidRDefault="00E826C5" w14:paraId="31BF5B7D" w14:textId="77777777">
      <w:pPr>
        <w:rPr>
          <w:rFonts w:ascii="Aptos" w:hAnsi="Aptos"/>
          <w:sz w:val="28"/>
          <w:szCs w:val="28"/>
        </w:rPr>
      </w:pPr>
      <w:r w:rsidRPr="00E826C5">
        <w:rPr>
          <w:rFonts w:ascii="Aptos" w:hAnsi="Aptos"/>
          <w:sz w:val="28"/>
          <w:szCs w:val="28"/>
        </w:rPr>
        <w:t xml:space="preserve">Tues, October 15 from 1:50pm - 3:30 pm </w:t>
      </w:r>
      <w:proofErr w:type="gramStart"/>
      <w:r w:rsidRPr="00E826C5">
        <w:rPr>
          <w:rFonts w:ascii="Aptos" w:hAnsi="Aptos"/>
          <w:sz w:val="28"/>
          <w:szCs w:val="28"/>
        </w:rPr>
        <w:t>in</w:t>
      </w:r>
      <w:proofErr w:type="gramEnd"/>
      <w:r w:rsidRPr="00E826C5">
        <w:rPr>
          <w:rFonts w:ascii="Aptos" w:hAnsi="Aptos"/>
          <w:sz w:val="28"/>
          <w:szCs w:val="28"/>
        </w:rPr>
        <w:t xml:space="preserve"> ASC Theater</w:t>
      </w:r>
    </w:p>
    <w:p w:rsidR="00FB5B93" w:rsidP="00A63139" w:rsidRDefault="00FB5B93" w14:paraId="37928E5C" w14:textId="77777777">
      <w:pPr>
        <w:rPr>
          <w:rFonts w:ascii="Aptos" w:hAnsi="Aptos"/>
          <w:sz w:val="28"/>
          <w:szCs w:val="28"/>
        </w:rPr>
      </w:pPr>
      <w:r w:rsidRPr="00FB5B93">
        <w:rPr>
          <w:rFonts w:ascii="Aptos" w:hAnsi="Aptos"/>
          <w:sz w:val="28"/>
          <w:szCs w:val="28"/>
        </w:rPr>
        <w:t>Experience the powerful narrative of Michelle Horton, author of the critically acclaimed memoir “Dear Sister: A Memoir of Secrets, Survival, and Unbreakable Bonds</w:t>
      </w:r>
      <w:proofErr w:type="gramStart"/>
      <w:r w:rsidRPr="00FB5B93">
        <w:rPr>
          <w:rFonts w:ascii="Aptos" w:hAnsi="Aptos"/>
          <w:sz w:val="28"/>
          <w:szCs w:val="28"/>
        </w:rPr>
        <w:t>”.</w:t>
      </w:r>
      <w:proofErr w:type="gramEnd"/>
      <w:r w:rsidRPr="00FB5B93">
        <w:rPr>
          <w:rFonts w:ascii="Aptos" w:hAnsi="Aptos"/>
          <w:sz w:val="28"/>
          <w:szCs w:val="28"/>
        </w:rPr>
        <w:t xml:space="preserve"> In this gripping story, Michelle recounts the lives of two sisters entangled in a high-profile case: Nikki Addimando, who </w:t>
      </w:r>
      <w:proofErr w:type="gramStart"/>
      <w:r w:rsidRPr="00FB5B93">
        <w:rPr>
          <w:rFonts w:ascii="Aptos" w:hAnsi="Aptos"/>
          <w:sz w:val="28"/>
          <w:szCs w:val="28"/>
        </w:rPr>
        <w:t>was incarcerated</w:t>
      </w:r>
      <w:proofErr w:type="gramEnd"/>
      <w:r w:rsidRPr="00FB5B93">
        <w:rPr>
          <w:rFonts w:ascii="Aptos" w:hAnsi="Aptos"/>
          <w:sz w:val="28"/>
          <w:szCs w:val="28"/>
        </w:rPr>
        <w:t xml:space="preserve"> for killing her longtime abuser, and Michelle, who </w:t>
      </w:r>
      <w:proofErr w:type="gramStart"/>
      <w:r w:rsidRPr="00FB5B93">
        <w:rPr>
          <w:rFonts w:ascii="Aptos" w:hAnsi="Aptos"/>
          <w:sz w:val="28"/>
          <w:szCs w:val="28"/>
        </w:rPr>
        <w:t>was left</w:t>
      </w:r>
      <w:proofErr w:type="gramEnd"/>
      <w:r w:rsidRPr="00FB5B93">
        <w:rPr>
          <w:rFonts w:ascii="Aptos" w:hAnsi="Aptos"/>
          <w:sz w:val="28"/>
          <w:szCs w:val="28"/>
        </w:rPr>
        <w:t xml:space="preserve"> to raise Nikki's young children and navigate the complexities of the criminal justice system.</w:t>
      </w:r>
    </w:p>
    <w:p w:rsidR="002C6454" w:rsidP="00A63139" w:rsidRDefault="002C6454" w14:paraId="333064B4" w14:textId="77777777">
      <w:pPr>
        <w:rPr>
          <w:rFonts w:ascii="Aptos" w:hAnsi="Aptos" w:eastAsiaTheme="majorEastAsia" w:cstheme="majorBidi"/>
          <w:b/>
          <w:bCs/>
          <w:color w:val="4F81BD" w:themeColor="accent1"/>
          <w:sz w:val="28"/>
          <w:szCs w:val="28"/>
        </w:rPr>
      </w:pPr>
      <w:r w:rsidRPr="002C6454">
        <w:rPr>
          <w:rFonts w:ascii="Aptos" w:hAnsi="Aptos" w:eastAsiaTheme="majorEastAsia" w:cstheme="majorBidi"/>
          <w:b/>
          <w:bCs/>
          <w:color w:val="4F81BD" w:themeColor="accent1"/>
          <w:sz w:val="28"/>
          <w:szCs w:val="28"/>
        </w:rPr>
        <w:t>Purple Thursday</w:t>
      </w:r>
    </w:p>
    <w:p w:rsidR="006054BC" w:rsidP="00A63139" w:rsidRDefault="006054BC" w14:paraId="11D7F16A" w14:textId="6DC0AF37">
      <w:pPr>
        <w:rPr>
          <w:rFonts w:ascii="Aptos" w:hAnsi="Aptos"/>
          <w:sz w:val="28"/>
          <w:szCs w:val="28"/>
        </w:rPr>
      </w:pPr>
      <w:r w:rsidRPr="006054BC">
        <w:rPr>
          <w:rFonts w:ascii="Aptos" w:hAnsi="Aptos"/>
          <w:sz w:val="28"/>
          <w:szCs w:val="28"/>
        </w:rPr>
        <w:t>Thurs</w:t>
      </w:r>
      <w:r>
        <w:rPr>
          <w:rFonts w:ascii="Aptos" w:hAnsi="Aptos"/>
          <w:sz w:val="28"/>
          <w:szCs w:val="28"/>
        </w:rPr>
        <w:t>day</w:t>
      </w:r>
      <w:r w:rsidRPr="006054BC">
        <w:rPr>
          <w:rFonts w:ascii="Aptos" w:hAnsi="Aptos"/>
          <w:sz w:val="28"/>
          <w:szCs w:val="28"/>
        </w:rPr>
        <w:t>, October 17, all day</w:t>
      </w:r>
    </w:p>
    <w:p w:rsidR="006054BC" w:rsidP="00A63139" w:rsidRDefault="006054BC" w14:paraId="324EE2E1" w14:textId="3C7A5FAD">
      <w:pPr>
        <w:rPr>
          <w:rFonts w:ascii="Aptos" w:hAnsi="Aptos"/>
          <w:sz w:val="28"/>
          <w:szCs w:val="28"/>
        </w:rPr>
      </w:pPr>
      <w:r w:rsidRPr="006054BC">
        <w:rPr>
          <w:rFonts w:ascii="Aptos" w:hAnsi="Aptos"/>
          <w:sz w:val="28"/>
          <w:szCs w:val="28"/>
        </w:rPr>
        <w:t xml:space="preserve">Join </w:t>
      </w:r>
      <w:r w:rsidRPr="006054BC">
        <w:rPr>
          <w:rFonts w:ascii="Aptos" w:hAnsi="Aptos"/>
          <w:sz w:val="28"/>
          <w:szCs w:val="28"/>
        </w:rPr>
        <w:t xml:space="preserve">VPAS’ </w:t>
      </w:r>
      <w:r w:rsidRPr="006054BC">
        <w:rPr>
          <w:rFonts w:ascii="Aptos" w:hAnsi="Aptos"/>
          <w:sz w:val="28"/>
          <w:szCs w:val="28"/>
        </w:rPr>
        <w:t xml:space="preserve">Purple Thursday’ campaign by wearing purple to show support for survivors of dating and domestic violence. </w:t>
      </w:r>
    </w:p>
    <w:p w:rsidR="000B1369" w:rsidP="00A63139" w:rsidRDefault="000B1369" w14:paraId="12953921" w14:textId="77777777">
      <w:pPr>
        <w:rPr>
          <w:rFonts w:ascii="Aptos" w:hAnsi="Aptos" w:eastAsiaTheme="majorEastAsia" w:cstheme="majorBidi"/>
          <w:b/>
          <w:bCs/>
          <w:color w:val="4F81BD" w:themeColor="accent1"/>
          <w:sz w:val="28"/>
          <w:szCs w:val="28"/>
        </w:rPr>
      </w:pPr>
      <w:r w:rsidRPr="000B1369">
        <w:rPr>
          <w:rFonts w:ascii="Aptos" w:hAnsi="Aptos" w:eastAsiaTheme="majorEastAsia" w:cstheme="majorBidi"/>
          <w:b/>
          <w:bCs/>
          <w:color w:val="4F81BD" w:themeColor="accent1"/>
          <w:sz w:val="28"/>
          <w:szCs w:val="28"/>
        </w:rPr>
        <w:t>Domestic Violence &amp; Survivors from Marginalized Communities</w:t>
      </w:r>
    </w:p>
    <w:p w:rsidR="00EC315D" w:rsidP="00A63139" w:rsidRDefault="00EC315D" w14:paraId="739303C5" w14:textId="04E70D64">
      <w:pPr>
        <w:rPr>
          <w:rFonts w:ascii="Aptos" w:hAnsi="Aptos"/>
          <w:sz w:val="28"/>
          <w:szCs w:val="28"/>
        </w:rPr>
      </w:pPr>
      <w:r w:rsidRPr="00EC315D">
        <w:rPr>
          <w:rFonts w:ascii="Aptos" w:hAnsi="Aptos"/>
          <w:sz w:val="28"/>
          <w:szCs w:val="28"/>
        </w:rPr>
        <w:t>Tues</w:t>
      </w:r>
      <w:r>
        <w:rPr>
          <w:rFonts w:ascii="Aptos" w:hAnsi="Aptos"/>
          <w:sz w:val="28"/>
          <w:szCs w:val="28"/>
        </w:rPr>
        <w:t>day</w:t>
      </w:r>
      <w:r w:rsidRPr="00EC315D">
        <w:rPr>
          <w:rFonts w:ascii="Aptos" w:hAnsi="Aptos"/>
          <w:sz w:val="28"/>
          <w:szCs w:val="28"/>
        </w:rPr>
        <w:t>, October 22 from 12 - 2 pm in the Multicultural Center</w:t>
      </w:r>
    </w:p>
    <w:p w:rsidR="003B5585" w:rsidP="00520D59" w:rsidRDefault="00EC315D" w14:paraId="62433E97" w14:textId="0A8D5476">
      <w:pPr>
        <w:rPr>
          <w:rFonts w:ascii="Aptos" w:hAnsi="Aptos"/>
          <w:sz w:val="28"/>
          <w:szCs w:val="28"/>
        </w:rPr>
      </w:pPr>
      <w:r w:rsidRPr="00EC315D">
        <w:rPr>
          <w:rFonts w:ascii="Aptos" w:hAnsi="Aptos"/>
          <w:sz w:val="28"/>
          <w:szCs w:val="28"/>
        </w:rPr>
        <w:t xml:space="preserve">Colleen Kearney, Coordinator of V.P.A.S. &amp; Chrystal Long, Coordinator of Multicultural </w:t>
      </w:r>
      <w:proofErr w:type="gramStart"/>
      <w:r w:rsidRPr="00EC315D">
        <w:rPr>
          <w:rFonts w:ascii="Aptos" w:hAnsi="Aptos"/>
          <w:sz w:val="28"/>
          <w:szCs w:val="28"/>
        </w:rPr>
        <w:t>Counseling</w:t>
      </w:r>
      <w:proofErr w:type="gramEnd"/>
      <w:r w:rsidRPr="00EC315D">
        <w:rPr>
          <w:rFonts w:ascii="Aptos" w:hAnsi="Aptos"/>
          <w:sz w:val="28"/>
          <w:szCs w:val="28"/>
        </w:rPr>
        <w:t xml:space="preserve"> will lead a discussion on the impact of domestic violence on survivors from marginalized communities.</w:t>
      </w:r>
    </w:p>
    <w:p w:rsidRPr="00AA71C8" w:rsidR="009C5A9F" w:rsidP="00520D59" w:rsidRDefault="00C54004" w14:paraId="624AE0D9" w14:textId="45D75676">
      <w:pPr>
        <w:rPr>
          <w:rFonts w:ascii="Aptos" w:hAnsi="Aptos"/>
          <w:b/>
          <w:bCs/>
          <w:color w:val="4F81BD" w:themeColor="accent1"/>
          <w:sz w:val="28"/>
          <w:szCs w:val="28"/>
        </w:rPr>
      </w:pPr>
      <w:r w:rsidRPr="00AA71C8">
        <w:rPr>
          <w:rStyle w:val="agcmg"/>
          <w:rFonts w:ascii="Aptos" w:hAnsi="Aptos"/>
          <w:b/>
          <w:bCs/>
          <w:color w:val="4F81BD" w:themeColor="accent1"/>
          <w:sz w:val="28"/>
          <w:szCs w:val="28"/>
        </w:rPr>
        <w:t>Recurring Events:</w:t>
      </w:r>
    </w:p>
    <w:p w:rsidRPr="00AA71C8" w:rsidR="00AA71C8" w:rsidP="00AA71C8" w:rsidRDefault="00C54004" w14:paraId="5F4A6CB4" w14:textId="77777777">
      <w:pPr>
        <w:rPr>
          <w:rFonts w:ascii="Aptos" w:hAnsi="Aptos"/>
          <w:sz w:val="28"/>
          <w:szCs w:val="28"/>
        </w:rPr>
      </w:pPr>
      <w:r w:rsidRPr="00781676">
        <w:rPr>
          <w:rStyle w:val="Heading3Char"/>
          <w:rFonts w:ascii="Aptos" w:hAnsi="Aptos"/>
          <w:sz w:val="28"/>
          <w:szCs w:val="28"/>
        </w:rPr>
        <w:t>QPR Suicide Prevention Training</w:t>
      </w:r>
      <w:r w:rsidRPr="00781676">
        <w:rPr>
          <w:rFonts w:ascii="Aptos" w:hAnsi="Aptos"/>
          <w:sz w:val="28"/>
          <w:szCs w:val="28"/>
        </w:rPr>
        <w:t xml:space="preserve"> (90 minutes, in person): </w:t>
      </w:r>
      <w:r w:rsidRPr="00AA71C8" w:rsidR="00AA71C8">
        <w:rPr>
          <w:rFonts w:ascii="Aptos" w:hAnsi="Aptos"/>
          <w:sz w:val="28"/>
          <w:szCs w:val="28"/>
        </w:rPr>
        <w:t xml:space="preserve">QPR's mission is to reduce suicidal behaviors and save lives through effective suicide prevention training. By recognizing signs of crisis, anyone can </w:t>
      </w:r>
      <w:proofErr w:type="gramStart"/>
      <w:r w:rsidRPr="00AA71C8" w:rsidR="00AA71C8">
        <w:rPr>
          <w:rFonts w:ascii="Aptos" w:hAnsi="Aptos"/>
          <w:sz w:val="28"/>
          <w:szCs w:val="28"/>
        </w:rPr>
        <w:t>be empowered</w:t>
      </w:r>
      <w:proofErr w:type="gramEnd"/>
      <w:r w:rsidRPr="00AA71C8" w:rsidR="00AA71C8">
        <w:rPr>
          <w:rFonts w:ascii="Aptos" w:hAnsi="Aptos"/>
          <w:sz w:val="28"/>
          <w:szCs w:val="28"/>
        </w:rPr>
        <w:t xml:space="preserve"> to make a positive difference in someone's life.</w:t>
      </w:r>
    </w:p>
    <w:p w:rsidRPr="00AA71C8" w:rsidR="00AA71C8" w:rsidP="00AA71C8" w:rsidRDefault="00AA71C8" w14:paraId="453918BF" w14:textId="448F8ABF">
      <w:pPr>
        <w:numPr>
          <w:ilvl w:val="0"/>
          <w:numId w:val="12"/>
        </w:numPr>
        <w:rPr>
          <w:rFonts w:ascii="Aptos" w:hAnsi="Aptos"/>
          <w:sz w:val="28"/>
          <w:szCs w:val="28"/>
        </w:rPr>
      </w:pPr>
      <w:r w:rsidRPr="00AA71C8">
        <w:rPr>
          <w:rFonts w:ascii="Aptos" w:hAnsi="Aptos"/>
          <w:sz w:val="28"/>
          <w:szCs w:val="28"/>
        </w:rPr>
        <w:t>Fri</w:t>
      </w:r>
      <w:r>
        <w:rPr>
          <w:rFonts w:ascii="Aptos" w:hAnsi="Aptos"/>
          <w:sz w:val="28"/>
          <w:szCs w:val="28"/>
        </w:rPr>
        <w:t>day</w:t>
      </w:r>
      <w:r w:rsidRPr="00AA71C8">
        <w:rPr>
          <w:rFonts w:ascii="Aptos" w:hAnsi="Aptos"/>
          <w:sz w:val="28"/>
          <w:szCs w:val="28"/>
        </w:rPr>
        <w:t xml:space="preserve">, Oct. 11 from 11 am - 12:30 pm </w:t>
      </w:r>
      <w:proofErr w:type="gramStart"/>
      <w:r w:rsidRPr="00AA71C8">
        <w:rPr>
          <w:rFonts w:ascii="Aptos" w:hAnsi="Aptos"/>
          <w:sz w:val="28"/>
          <w:szCs w:val="28"/>
        </w:rPr>
        <w:t>in</w:t>
      </w:r>
      <w:proofErr w:type="gramEnd"/>
      <w:r w:rsidRPr="00AA71C8">
        <w:rPr>
          <w:rFonts w:ascii="Aptos" w:hAnsi="Aptos"/>
          <w:sz w:val="28"/>
          <w:szCs w:val="28"/>
        </w:rPr>
        <w:t xml:space="preserve"> ASC 326</w:t>
      </w:r>
    </w:p>
    <w:p w:rsidRPr="00AA71C8" w:rsidR="00AA71C8" w:rsidP="00AA71C8" w:rsidRDefault="00AA71C8" w14:paraId="3A772BAF" w14:textId="646AEE6B">
      <w:pPr>
        <w:numPr>
          <w:ilvl w:val="0"/>
          <w:numId w:val="12"/>
        </w:numPr>
        <w:rPr>
          <w:rFonts w:ascii="Aptos" w:hAnsi="Aptos"/>
          <w:sz w:val="28"/>
          <w:szCs w:val="28"/>
        </w:rPr>
      </w:pPr>
      <w:r w:rsidRPr="00AA71C8">
        <w:rPr>
          <w:rFonts w:ascii="Aptos" w:hAnsi="Aptos"/>
          <w:sz w:val="28"/>
          <w:szCs w:val="28"/>
        </w:rPr>
        <w:t>Wed</w:t>
      </w:r>
      <w:r>
        <w:rPr>
          <w:rFonts w:ascii="Aptos" w:hAnsi="Aptos"/>
          <w:sz w:val="28"/>
          <w:szCs w:val="28"/>
        </w:rPr>
        <w:t>nesday</w:t>
      </w:r>
      <w:r w:rsidRPr="00AA71C8">
        <w:rPr>
          <w:rFonts w:ascii="Aptos" w:hAnsi="Aptos"/>
          <w:sz w:val="28"/>
          <w:szCs w:val="28"/>
        </w:rPr>
        <w:t xml:space="preserve">, Oct. 16 from 1 - 2:30 pm </w:t>
      </w:r>
      <w:proofErr w:type="gramStart"/>
      <w:r w:rsidRPr="00AA71C8">
        <w:rPr>
          <w:rFonts w:ascii="Aptos" w:hAnsi="Aptos"/>
          <w:sz w:val="28"/>
          <w:szCs w:val="28"/>
        </w:rPr>
        <w:t>in</w:t>
      </w:r>
      <w:proofErr w:type="gramEnd"/>
      <w:r w:rsidRPr="00AA71C8">
        <w:rPr>
          <w:rFonts w:ascii="Aptos" w:hAnsi="Aptos"/>
          <w:sz w:val="28"/>
          <w:szCs w:val="28"/>
        </w:rPr>
        <w:t xml:space="preserve"> ASC 326</w:t>
      </w:r>
    </w:p>
    <w:p w:rsidRPr="00AA71C8" w:rsidR="00AA71C8" w:rsidP="00AA71C8" w:rsidRDefault="00AA71C8" w14:paraId="08D39951" w14:textId="753B0866">
      <w:pPr>
        <w:numPr>
          <w:ilvl w:val="0"/>
          <w:numId w:val="12"/>
        </w:numPr>
        <w:rPr>
          <w:rFonts w:ascii="Aptos" w:hAnsi="Aptos"/>
          <w:sz w:val="28"/>
          <w:szCs w:val="28"/>
        </w:rPr>
      </w:pPr>
      <w:r w:rsidRPr="00AA71C8">
        <w:rPr>
          <w:rFonts w:ascii="Aptos" w:hAnsi="Aptos"/>
          <w:sz w:val="28"/>
          <w:szCs w:val="28"/>
        </w:rPr>
        <w:t>Thurs</w:t>
      </w:r>
      <w:r>
        <w:rPr>
          <w:rFonts w:ascii="Aptos" w:hAnsi="Aptos"/>
          <w:sz w:val="28"/>
          <w:szCs w:val="28"/>
        </w:rPr>
        <w:t>day</w:t>
      </w:r>
      <w:r w:rsidRPr="00AA71C8">
        <w:rPr>
          <w:rFonts w:ascii="Aptos" w:hAnsi="Aptos"/>
          <w:sz w:val="28"/>
          <w:szCs w:val="28"/>
        </w:rPr>
        <w:t xml:space="preserve">, Oct. 24 from 2 - 3:30 pm </w:t>
      </w:r>
      <w:proofErr w:type="gramStart"/>
      <w:r w:rsidRPr="00AA71C8">
        <w:rPr>
          <w:rFonts w:ascii="Aptos" w:hAnsi="Aptos"/>
          <w:sz w:val="28"/>
          <w:szCs w:val="28"/>
        </w:rPr>
        <w:t>in</w:t>
      </w:r>
      <w:proofErr w:type="gramEnd"/>
      <w:r w:rsidRPr="00AA71C8">
        <w:rPr>
          <w:rFonts w:ascii="Aptos" w:hAnsi="Aptos"/>
          <w:sz w:val="28"/>
          <w:szCs w:val="28"/>
        </w:rPr>
        <w:t xml:space="preserve"> ASC 326</w:t>
      </w:r>
    </w:p>
    <w:p w:rsidRPr="003433E5" w:rsidR="009C5A9F" w:rsidP="00520D59" w:rsidRDefault="00AA71C8" w14:paraId="4BA2B3F0" w14:textId="3E3AB3E3">
      <w:pPr>
        <w:numPr>
          <w:ilvl w:val="0"/>
          <w:numId w:val="12"/>
        </w:numPr>
        <w:rPr>
          <w:rFonts w:ascii="Aptos" w:hAnsi="Aptos"/>
          <w:sz w:val="28"/>
          <w:szCs w:val="28"/>
        </w:rPr>
      </w:pPr>
      <w:r w:rsidRPr="00AA71C8">
        <w:rPr>
          <w:rFonts w:ascii="Aptos" w:hAnsi="Aptos"/>
          <w:sz w:val="28"/>
          <w:szCs w:val="28"/>
        </w:rPr>
        <w:t xml:space="preserve">Tuesday, Oct. 29 from 6 - 7:30 pm </w:t>
      </w:r>
      <w:proofErr w:type="gramStart"/>
      <w:r w:rsidRPr="00AA71C8">
        <w:rPr>
          <w:rFonts w:ascii="Aptos" w:hAnsi="Aptos"/>
          <w:sz w:val="28"/>
          <w:szCs w:val="28"/>
        </w:rPr>
        <w:t>in</w:t>
      </w:r>
      <w:proofErr w:type="gramEnd"/>
      <w:r w:rsidRPr="00AA71C8">
        <w:rPr>
          <w:rFonts w:ascii="Aptos" w:hAnsi="Aptos"/>
          <w:sz w:val="28"/>
          <w:szCs w:val="28"/>
        </w:rPr>
        <w:t xml:space="preserve"> ASC 326</w:t>
      </w:r>
    </w:p>
    <w:p w:rsidRPr="003433E5" w:rsidR="003433E5" w:rsidP="003433E5" w:rsidRDefault="00EA4BC1" w14:paraId="549F60C4" w14:textId="77777777">
      <w:pPr>
        <w:rPr>
          <w:rFonts w:ascii="Aptos" w:hAnsi="Aptos"/>
          <w:sz w:val="28"/>
          <w:szCs w:val="28"/>
        </w:rPr>
      </w:pPr>
      <w:r w:rsidRPr="00781676">
        <w:rPr>
          <w:rStyle w:val="Heading3Char"/>
          <w:rFonts w:ascii="Aptos" w:hAnsi="Aptos"/>
          <w:sz w:val="28"/>
          <w:szCs w:val="28"/>
        </w:rPr>
        <w:t>M</w:t>
      </w:r>
      <w:r w:rsidRPr="00781676">
        <w:rPr>
          <w:rStyle w:val="Heading3Char"/>
          <w:rFonts w:ascii="Aptos" w:hAnsi="Aptos"/>
          <w:sz w:val="28"/>
          <w:szCs w:val="28"/>
        </w:rPr>
        <w:t>ental Health First Aid Training</w:t>
      </w:r>
      <w:r w:rsidRPr="00781676">
        <w:rPr>
          <w:rFonts w:ascii="Aptos" w:hAnsi="Aptos"/>
          <w:sz w:val="28"/>
          <w:szCs w:val="28"/>
        </w:rPr>
        <w:t xml:space="preserve"> (8 hours, in person): </w:t>
      </w:r>
      <w:r w:rsidRPr="003433E5" w:rsidR="003433E5">
        <w:rPr>
          <w:rFonts w:ascii="Aptos" w:hAnsi="Aptos"/>
          <w:sz w:val="28"/>
          <w:szCs w:val="28"/>
        </w:rPr>
        <w:t>This nationally recognized certification teaches you how to identify, understand, and respond to signs of mental illness and substance use disorders - equipping you with skills to offer initial help and support to someone in need or in crisis.</w:t>
      </w:r>
    </w:p>
    <w:p w:rsidRPr="003433E5" w:rsidR="003433E5" w:rsidP="003433E5" w:rsidRDefault="003433E5" w14:paraId="01501D64" w14:textId="77777777">
      <w:pPr>
        <w:numPr>
          <w:ilvl w:val="0"/>
          <w:numId w:val="13"/>
        </w:numPr>
        <w:rPr>
          <w:rFonts w:ascii="Aptos" w:hAnsi="Aptos"/>
          <w:sz w:val="28"/>
          <w:szCs w:val="28"/>
        </w:rPr>
      </w:pPr>
      <w:r w:rsidRPr="003433E5">
        <w:rPr>
          <w:rFonts w:ascii="Aptos" w:hAnsi="Aptos"/>
          <w:sz w:val="28"/>
          <w:szCs w:val="28"/>
        </w:rPr>
        <w:t xml:space="preserve">Mon, Oct. 28 from 9 am to 4 pm </w:t>
      </w:r>
      <w:proofErr w:type="gramStart"/>
      <w:r w:rsidRPr="003433E5">
        <w:rPr>
          <w:rFonts w:ascii="Aptos" w:hAnsi="Aptos"/>
          <w:sz w:val="28"/>
          <w:szCs w:val="28"/>
        </w:rPr>
        <w:t>in</w:t>
      </w:r>
      <w:proofErr w:type="gramEnd"/>
      <w:r w:rsidRPr="003433E5">
        <w:rPr>
          <w:rFonts w:ascii="Aptos" w:hAnsi="Aptos"/>
          <w:sz w:val="28"/>
          <w:szCs w:val="28"/>
        </w:rPr>
        <w:t xml:space="preserve"> ASC 326</w:t>
      </w:r>
    </w:p>
    <w:p w:rsidRPr="003433E5" w:rsidR="003433E5" w:rsidP="003433E5" w:rsidRDefault="003433E5" w14:paraId="7984452A" w14:textId="77777777">
      <w:pPr>
        <w:numPr>
          <w:ilvl w:val="0"/>
          <w:numId w:val="13"/>
        </w:numPr>
        <w:rPr>
          <w:rFonts w:ascii="Aptos" w:hAnsi="Aptos"/>
          <w:sz w:val="28"/>
          <w:szCs w:val="28"/>
        </w:rPr>
      </w:pPr>
      <w:r w:rsidRPr="003433E5">
        <w:rPr>
          <w:rFonts w:ascii="Aptos" w:hAnsi="Aptos"/>
          <w:sz w:val="28"/>
          <w:szCs w:val="28"/>
        </w:rPr>
        <w:t xml:space="preserve">Saturday, Nov. 2 from 9 am to 4 pm </w:t>
      </w:r>
      <w:proofErr w:type="gramStart"/>
      <w:r w:rsidRPr="003433E5">
        <w:rPr>
          <w:rFonts w:ascii="Aptos" w:hAnsi="Aptos"/>
          <w:sz w:val="28"/>
          <w:szCs w:val="28"/>
        </w:rPr>
        <w:t>in</w:t>
      </w:r>
      <w:proofErr w:type="gramEnd"/>
      <w:r w:rsidRPr="003433E5">
        <w:rPr>
          <w:rFonts w:ascii="Aptos" w:hAnsi="Aptos"/>
          <w:sz w:val="28"/>
          <w:szCs w:val="28"/>
        </w:rPr>
        <w:t xml:space="preserve"> ASC 326</w:t>
      </w:r>
    </w:p>
    <w:p w:rsidR="00781676" w:rsidP="00781676" w:rsidRDefault="00EA4BC1" w14:paraId="32DEFF6C" w14:textId="73CA8E98">
      <w:pPr>
        <w:rPr>
          <w:rFonts w:ascii="Aptos" w:hAnsi="Aptos"/>
          <w:sz w:val="28"/>
          <w:szCs w:val="28"/>
        </w:rPr>
      </w:pPr>
      <w:r w:rsidRPr="00781676">
        <w:rPr>
          <w:rFonts w:ascii="Aptos" w:hAnsi="Aptos"/>
          <w:sz w:val="28"/>
          <w:szCs w:val="28"/>
        </w:rPr>
        <w:br/>
      </w:r>
      <w:r w:rsidRPr="00845E7C" w:rsidR="00845E7C">
        <w:rPr>
          <w:rFonts w:ascii="Aptos" w:hAnsi="Aptos" w:eastAsiaTheme="majorEastAsia" w:cstheme="majorBidi"/>
          <w:b/>
          <w:bCs/>
          <w:color w:val="4F81BD" w:themeColor="accent1"/>
          <w:sz w:val="28"/>
          <w:szCs w:val="28"/>
        </w:rPr>
        <w:t>Your Money &amp; Mental Health group</w:t>
      </w:r>
      <w:r w:rsidRPr="00781676">
        <w:rPr>
          <w:rFonts w:ascii="Aptos" w:hAnsi="Aptos"/>
          <w:sz w:val="28"/>
          <w:szCs w:val="28"/>
        </w:rPr>
        <w:br/>
      </w:r>
      <w:r w:rsidRPr="00B045A7" w:rsidR="00B045A7">
        <w:rPr>
          <w:rFonts w:ascii="Aptos" w:hAnsi="Aptos"/>
          <w:sz w:val="28"/>
          <w:szCs w:val="28"/>
        </w:rPr>
        <w:t>Discover how your relationship with money and financial health impacts your behavior, mental health, and much more!</w:t>
      </w:r>
    </w:p>
    <w:p w:rsidR="007A7897" w:rsidP="007A7897" w:rsidRDefault="00B045A7" w14:paraId="29F69763" w14:textId="2DB9887B">
      <w:pPr>
        <w:rPr>
          <w:rFonts w:ascii="Aptos" w:hAnsi="Aptos"/>
          <w:sz w:val="28"/>
          <w:szCs w:val="28"/>
        </w:rPr>
      </w:pPr>
      <w:r w:rsidRPr="00B045A7">
        <w:rPr>
          <w:rFonts w:ascii="Aptos" w:hAnsi="Aptos"/>
          <w:sz w:val="28"/>
          <w:szCs w:val="28"/>
        </w:rPr>
        <w:t>Thursdays from Oct. 3 - Nov. 21 from 1 to 2 pm in Schwartz Hall 100</w:t>
      </w:r>
    </w:p>
    <w:p w:rsidR="00671CD2" w:rsidP="007A7897" w:rsidRDefault="00671CD2" w14:paraId="36C64EBD" w14:textId="77777777">
      <w:pPr>
        <w:rPr>
          <w:rFonts w:ascii="Aptos" w:hAnsi="Aptos"/>
          <w:sz w:val="28"/>
          <w:szCs w:val="28"/>
        </w:rPr>
      </w:pPr>
    </w:p>
    <w:p w:rsidRPr="00671CD2" w:rsidR="00671CD2" w:rsidP="00671CD2" w:rsidRDefault="00671CD2" w14:paraId="02554BC7" w14:textId="77777777">
      <w:pPr>
        <w:keepNext/>
        <w:keepLines/>
        <w:spacing w:before="200" w:after="0"/>
        <w:outlineLvl w:val="1"/>
        <w:rPr>
          <w:rFonts w:ascii="Aptos" w:hAnsi="Aptos" w:eastAsiaTheme="majorEastAsia" w:cstheme="majorBidi"/>
          <w:b/>
          <w:bCs/>
          <w:color w:val="4F81BD" w:themeColor="accent1"/>
          <w:sz w:val="32"/>
          <w:szCs w:val="32"/>
        </w:rPr>
      </w:pPr>
      <w:r w:rsidRPr="00671CD2">
        <w:rPr>
          <w:rFonts w:ascii="Aptos" w:hAnsi="Aptos" w:eastAsiaTheme="majorEastAsia" w:cstheme="majorBidi"/>
          <w:b/>
          <w:bCs/>
          <w:color w:val="4F81BD" w:themeColor="accent1"/>
          <w:sz w:val="32"/>
          <w:szCs w:val="32"/>
        </w:rPr>
        <w:t>Quick Chats</w:t>
      </w:r>
    </w:p>
    <w:p w:rsidRPr="00671CD2" w:rsidR="00671CD2" w:rsidP="00671CD2" w:rsidRDefault="00671CD2" w14:paraId="1D48B1D0" w14:textId="77777777">
      <w:pPr>
        <w:rPr>
          <w:rFonts w:ascii="Aptos" w:hAnsi="Aptos"/>
          <w:sz w:val="28"/>
          <w:szCs w:val="28"/>
        </w:rPr>
      </w:pPr>
      <w:r w:rsidRPr="00671CD2">
        <w:rPr>
          <w:rFonts w:ascii="Aptos" w:hAnsi="Aptos"/>
          <w:sz w:val="28"/>
          <w:szCs w:val="28"/>
        </w:rPr>
        <w:t>Myth or Miss?</w:t>
      </w:r>
      <w:r w:rsidRPr="00671CD2">
        <w:rPr>
          <w:rFonts w:ascii="Aptos" w:hAnsi="Aptos"/>
          <w:sz w:val="28"/>
          <w:szCs w:val="28"/>
        </w:rPr>
        <w:br/>
      </w:r>
      <w:r w:rsidRPr="00671CD2">
        <w:rPr>
          <w:rFonts w:ascii="Aptos" w:hAnsi="Aptos"/>
          <w:sz w:val="28"/>
          <w:szCs w:val="28"/>
        </w:rPr>
        <w:t xml:space="preserve">“Cracking joints causes </w:t>
      </w:r>
      <w:proofErr w:type="gramStart"/>
      <w:r w:rsidRPr="00671CD2">
        <w:rPr>
          <w:rFonts w:ascii="Aptos" w:hAnsi="Aptos"/>
          <w:sz w:val="28"/>
          <w:szCs w:val="28"/>
        </w:rPr>
        <w:t>arthritis</w:t>
      </w:r>
      <w:proofErr w:type="gramEnd"/>
      <w:r w:rsidRPr="00671CD2">
        <w:rPr>
          <w:rFonts w:ascii="Aptos" w:hAnsi="Aptos"/>
          <w:sz w:val="28"/>
          <w:szCs w:val="28"/>
        </w:rPr>
        <w:t>”</w:t>
      </w:r>
    </w:p>
    <w:p w:rsidRPr="00671CD2" w:rsidR="00671CD2" w:rsidP="00671CD2" w:rsidRDefault="00671CD2" w14:paraId="08DA4BF7" w14:textId="77777777">
      <w:pPr>
        <w:rPr>
          <w:rFonts w:ascii="Aptos" w:hAnsi="Aptos"/>
          <w:sz w:val="28"/>
          <w:szCs w:val="28"/>
        </w:rPr>
      </w:pPr>
      <w:r w:rsidRPr="00671CD2">
        <w:rPr>
          <w:rFonts w:ascii="Aptos" w:hAnsi="Aptos"/>
          <w:sz w:val="28"/>
          <w:szCs w:val="28"/>
        </w:rPr>
        <w:t xml:space="preserve">Myth </w:t>
      </w:r>
    </w:p>
    <w:p w:rsidRPr="00671CD2" w:rsidR="00671CD2" w:rsidP="00671CD2" w:rsidRDefault="00671CD2" w14:paraId="39A0ED37" w14:textId="77777777">
      <w:pPr>
        <w:rPr>
          <w:rFonts w:ascii="Aptos" w:hAnsi="Aptos"/>
          <w:sz w:val="28"/>
          <w:szCs w:val="28"/>
        </w:rPr>
      </w:pPr>
      <w:r w:rsidRPr="00671CD2">
        <w:rPr>
          <w:rFonts w:ascii="Aptos" w:hAnsi="Aptos"/>
          <w:sz w:val="28"/>
          <w:szCs w:val="28"/>
        </w:rPr>
        <w:t>Self-Care Share</w:t>
      </w:r>
      <w:r w:rsidRPr="00671CD2">
        <w:rPr>
          <w:rFonts w:ascii="Aptos" w:hAnsi="Aptos"/>
          <w:sz w:val="28"/>
          <w:szCs w:val="28"/>
        </w:rPr>
        <w:br/>
      </w:r>
      <w:r w:rsidRPr="00671CD2">
        <w:rPr>
          <w:rFonts w:ascii="Aptos" w:hAnsi="Aptos"/>
          <w:sz w:val="28"/>
          <w:szCs w:val="28"/>
        </w:rPr>
        <w:t xml:space="preserve">Spend time writing down things </w:t>
      </w:r>
      <w:proofErr w:type="gramStart"/>
      <w:r w:rsidRPr="00671CD2">
        <w:rPr>
          <w:rFonts w:ascii="Aptos" w:hAnsi="Aptos"/>
          <w:sz w:val="28"/>
          <w:szCs w:val="28"/>
        </w:rPr>
        <w:t>you're</w:t>
      </w:r>
      <w:proofErr w:type="gramEnd"/>
      <w:r w:rsidRPr="00671CD2">
        <w:rPr>
          <w:rFonts w:ascii="Aptos" w:hAnsi="Aptos"/>
          <w:sz w:val="28"/>
          <w:szCs w:val="28"/>
        </w:rPr>
        <w:t xml:space="preserve"> grateful for or replay them in your </w:t>
      </w:r>
      <w:proofErr w:type="gramStart"/>
      <w:r w:rsidRPr="00671CD2">
        <w:rPr>
          <w:rFonts w:ascii="Aptos" w:hAnsi="Aptos"/>
          <w:sz w:val="28"/>
          <w:szCs w:val="28"/>
        </w:rPr>
        <w:t>mind</w:t>
      </w:r>
      <w:proofErr w:type="gramEnd"/>
    </w:p>
    <w:p w:rsidRPr="00671CD2" w:rsidR="00671CD2" w:rsidP="00671CD2" w:rsidRDefault="00671CD2" w14:paraId="6DB93071" w14:textId="77777777">
      <w:pPr>
        <w:rPr>
          <w:rFonts w:ascii="Aptos" w:hAnsi="Aptos"/>
          <w:sz w:val="28"/>
          <w:szCs w:val="28"/>
        </w:rPr>
      </w:pPr>
      <w:r w:rsidRPr="00671CD2">
        <w:rPr>
          <w:rFonts w:ascii="Aptos" w:hAnsi="Aptos"/>
          <w:sz w:val="28"/>
          <w:szCs w:val="28"/>
        </w:rPr>
        <w:t>Relationship Real Talk</w:t>
      </w:r>
    </w:p>
    <w:p w:rsidRPr="00671CD2" w:rsidR="00671CD2" w:rsidP="00671CD2" w:rsidRDefault="00671CD2" w14:paraId="74845A9B" w14:textId="77777777">
      <w:pPr>
        <w:rPr>
          <w:rFonts w:ascii="Aptos" w:hAnsi="Aptos"/>
          <w:sz w:val="28"/>
          <w:szCs w:val="28"/>
        </w:rPr>
      </w:pPr>
      <w:r w:rsidRPr="00671CD2">
        <w:rPr>
          <w:rFonts w:ascii="Aptos" w:hAnsi="Aptos"/>
          <w:sz w:val="28"/>
          <w:szCs w:val="28"/>
        </w:rPr>
        <w:t xml:space="preserve">A SCSU Student asked: </w:t>
      </w:r>
    </w:p>
    <w:p w:rsidRPr="00671CD2" w:rsidR="00671CD2" w:rsidP="00671CD2" w:rsidRDefault="00671CD2" w14:paraId="1494DA62" w14:textId="77777777">
      <w:pPr>
        <w:rPr>
          <w:rFonts w:ascii="Aptos" w:hAnsi="Aptos"/>
          <w:sz w:val="28"/>
          <w:szCs w:val="28"/>
        </w:rPr>
      </w:pPr>
      <w:r w:rsidRPr="00671CD2">
        <w:rPr>
          <w:rFonts w:ascii="Aptos" w:hAnsi="Aptos"/>
          <w:sz w:val="28"/>
          <w:szCs w:val="28"/>
        </w:rPr>
        <w:t>“What is an important tip to help keep my relationship strong?”</w:t>
      </w:r>
    </w:p>
    <w:p w:rsidRPr="00671CD2" w:rsidR="00671CD2" w:rsidP="00671CD2" w:rsidRDefault="00671CD2" w14:paraId="2D8A8EA3" w14:textId="77777777">
      <w:pPr>
        <w:rPr>
          <w:rFonts w:ascii="Aptos" w:hAnsi="Aptos"/>
          <w:sz w:val="28"/>
          <w:szCs w:val="28"/>
        </w:rPr>
      </w:pPr>
      <w:r w:rsidRPr="00671CD2">
        <w:rPr>
          <w:rFonts w:ascii="Aptos" w:hAnsi="Aptos"/>
          <w:sz w:val="28"/>
          <w:szCs w:val="28"/>
        </w:rPr>
        <w:t xml:space="preserve">We answered: </w:t>
      </w:r>
    </w:p>
    <w:p w:rsidRPr="00671CD2" w:rsidR="00671CD2" w:rsidP="00671CD2" w:rsidRDefault="00671CD2" w14:paraId="378EBD0F" w14:textId="77777777">
      <w:pPr>
        <w:rPr>
          <w:rFonts w:ascii="Aptos" w:hAnsi="Aptos"/>
          <w:sz w:val="28"/>
          <w:szCs w:val="28"/>
        </w:rPr>
      </w:pPr>
      <w:r w:rsidRPr="00671CD2">
        <w:rPr>
          <w:rFonts w:ascii="Aptos" w:hAnsi="Aptos"/>
          <w:sz w:val="28"/>
          <w:szCs w:val="28"/>
        </w:rPr>
        <w:t>Open communication is essential to a healthy relationship. Couples should express their feelings and thoughts without judgment, listen actively, and be willing to compromise.</w:t>
      </w:r>
    </w:p>
    <w:p w:rsidRPr="00A0373B" w:rsidR="00671CD2" w:rsidP="00671CD2" w:rsidRDefault="00671CD2" w14:paraId="4434E074" w14:textId="77777777">
      <w:pPr>
        <w:pStyle w:val="Heading2"/>
        <w:rPr>
          <w:rFonts w:ascii="Aptos" w:hAnsi="Aptos"/>
          <w:sz w:val="32"/>
          <w:szCs w:val="32"/>
        </w:rPr>
      </w:pPr>
      <w:r w:rsidRPr="00A0373B">
        <w:rPr>
          <w:rFonts w:ascii="Aptos" w:hAnsi="Aptos"/>
          <w:sz w:val="32"/>
          <w:szCs w:val="32"/>
        </w:rPr>
        <w:t>Fit for Thought</w:t>
      </w:r>
    </w:p>
    <w:p w:rsidRPr="00154F49" w:rsidR="00671CD2" w:rsidP="00671CD2" w:rsidRDefault="00671CD2" w14:paraId="3B93A891" w14:textId="77777777">
      <w:pPr>
        <w:rPr>
          <w:rFonts w:ascii="Aptos" w:hAnsi="Aptos"/>
          <w:sz w:val="28"/>
          <w:szCs w:val="28"/>
        </w:rPr>
      </w:pPr>
      <w:r w:rsidRPr="00154F49">
        <w:rPr>
          <w:rFonts w:ascii="Aptos" w:hAnsi="Aptos"/>
          <w:sz w:val="28"/>
          <w:szCs w:val="28"/>
        </w:rPr>
        <w:t xml:space="preserve">Do you know that meditation </w:t>
      </w:r>
      <w:proofErr w:type="gramStart"/>
      <w:r w:rsidRPr="00154F49">
        <w:rPr>
          <w:rFonts w:ascii="Aptos" w:hAnsi="Aptos"/>
          <w:sz w:val="28"/>
          <w:szCs w:val="28"/>
        </w:rPr>
        <w:t>is considered</w:t>
      </w:r>
      <w:proofErr w:type="gramEnd"/>
      <w:r w:rsidRPr="00154F49">
        <w:rPr>
          <w:rFonts w:ascii="Aptos" w:hAnsi="Aptos"/>
          <w:sz w:val="28"/>
          <w:szCs w:val="28"/>
        </w:rPr>
        <w:t xml:space="preserve"> a mental exercise?</w:t>
      </w:r>
    </w:p>
    <w:p w:rsidRPr="009F7407" w:rsidR="009F7407" w:rsidP="007A7897" w:rsidRDefault="00671CD2" w14:paraId="72199829" w14:textId="0515B61B">
      <w:pPr>
        <w:rPr>
          <w:rFonts w:ascii="Aptos" w:hAnsi="Aptos"/>
          <w:sz w:val="28"/>
          <w:szCs w:val="28"/>
        </w:rPr>
      </w:pPr>
      <w:r w:rsidRPr="00154F49">
        <w:rPr>
          <w:rFonts w:ascii="Aptos" w:hAnsi="Aptos"/>
          <w:sz w:val="28"/>
          <w:szCs w:val="28"/>
        </w:rPr>
        <w:t xml:space="preserve">Join APRN Nurse Linda on Thursday, October 24th for a “Mindful Meditation Series” workshop where you can learn how to be more present and one with your mind! </w:t>
      </w:r>
    </w:p>
    <w:p w:rsidRPr="00A0373B" w:rsidR="00D03508" w:rsidRDefault="00EA4BC1" w14:paraId="068006C4" w14:textId="490FCC08">
      <w:pPr>
        <w:pStyle w:val="Heading2"/>
        <w:rPr>
          <w:rFonts w:ascii="Aptos" w:hAnsi="Aptos"/>
          <w:sz w:val="32"/>
          <w:szCs w:val="32"/>
        </w:rPr>
      </w:pPr>
      <w:proofErr w:type="gramStart"/>
      <w:r w:rsidRPr="00A0373B">
        <w:rPr>
          <w:rFonts w:ascii="Aptos" w:hAnsi="Aptos"/>
          <w:sz w:val="32"/>
          <w:szCs w:val="32"/>
        </w:rPr>
        <w:t>Let’s</w:t>
      </w:r>
      <w:proofErr w:type="gramEnd"/>
      <w:r w:rsidRPr="00A0373B">
        <w:rPr>
          <w:rFonts w:ascii="Aptos" w:hAnsi="Aptos"/>
          <w:sz w:val="32"/>
          <w:szCs w:val="32"/>
        </w:rPr>
        <w:t xml:space="preserve"> Talk About Sex</w:t>
      </w:r>
    </w:p>
    <w:p w:rsidRPr="009F7407" w:rsidR="00E90A3B" w:rsidP="00E90A3B" w:rsidRDefault="009F7407" w14:paraId="7278E832" w14:textId="0A8E3897">
      <w:pPr>
        <w:rPr>
          <w:rFonts w:ascii="Aptos" w:hAnsi="Aptos"/>
          <w:sz w:val="28"/>
          <w:szCs w:val="28"/>
        </w:rPr>
      </w:pPr>
      <w:r w:rsidRPr="009F7407">
        <w:rPr>
          <w:rFonts w:ascii="Aptos" w:hAnsi="Aptos"/>
          <w:sz w:val="28"/>
          <w:szCs w:val="28"/>
        </w:rPr>
        <w:t>Tips on sexual health:</w:t>
      </w:r>
    </w:p>
    <w:p w:rsidRPr="009F7407" w:rsidR="00E90A3B" w:rsidP="00E90A3B" w:rsidRDefault="00E90A3B" w14:paraId="2370B0F0" w14:textId="77777777">
      <w:pPr>
        <w:numPr>
          <w:ilvl w:val="0"/>
          <w:numId w:val="14"/>
        </w:numPr>
        <w:rPr>
          <w:rFonts w:ascii="Aptos" w:hAnsi="Aptos"/>
          <w:sz w:val="28"/>
          <w:szCs w:val="28"/>
        </w:rPr>
      </w:pPr>
      <w:proofErr w:type="gramStart"/>
      <w:r w:rsidRPr="009F7407">
        <w:rPr>
          <w:rFonts w:ascii="Aptos" w:hAnsi="Aptos"/>
          <w:sz w:val="28"/>
          <w:szCs w:val="28"/>
        </w:rPr>
        <w:t>Communicate</w:t>
      </w:r>
      <w:proofErr w:type="gramEnd"/>
    </w:p>
    <w:p w:rsidRPr="009F7407" w:rsidR="00E90A3B" w:rsidP="00E90A3B" w:rsidRDefault="00E90A3B" w14:paraId="3540BAE2" w14:textId="77777777">
      <w:pPr>
        <w:numPr>
          <w:ilvl w:val="0"/>
          <w:numId w:val="14"/>
        </w:numPr>
        <w:rPr>
          <w:rFonts w:ascii="Aptos" w:hAnsi="Aptos"/>
          <w:sz w:val="28"/>
          <w:szCs w:val="28"/>
        </w:rPr>
      </w:pPr>
      <w:r w:rsidRPr="009F7407">
        <w:rPr>
          <w:rFonts w:ascii="Aptos" w:hAnsi="Aptos"/>
          <w:sz w:val="28"/>
          <w:szCs w:val="28"/>
        </w:rPr>
        <w:t>Respect boundaries (CONSENT IS MANDATORY, NOT OPTIONAL)</w:t>
      </w:r>
    </w:p>
    <w:p w:rsidRPr="009F7407" w:rsidR="00A93F95" w:rsidP="00A93F95" w:rsidRDefault="00E90A3B" w14:paraId="40DDEFBF" w14:textId="760C389C">
      <w:pPr>
        <w:numPr>
          <w:ilvl w:val="0"/>
          <w:numId w:val="14"/>
        </w:numPr>
        <w:rPr>
          <w:rFonts w:ascii="Aptos" w:hAnsi="Aptos"/>
          <w:sz w:val="28"/>
          <w:szCs w:val="28"/>
        </w:rPr>
      </w:pPr>
      <w:r w:rsidRPr="009F7407">
        <w:rPr>
          <w:rFonts w:ascii="Aptos" w:hAnsi="Aptos"/>
          <w:sz w:val="28"/>
          <w:szCs w:val="28"/>
        </w:rPr>
        <w:t xml:space="preserve">Get </w:t>
      </w:r>
      <w:proofErr w:type="gramStart"/>
      <w:r w:rsidRPr="009F7407">
        <w:rPr>
          <w:rFonts w:ascii="Aptos" w:hAnsi="Aptos"/>
          <w:sz w:val="28"/>
          <w:szCs w:val="28"/>
        </w:rPr>
        <w:t>tested</w:t>
      </w:r>
      <w:proofErr w:type="gramEnd"/>
    </w:p>
    <w:p w:rsidRPr="009F7407" w:rsidR="00B87C77" w:rsidRDefault="009F7407" w14:paraId="6BBD6D8F" w14:textId="6E82AD8C">
      <w:pPr>
        <w:rPr>
          <w:rFonts w:ascii="Aptos" w:hAnsi="Aptos"/>
          <w:sz w:val="28"/>
          <w:szCs w:val="28"/>
        </w:rPr>
      </w:pPr>
      <w:r w:rsidRPr="009F7407">
        <w:rPr>
          <w:rFonts w:ascii="Aptos" w:hAnsi="Aptos" w:eastAsiaTheme="majorEastAsia" w:cstheme="majorBidi"/>
          <w:sz w:val="28"/>
          <w:szCs w:val="28"/>
        </w:rPr>
        <w:t>**Walk in or call for an appointment at Health Services (Granoff Hall) today for STI testing! You can also make an appointment online for the next Get Yourself Tested event on October 23rd.</w:t>
      </w:r>
    </w:p>
    <w:p w:rsidR="00E2051D" w:rsidRDefault="0098414C" w14:paraId="5EA70B74" w14:textId="77777777">
      <w:pPr>
        <w:rPr>
          <w:rFonts w:ascii="Aptos" w:hAnsi="Aptos"/>
          <w:sz w:val="28"/>
          <w:szCs w:val="28"/>
        </w:rPr>
      </w:pPr>
      <w:r w:rsidRPr="0098414C">
        <w:rPr>
          <w:rFonts w:ascii="Aptos" w:hAnsi="Aptos" w:eastAsiaTheme="majorEastAsia" w:cstheme="majorBidi"/>
          <w:b/>
          <w:bCs/>
          <w:color w:val="4F81BD" w:themeColor="accent1"/>
          <w:sz w:val="32"/>
          <w:szCs w:val="32"/>
        </w:rPr>
        <w:t xml:space="preserve">The </w:t>
      </w:r>
      <w:proofErr w:type="spellStart"/>
      <w:r w:rsidRPr="0098414C">
        <w:rPr>
          <w:rFonts w:ascii="Aptos" w:hAnsi="Aptos" w:eastAsiaTheme="majorEastAsia" w:cstheme="majorBidi"/>
          <w:b/>
          <w:bCs/>
          <w:color w:val="4F81BD" w:themeColor="accent1"/>
          <w:sz w:val="32"/>
          <w:szCs w:val="32"/>
        </w:rPr>
        <w:t>ScrapBook</w:t>
      </w:r>
      <w:proofErr w:type="spellEnd"/>
      <w:r w:rsidRPr="00A0373B" w:rsidR="00EA4BC1">
        <w:rPr>
          <w:rFonts w:ascii="Aptos" w:hAnsi="Aptos"/>
          <w:sz w:val="28"/>
          <w:szCs w:val="28"/>
        </w:rPr>
        <w:br/>
      </w:r>
      <w:r w:rsidRPr="00A0373B" w:rsidR="00EA4BC1">
        <w:rPr>
          <w:rFonts w:ascii="Aptos" w:hAnsi="Aptos"/>
          <w:sz w:val="28"/>
          <w:szCs w:val="28"/>
        </w:rPr>
        <w:br/>
      </w:r>
      <w:r w:rsidRPr="0098414C">
        <w:rPr>
          <w:rFonts w:ascii="Aptos" w:hAnsi="Aptos"/>
          <w:sz w:val="28"/>
          <w:szCs w:val="28"/>
        </w:rPr>
        <w:t xml:space="preserve">Pictures from the Wellbeing Fair </w:t>
      </w:r>
      <w:r w:rsidRPr="0098414C">
        <w:rPr>
          <w:rFonts w:ascii="Aptos" w:hAnsi="Aptos"/>
          <w:sz w:val="28"/>
          <w:szCs w:val="28"/>
        </w:rPr>
        <w:t xml:space="preserve">on </w:t>
      </w:r>
      <w:r>
        <w:rPr>
          <w:rFonts w:ascii="Aptos" w:hAnsi="Aptos"/>
          <w:sz w:val="28"/>
          <w:szCs w:val="28"/>
        </w:rPr>
        <w:t>S</w:t>
      </w:r>
      <w:r w:rsidRPr="0098414C">
        <w:rPr>
          <w:rFonts w:ascii="Aptos" w:hAnsi="Aptos"/>
          <w:sz w:val="28"/>
          <w:szCs w:val="28"/>
        </w:rPr>
        <w:t>ept 25</w:t>
      </w:r>
      <w:r w:rsidR="00E2051D">
        <w:rPr>
          <w:rFonts w:ascii="Aptos" w:hAnsi="Aptos"/>
          <w:sz w:val="28"/>
          <w:szCs w:val="28"/>
        </w:rPr>
        <w:t xml:space="preserve"> </w:t>
      </w:r>
    </w:p>
    <w:p w:rsidR="00D03508" w:rsidRDefault="00E2051D" w14:paraId="2B5E82EC" w14:textId="0A830016">
      <w:pPr>
        <w:rPr>
          <w:rFonts w:ascii="Aptos" w:hAnsi="Aptos"/>
          <w:sz w:val="28"/>
          <w:szCs w:val="28"/>
        </w:rPr>
      </w:pPr>
      <w:r w:rsidRPr="00E2051D">
        <w:rPr>
          <w:rFonts w:ascii="Aptos" w:hAnsi="Aptos"/>
          <w:sz w:val="28"/>
          <w:szCs w:val="28"/>
        </w:rPr>
        <w:t xml:space="preserve">Special thanks to Carly Russell from Southern News for </w:t>
      </w:r>
      <w:proofErr w:type="gramStart"/>
      <w:r w:rsidRPr="00E2051D">
        <w:rPr>
          <w:rFonts w:ascii="Aptos" w:hAnsi="Aptos"/>
          <w:sz w:val="28"/>
          <w:szCs w:val="28"/>
        </w:rPr>
        <w:t>use of</w:t>
      </w:r>
      <w:proofErr w:type="gramEnd"/>
      <w:r w:rsidRPr="00E2051D">
        <w:rPr>
          <w:rFonts w:ascii="Aptos" w:hAnsi="Aptos"/>
          <w:sz w:val="28"/>
          <w:szCs w:val="28"/>
        </w:rPr>
        <w:t xml:space="preserve"> her photos!</w:t>
      </w:r>
    </w:p>
    <w:p w:rsidRPr="00E2051D" w:rsidR="00E2051D" w:rsidP="00E2051D" w:rsidRDefault="00E2051D" w14:paraId="603EA1A8" w14:textId="55EF19F5">
      <w:pPr>
        <w:keepNext/>
        <w:keepLines/>
        <w:spacing w:before="200" w:after="0"/>
        <w:outlineLvl w:val="1"/>
        <w:rPr>
          <w:rFonts w:ascii="Aptos" w:hAnsi="Aptos" w:eastAsiaTheme="majorEastAsia" w:cstheme="majorBidi"/>
          <w:b/>
          <w:bCs/>
          <w:color w:val="4F81BD" w:themeColor="accent1"/>
          <w:sz w:val="32"/>
          <w:szCs w:val="32"/>
        </w:rPr>
      </w:pPr>
      <w:r w:rsidRPr="00E2051D">
        <w:rPr>
          <w:rFonts w:ascii="Aptos" w:hAnsi="Aptos" w:eastAsiaTheme="majorEastAsia" w:cstheme="majorBidi"/>
          <w:b/>
          <w:bCs/>
          <w:color w:val="4F81BD" w:themeColor="accent1"/>
          <w:sz w:val="32"/>
          <w:szCs w:val="32"/>
        </w:rPr>
        <w:t>Mind Over Chatter</w:t>
      </w:r>
      <w:r w:rsidR="00A6250C">
        <w:rPr>
          <w:rFonts w:ascii="Aptos" w:hAnsi="Aptos" w:eastAsiaTheme="majorEastAsia" w:cstheme="majorBidi"/>
          <w:b/>
          <w:bCs/>
          <w:color w:val="4F81BD" w:themeColor="accent1"/>
          <w:sz w:val="32"/>
          <w:szCs w:val="32"/>
        </w:rPr>
        <w:t xml:space="preserve">: </w:t>
      </w:r>
      <w:r w:rsidRPr="00A6250C" w:rsidR="00A6250C">
        <w:rPr>
          <w:rFonts w:ascii="Aptos" w:hAnsi="Aptos" w:eastAsiaTheme="majorEastAsia" w:cstheme="majorBidi"/>
          <w:b/>
          <w:bCs/>
          <w:color w:val="4F81BD" w:themeColor="accent1"/>
          <w:sz w:val="32"/>
          <w:szCs w:val="32"/>
        </w:rPr>
        <w:t>Stress Less, Live More</w:t>
      </w:r>
    </w:p>
    <w:p w:rsidRPr="00A6250C" w:rsidR="00A6250C" w:rsidP="00A6250C" w:rsidRDefault="00A6250C" w14:paraId="4379AE71" w14:textId="442535E1">
      <w:pPr>
        <w:rPr>
          <w:rFonts w:ascii="Aptos" w:hAnsi="Aptos"/>
          <w:sz w:val="28"/>
          <w:szCs w:val="28"/>
        </w:rPr>
      </w:pPr>
      <w:r w:rsidRPr="00A6250C">
        <w:rPr>
          <w:rFonts w:ascii="Aptos" w:hAnsi="Aptos"/>
          <w:sz w:val="28"/>
          <w:szCs w:val="28"/>
        </w:rPr>
        <w:t>What does your mental health look like right now?</w:t>
      </w:r>
      <w:r w:rsidR="009A52E5">
        <w:rPr>
          <w:rFonts w:ascii="Aptos" w:hAnsi="Aptos"/>
          <w:sz w:val="28"/>
          <w:szCs w:val="28"/>
        </w:rPr>
        <w:t xml:space="preserve"> *Image of a stress level scale pictured </w:t>
      </w:r>
    </w:p>
    <w:p w:rsidR="00F91F87" w:rsidP="00F91F87" w:rsidRDefault="00A6250C" w14:paraId="1009950F" w14:textId="77777777">
      <w:pPr>
        <w:rPr>
          <w:rFonts w:ascii="Aptos" w:hAnsi="Aptos"/>
          <w:sz w:val="28"/>
          <w:szCs w:val="28"/>
        </w:rPr>
      </w:pPr>
      <w:r w:rsidRPr="00A6250C">
        <w:rPr>
          <w:rFonts w:ascii="Aptos" w:hAnsi="Aptos"/>
          <w:sz w:val="28"/>
          <w:szCs w:val="28"/>
        </w:rPr>
        <w:t xml:space="preserve">Remember: Prioritizing sleep, </w:t>
      </w:r>
      <w:proofErr w:type="spellStart"/>
      <w:r w:rsidRPr="00A6250C">
        <w:rPr>
          <w:rFonts w:ascii="Aptos" w:hAnsi="Aptos"/>
          <w:sz w:val="28"/>
          <w:szCs w:val="28"/>
        </w:rPr>
        <w:t>self care</w:t>
      </w:r>
      <w:proofErr w:type="spellEnd"/>
      <w:r w:rsidRPr="00A6250C">
        <w:rPr>
          <w:rFonts w:ascii="Aptos" w:hAnsi="Aptos"/>
          <w:sz w:val="28"/>
          <w:szCs w:val="28"/>
        </w:rPr>
        <w:t xml:space="preserve">, and your connection with healthy people can improve your mental health dramatically. </w:t>
      </w:r>
    </w:p>
    <w:p w:rsidRPr="00F91F87" w:rsidR="00F91F87" w:rsidP="00F91F87" w:rsidRDefault="00F91F87" w14:paraId="4D50D863" w14:textId="48701CB1">
      <w:pPr>
        <w:rPr>
          <w:rFonts w:ascii="Aptos" w:hAnsi="Aptos"/>
          <w:sz w:val="28"/>
          <w:szCs w:val="28"/>
        </w:rPr>
      </w:pPr>
      <w:r w:rsidRPr="00F91F87">
        <w:rPr>
          <w:rFonts w:ascii="Aptos" w:hAnsi="Aptos"/>
          <w:sz w:val="28"/>
          <w:szCs w:val="28"/>
        </w:rPr>
        <w:t>SCSU Resources that can support your mental health:</w:t>
      </w:r>
    </w:p>
    <w:p w:rsidR="00F91F87" w:rsidP="00F91F87" w:rsidRDefault="00F91F87" w14:paraId="2C876BBD" w14:textId="77777777">
      <w:pPr>
        <w:pStyle w:val="ListParagraph"/>
        <w:numPr>
          <w:ilvl w:val="0"/>
          <w:numId w:val="15"/>
        </w:numPr>
        <w:rPr>
          <w:rFonts w:ascii="Aptos" w:hAnsi="Aptos"/>
          <w:sz w:val="28"/>
          <w:szCs w:val="28"/>
        </w:rPr>
      </w:pPr>
      <w:r w:rsidRPr="00F91F87">
        <w:rPr>
          <w:rFonts w:ascii="Aptos" w:hAnsi="Aptos"/>
          <w:sz w:val="28"/>
          <w:szCs w:val="28"/>
        </w:rPr>
        <w:t>Counseling Services (ENG B219)</w:t>
      </w:r>
    </w:p>
    <w:p w:rsidR="00F91F87" w:rsidP="00F91F87" w:rsidRDefault="00F91F87" w14:paraId="5D86A3CB" w14:textId="77777777">
      <w:pPr>
        <w:pStyle w:val="ListParagraph"/>
        <w:numPr>
          <w:ilvl w:val="0"/>
          <w:numId w:val="15"/>
        </w:numPr>
        <w:rPr>
          <w:rFonts w:ascii="Aptos" w:hAnsi="Aptos"/>
          <w:sz w:val="28"/>
          <w:szCs w:val="28"/>
        </w:rPr>
      </w:pPr>
      <w:r w:rsidRPr="00F91F87">
        <w:rPr>
          <w:rFonts w:ascii="Aptos" w:hAnsi="Aptos"/>
          <w:sz w:val="28"/>
          <w:szCs w:val="28"/>
        </w:rPr>
        <w:t>VPAS (SCHWARTZ 100)</w:t>
      </w:r>
    </w:p>
    <w:p w:rsidR="00F91F87" w:rsidP="00F91F87" w:rsidRDefault="00F91F87" w14:paraId="7AFE73DE" w14:textId="7976CC40">
      <w:pPr>
        <w:pStyle w:val="ListParagraph"/>
        <w:numPr>
          <w:ilvl w:val="0"/>
          <w:numId w:val="15"/>
        </w:numPr>
        <w:rPr>
          <w:rFonts w:ascii="Aptos" w:hAnsi="Aptos"/>
          <w:sz w:val="28"/>
          <w:szCs w:val="28"/>
        </w:rPr>
      </w:pPr>
      <w:r w:rsidRPr="00F91F87">
        <w:rPr>
          <w:rFonts w:ascii="Aptos" w:hAnsi="Aptos"/>
          <w:sz w:val="28"/>
          <w:szCs w:val="28"/>
        </w:rPr>
        <w:t>Alcohol and Other Drug Recovery Services (SCHWARTZ 101)</w:t>
      </w:r>
    </w:p>
    <w:p w:rsidRPr="00804D88" w:rsidR="00804D88" w:rsidP="00804D88" w:rsidRDefault="00804D88" w14:paraId="5E04C8C7" w14:textId="42EF178B">
      <w:pPr>
        <w:rPr>
          <w:rFonts w:ascii="Aptos" w:hAnsi="Aptos"/>
          <w:sz w:val="28"/>
          <w:szCs w:val="28"/>
        </w:rPr>
      </w:pPr>
      <w:r>
        <w:rPr>
          <w:rFonts w:ascii="Aptos" w:hAnsi="Aptos" w:eastAsiaTheme="majorEastAsia" w:cstheme="majorBidi"/>
          <w:b/>
          <w:bCs/>
          <w:color w:val="4F81BD" w:themeColor="accent1"/>
          <w:sz w:val="28"/>
          <w:szCs w:val="28"/>
        </w:rPr>
        <w:t>Rise &amp; Shine</w:t>
      </w:r>
    </w:p>
    <w:p w:rsidRPr="00A6250C" w:rsidR="00A6250C" w:rsidP="00A6250C" w:rsidRDefault="00804D88" w14:paraId="2E25F6CD" w14:textId="6D2C064E">
      <w:pPr>
        <w:rPr>
          <w:rFonts w:ascii="Aptos" w:hAnsi="Aptos"/>
          <w:sz w:val="28"/>
          <w:szCs w:val="28"/>
        </w:rPr>
      </w:pPr>
      <w:r w:rsidRPr="4D505DBA" w:rsidR="6BFAF15C">
        <w:rPr>
          <w:rFonts w:ascii="Aptos" w:hAnsi="Aptos"/>
          <w:sz w:val="28"/>
          <w:szCs w:val="28"/>
        </w:rPr>
        <w:t xml:space="preserve">Did you know drinking a glass of water in the morning wakes up your intestines/bowels and is </w:t>
      </w:r>
      <w:r w:rsidRPr="4D505DBA" w:rsidR="6BFAF15C">
        <w:rPr>
          <w:rFonts w:ascii="Aptos" w:hAnsi="Aptos"/>
          <w:sz w:val="28"/>
          <w:szCs w:val="28"/>
        </w:rPr>
        <w:t>a great way</w:t>
      </w:r>
      <w:r w:rsidRPr="4D505DBA" w:rsidR="6BFAF15C">
        <w:rPr>
          <w:rFonts w:ascii="Aptos" w:hAnsi="Aptos"/>
          <w:sz w:val="28"/>
          <w:szCs w:val="28"/>
        </w:rPr>
        <w:t xml:space="preserve"> to start your day? </w:t>
      </w:r>
    </w:p>
    <w:p w:rsidRPr="00E2051D" w:rsidR="00E2051D" w:rsidRDefault="00E2051D" w14:paraId="265616A5" w14:textId="77777777"/>
    <w:sectPr w:rsidRPr="00E2051D" w:rsidR="00E2051D"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FF70623"/>
    <w:multiLevelType w:val="multilevel"/>
    <w:tmpl w:val="3BFE0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CB7C10"/>
    <w:multiLevelType w:val="hybridMultilevel"/>
    <w:tmpl w:val="86C831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83E5E33"/>
    <w:multiLevelType w:val="hybridMultilevel"/>
    <w:tmpl w:val="360E48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DEA1D64"/>
    <w:multiLevelType w:val="hybridMultilevel"/>
    <w:tmpl w:val="713CA0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75328F9"/>
    <w:multiLevelType w:val="multilevel"/>
    <w:tmpl w:val="409271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F715626"/>
    <w:multiLevelType w:val="multilevel"/>
    <w:tmpl w:val="88548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21530625">
    <w:abstractNumId w:val="8"/>
  </w:num>
  <w:num w:numId="2" w16cid:durableId="1866479018">
    <w:abstractNumId w:val="6"/>
  </w:num>
  <w:num w:numId="3" w16cid:durableId="221409879">
    <w:abstractNumId w:val="5"/>
  </w:num>
  <w:num w:numId="4" w16cid:durableId="393239561">
    <w:abstractNumId w:val="4"/>
  </w:num>
  <w:num w:numId="5" w16cid:durableId="1268537542">
    <w:abstractNumId w:val="7"/>
  </w:num>
  <w:num w:numId="6" w16cid:durableId="1291547924">
    <w:abstractNumId w:val="3"/>
  </w:num>
  <w:num w:numId="7" w16cid:durableId="128786209">
    <w:abstractNumId w:val="2"/>
  </w:num>
  <w:num w:numId="8" w16cid:durableId="274992559">
    <w:abstractNumId w:val="1"/>
  </w:num>
  <w:num w:numId="9" w16cid:durableId="798034170">
    <w:abstractNumId w:val="0"/>
  </w:num>
  <w:num w:numId="10" w16cid:durableId="62024622">
    <w:abstractNumId w:val="11"/>
  </w:num>
  <w:num w:numId="11" w16cid:durableId="1800420321">
    <w:abstractNumId w:val="12"/>
  </w:num>
  <w:num w:numId="12" w16cid:durableId="1634404509">
    <w:abstractNumId w:val="9"/>
  </w:num>
  <w:num w:numId="13" w16cid:durableId="1252619674">
    <w:abstractNumId w:val="13"/>
  </w:num>
  <w:num w:numId="14" w16cid:durableId="845248235">
    <w:abstractNumId w:val="14"/>
  </w:num>
  <w:num w:numId="15" w16cid:durableId="154941459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4E9"/>
    <w:rsid w:val="000203DE"/>
    <w:rsid w:val="00034616"/>
    <w:rsid w:val="0006063C"/>
    <w:rsid w:val="000B1369"/>
    <w:rsid w:val="0015074B"/>
    <w:rsid w:val="00151C41"/>
    <w:rsid w:val="00154F49"/>
    <w:rsid w:val="00181F23"/>
    <w:rsid w:val="001C6020"/>
    <w:rsid w:val="00210DD6"/>
    <w:rsid w:val="002624E1"/>
    <w:rsid w:val="0029639D"/>
    <w:rsid w:val="002C6454"/>
    <w:rsid w:val="00326F90"/>
    <w:rsid w:val="00333525"/>
    <w:rsid w:val="003433E5"/>
    <w:rsid w:val="003703B7"/>
    <w:rsid w:val="003B5585"/>
    <w:rsid w:val="00412297"/>
    <w:rsid w:val="00412945"/>
    <w:rsid w:val="004A3DF1"/>
    <w:rsid w:val="004A4DDA"/>
    <w:rsid w:val="004D1438"/>
    <w:rsid w:val="00520D59"/>
    <w:rsid w:val="005A764D"/>
    <w:rsid w:val="005B778B"/>
    <w:rsid w:val="006054BC"/>
    <w:rsid w:val="00612B19"/>
    <w:rsid w:val="00623C53"/>
    <w:rsid w:val="006322A9"/>
    <w:rsid w:val="00671CD2"/>
    <w:rsid w:val="00692100"/>
    <w:rsid w:val="00757998"/>
    <w:rsid w:val="00781676"/>
    <w:rsid w:val="00793A4E"/>
    <w:rsid w:val="007A7897"/>
    <w:rsid w:val="00804D88"/>
    <w:rsid w:val="00845E7C"/>
    <w:rsid w:val="00867DC2"/>
    <w:rsid w:val="00933B29"/>
    <w:rsid w:val="009361B5"/>
    <w:rsid w:val="009638FA"/>
    <w:rsid w:val="0098414C"/>
    <w:rsid w:val="009A52E5"/>
    <w:rsid w:val="009B601F"/>
    <w:rsid w:val="009C5A9F"/>
    <w:rsid w:val="009F7407"/>
    <w:rsid w:val="00A0373B"/>
    <w:rsid w:val="00A04150"/>
    <w:rsid w:val="00A6250C"/>
    <w:rsid w:val="00A63139"/>
    <w:rsid w:val="00A6675A"/>
    <w:rsid w:val="00A93F95"/>
    <w:rsid w:val="00AA1D8D"/>
    <w:rsid w:val="00AA71C8"/>
    <w:rsid w:val="00AA76DA"/>
    <w:rsid w:val="00AD3B64"/>
    <w:rsid w:val="00AD4CB0"/>
    <w:rsid w:val="00B025F4"/>
    <w:rsid w:val="00B045A7"/>
    <w:rsid w:val="00B2318C"/>
    <w:rsid w:val="00B47730"/>
    <w:rsid w:val="00B87C77"/>
    <w:rsid w:val="00C54004"/>
    <w:rsid w:val="00CB0664"/>
    <w:rsid w:val="00CB31C7"/>
    <w:rsid w:val="00CC4255"/>
    <w:rsid w:val="00D03508"/>
    <w:rsid w:val="00D0743A"/>
    <w:rsid w:val="00D349BE"/>
    <w:rsid w:val="00E2051D"/>
    <w:rsid w:val="00E22549"/>
    <w:rsid w:val="00E42CE5"/>
    <w:rsid w:val="00E55BEA"/>
    <w:rsid w:val="00E826C5"/>
    <w:rsid w:val="00E90A3B"/>
    <w:rsid w:val="00EA4BC1"/>
    <w:rsid w:val="00EC315D"/>
    <w:rsid w:val="00F435B7"/>
    <w:rsid w:val="00F91F87"/>
    <w:rsid w:val="00F96F85"/>
    <w:rsid w:val="00FB5B93"/>
    <w:rsid w:val="00FB6E07"/>
    <w:rsid w:val="00FC581E"/>
    <w:rsid w:val="00FC693F"/>
    <w:rsid w:val="00FD652A"/>
    <w:rsid w:val="4D505DBA"/>
    <w:rsid w:val="6BFAF1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9A9E876-9703-4861-BD1A-E55EB9F56D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624E1"/>
    <w:rPr>
      <w:color w:val="0000FF" w:themeColor="hyperlink"/>
      <w:u w:val="single"/>
    </w:rPr>
  </w:style>
  <w:style w:type="character" w:styleId="UnresolvedMention">
    <w:name w:val="Unresolved Mention"/>
    <w:basedOn w:val="DefaultParagraphFont"/>
    <w:uiPriority w:val="99"/>
    <w:semiHidden/>
    <w:unhideWhenUsed/>
    <w:rsid w:val="002624E1"/>
    <w:rPr>
      <w:color w:val="605E5C"/>
      <w:shd w:val="clear" w:color="auto" w:fill="E1DFDD"/>
    </w:rPr>
  </w:style>
  <w:style w:type="character" w:styleId="agcmg" w:customStyle="1">
    <w:name w:val="a_gcmg"/>
    <w:basedOn w:val="DefaultParagraphFont"/>
    <w:rsid w:val="00C54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8E6D08800B654C93B623E46CC40CC3" ma:contentTypeVersion="17" ma:contentTypeDescription="Create a new document." ma:contentTypeScope="" ma:versionID="2cc92a8cae197b790b368e7d1ce84e8a">
  <xsd:schema xmlns:xsd="http://www.w3.org/2001/XMLSchema" xmlns:xs="http://www.w3.org/2001/XMLSchema" xmlns:p="http://schemas.microsoft.com/office/2006/metadata/properties" xmlns:ns2="73ed8cf7-b581-404f-a3eb-ed628160d78e" xmlns:ns3="70ed8b40-b8ac-491b-99af-bdb8dab2f531" targetNamespace="http://schemas.microsoft.com/office/2006/metadata/properties" ma:root="true" ma:fieldsID="a420a73d272432eb638bc433933860f7" ns2:_="" ns3:_="">
    <xsd:import namespace="73ed8cf7-b581-404f-a3eb-ed628160d78e"/>
    <xsd:import namespace="70ed8b40-b8ac-491b-99af-bdb8dab2f5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d8cf7-b581-404f-a3eb-ed628160d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74e64d-0131-43eb-b4ed-e1281b0ac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d8b40-b8ac-491b-99af-bdb8dab2f5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767f11-5947-4b51-af03-6636568c72a1}" ma:internalName="TaxCatchAll" ma:showField="CatchAllData" ma:web="70ed8b40-b8ac-491b-99af-bdb8dab2f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ed8b40-b8ac-491b-99af-bdb8dab2f531" xsi:nil="true"/>
    <lcf76f155ced4ddcb4097134ff3c332f xmlns="73ed8cf7-b581-404f-a3eb-ed628160d7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88776F5-CB76-4B0B-811A-2A8E13A98607}"/>
</file>

<file path=customXml/itemProps3.xml><?xml version="1.0" encoding="utf-8"?>
<ds:datastoreItem xmlns:ds="http://schemas.openxmlformats.org/officeDocument/2006/customXml" ds:itemID="{F7C0DA59-53FB-43FA-8578-81BC9015441E}"/>
</file>

<file path=customXml/itemProps4.xml><?xml version="1.0" encoding="utf-8"?>
<ds:datastoreItem xmlns:ds="http://schemas.openxmlformats.org/officeDocument/2006/customXml" ds:itemID="{74C6E20F-3C50-435D-AB54-B68567C348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WellStreet Journal</dc:title>
  <dc:subject>Volume 1, Issue 1 - October 2024</dc:subject>
  <dc:creator>SCSU Wellbeing Center</dc:creator>
  <cp:keywords/>
  <cp:lastModifiedBy>Simon, Ashley</cp:lastModifiedBy>
  <cp:revision>3</cp:revision>
  <dcterms:created xsi:type="dcterms:W3CDTF">2026-06-16T18:36:00Z</dcterms:created>
  <dcterms:modified xsi:type="dcterms:W3CDTF">2026-07-01T20:25:23Z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0x010100908E6D08800B654C93B623E46CC40CC3</vt:lpwstr>
  </property>
</Properties>
</file>