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0373B" w:rsidR="00D03508" w:rsidRDefault="00000000" w14:paraId="247F389A" w14:textId="52F09813">
      <w:pPr>
        <w:pStyle w:val="Heading1"/>
        <w:rPr>
          <w:rFonts w:ascii="Aptos" w:hAnsi="Aptos"/>
          <w:sz w:val="36"/>
          <w:szCs w:val="36"/>
        </w:rPr>
      </w:pPr>
      <w:r w:rsidRPr="4B0EB38A" w:rsidR="1B6CE6B1">
        <w:rPr>
          <w:rFonts w:ascii="Aptos" w:hAnsi="Aptos"/>
          <w:sz w:val="36"/>
          <w:szCs w:val="36"/>
        </w:rPr>
        <w:t xml:space="preserve">The </w:t>
      </w:r>
      <w:r w:rsidRPr="4B0EB38A" w:rsidR="1B6CE6B1">
        <w:rPr>
          <w:rFonts w:ascii="Aptos" w:hAnsi="Aptos"/>
          <w:sz w:val="36"/>
          <w:szCs w:val="36"/>
        </w:rPr>
        <w:t>WellStreet</w:t>
      </w:r>
      <w:r w:rsidRPr="4B0EB38A" w:rsidR="1B6CE6B1">
        <w:rPr>
          <w:rFonts w:ascii="Aptos" w:hAnsi="Aptos"/>
          <w:sz w:val="36"/>
          <w:szCs w:val="36"/>
        </w:rPr>
        <w:t xml:space="preserve"> Journal </w:t>
      </w:r>
      <w:r w:rsidRPr="4B0EB38A" w:rsidR="2F741D71">
        <w:rPr>
          <w:rFonts w:ascii="Aptos" w:hAnsi="Aptos"/>
          <w:sz w:val="36"/>
          <w:szCs w:val="36"/>
        </w:rPr>
        <w:t>from</w:t>
      </w:r>
      <w:r w:rsidRPr="4B0EB38A" w:rsidR="26535957">
        <w:rPr>
          <w:rFonts w:ascii="Aptos" w:hAnsi="Aptos"/>
          <w:sz w:val="36"/>
          <w:szCs w:val="36"/>
        </w:rPr>
        <w:t xml:space="preserve"> </w:t>
      </w:r>
      <w:r w:rsidRPr="4B0EB38A" w:rsidR="5F40F65B">
        <w:rPr>
          <w:rFonts w:ascii="Aptos" w:hAnsi="Aptos"/>
          <w:sz w:val="36"/>
          <w:szCs w:val="36"/>
        </w:rPr>
        <w:t>Novem</w:t>
      </w:r>
      <w:r w:rsidRPr="4B0EB38A" w:rsidR="26535957">
        <w:rPr>
          <w:rFonts w:ascii="Aptos" w:hAnsi="Aptos"/>
          <w:sz w:val="36"/>
          <w:szCs w:val="36"/>
        </w:rPr>
        <w:t>ber</w:t>
      </w:r>
      <w:r w:rsidRPr="4B0EB38A" w:rsidR="1B6CE6B1">
        <w:rPr>
          <w:rFonts w:ascii="Aptos" w:hAnsi="Aptos"/>
          <w:sz w:val="36"/>
          <w:szCs w:val="36"/>
        </w:rPr>
        <w:t xml:space="preserve"> </w:t>
      </w:r>
      <w:r w:rsidRPr="4B0EB38A" w:rsidR="1B6CE6B1">
        <w:rPr>
          <w:rFonts w:ascii="Aptos" w:hAnsi="Aptos"/>
          <w:sz w:val="36"/>
          <w:szCs w:val="36"/>
        </w:rPr>
        <w:t>202</w:t>
      </w:r>
      <w:r w:rsidRPr="4B0EB38A" w:rsidR="26535957">
        <w:rPr>
          <w:rFonts w:ascii="Aptos" w:hAnsi="Aptos"/>
          <w:sz w:val="36"/>
          <w:szCs w:val="36"/>
        </w:rPr>
        <w:t>4</w:t>
      </w:r>
    </w:p>
    <w:p w:rsidRPr="00A0373B" w:rsidR="00D03508" w:rsidRDefault="00000000" w14:paraId="3FAB37D9" w14:textId="085BEBA6">
      <w:pPr>
        <w:rPr>
          <w:rFonts w:ascii="Aptos" w:hAnsi="Aptos"/>
          <w:sz w:val="28"/>
          <w:szCs w:val="28"/>
        </w:rPr>
      </w:pPr>
      <w:r w:rsidRPr="00A0373B">
        <w:rPr>
          <w:rFonts w:ascii="Aptos" w:hAnsi="Aptos"/>
          <w:sz w:val="28"/>
          <w:szCs w:val="28"/>
        </w:rPr>
        <w:t>Th</w:t>
      </w:r>
      <w:r w:rsidR="009B601F">
        <w:rPr>
          <w:rFonts w:ascii="Aptos" w:hAnsi="Aptos"/>
          <w:sz w:val="28"/>
          <w:szCs w:val="28"/>
        </w:rPr>
        <w:t xml:space="preserve">is month on </w:t>
      </w:r>
      <w:proofErr w:type="spellStart"/>
      <w:r w:rsidR="009B601F">
        <w:rPr>
          <w:rFonts w:ascii="Aptos" w:hAnsi="Aptos"/>
          <w:sz w:val="28"/>
          <w:szCs w:val="28"/>
        </w:rPr>
        <w:t>WellStreet</w:t>
      </w:r>
      <w:proofErr w:type="spellEnd"/>
      <w:r w:rsidR="009B601F">
        <w:rPr>
          <w:rFonts w:ascii="Aptos" w:hAnsi="Aptos"/>
          <w:sz w:val="28"/>
          <w:szCs w:val="28"/>
        </w:rPr>
        <w:t xml:space="preserve"> Journal</w:t>
      </w:r>
    </w:p>
    <w:p w:rsidRPr="00A0373B" w:rsidR="00D03508" w:rsidRDefault="00000000" w14:paraId="268A59BF" w14:textId="77777777">
      <w:pPr>
        <w:pStyle w:val="Heading2"/>
        <w:rPr>
          <w:rFonts w:ascii="Aptos" w:hAnsi="Aptos"/>
          <w:sz w:val="32"/>
          <w:szCs w:val="32"/>
        </w:rPr>
      </w:pPr>
      <w:r w:rsidRPr="00A0373B">
        <w:rPr>
          <w:rFonts w:ascii="Aptos" w:hAnsi="Aptos"/>
          <w:sz w:val="32"/>
          <w:szCs w:val="32"/>
        </w:rPr>
        <w:t>Quote of the Day</w:t>
      </w:r>
    </w:p>
    <w:p w:rsidRPr="00C63A53" w:rsidR="00BB0478" w:rsidP="00BB0478" w:rsidRDefault="00BB0478" w14:paraId="7EAF8084" w14:textId="77777777">
      <w:pPr>
        <w:rPr>
          <w:rFonts w:ascii="Aptos" w:hAnsi="Aptos"/>
          <w:sz w:val="28"/>
          <w:szCs w:val="28"/>
        </w:rPr>
      </w:pPr>
      <w:r w:rsidRPr="00A0373B">
        <w:rPr>
          <w:rFonts w:ascii="Aptos" w:hAnsi="Aptos"/>
          <w:sz w:val="28"/>
          <w:szCs w:val="28"/>
        </w:rPr>
        <w:t>“</w:t>
      </w:r>
      <w:r w:rsidRPr="00C63A53">
        <w:rPr>
          <w:rFonts w:ascii="Aptos" w:hAnsi="Aptos"/>
          <w:sz w:val="28"/>
          <w:szCs w:val="28"/>
        </w:rPr>
        <w:t>Gratitude turns what we have into enough."</w:t>
      </w:r>
    </w:p>
    <w:p w:rsidRPr="00C63A53" w:rsidR="00BB0478" w:rsidP="00BB0478" w:rsidRDefault="00BB0478" w14:paraId="2DE2502D" w14:textId="77777777">
      <w:pPr>
        <w:rPr>
          <w:rFonts w:ascii="Aptos" w:hAnsi="Aptos"/>
          <w:sz w:val="28"/>
          <w:szCs w:val="28"/>
        </w:rPr>
      </w:pPr>
      <w:r w:rsidRPr="00A0373B">
        <w:rPr>
          <w:rFonts w:ascii="Aptos" w:hAnsi="Aptos"/>
          <w:sz w:val="28"/>
          <w:szCs w:val="28"/>
        </w:rPr>
        <w:t xml:space="preserve">Quote by </w:t>
      </w:r>
      <w:r w:rsidRPr="00C63A53">
        <w:rPr>
          <w:rFonts w:ascii="Aptos" w:hAnsi="Aptos"/>
          <w:sz w:val="28"/>
          <w:szCs w:val="28"/>
        </w:rPr>
        <w:t>Melody Beattie</w:t>
      </w:r>
    </w:p>
    <w:p w:rsidRPr="00A0373B" w:rsidR="005B778B" w:rsidP="009361B5" w:rsidRDefault="00757998" w14:paraId="1A13161E" w14:textId="0B873630">
      <w:pPr>
        <w:pStyle w:val="Heading2"/>
        <w:rPr>
          <w:rFonts w:ascii="Aptos" w:hAnsi="Aptos"/>
          <w:sz w:val="32"/>
          <w:szCs w:val="32"/>
        </w:rPr>
      </w:pPr>
      <w:r>
        <w:rPr>
          <w:rFonts w:ascii="Aptos" w:hAnsi="Aptos"/>
          <w:sz w:val="32"/>
          <w:szCs w:val="32"/>
        </w:rPr>
        <w:t>Wellness on the Way: Upcoming Events</w:t>
      </w:r>
    </w:p>
    <w:p w:rsidRPr="00A0373B" w:rsidR="009361B5" w:rsidP="009361B5" w:rsidRDefault="009361B5" w14:paraId="4557AAB7" w14:textId="77777777">
      <w:pPr>
        <w:rPr>
          <w:rFonts w:ascii="Aptos" w:hAnsi="Aptos"/>
          <w:sz w:val="24"/>
          <w:szCs w:val="24"/>
        </w:rPr>
      </w:pPr>
    </w:p>
    <w:p w:rsidR="00A63139" w:rsidP="001C6020" w:rsidRDefault="00786597" w14:paraId="3C1918D0" w14:textId="3E85A407">
      <w:pPr>
        <w:rPr>
          <w:rFonts w:ascii="Aptos" w:hAnsi="Aptos" w:eastAsiaTheme="majorEastAsia" w:cstheme="majorBidi"/>
          <w:b/>
          <w:bCs/>
          <w:color w:val="4F81BD" w:themeColor="accent1"/>
          <w:sz w:val="28"/>
          <w:szCs w:val="28"/>
        </w:rPr>
      </w:pPr>
      <w:r w:rsidRPr="00786597">
        <w:rPr>
          <w:rFonts w:ascii="Aptos" w:hAnsi="Aptos" w:eastAsiaTheme="majorEastAsia" w:cstheme="majorBidi"/>
          <w:b/>
          <w:bCs/>
          <w:color w:val="4F81BD" w:themeColor="accent1"/>
          <w:sz w:val="28"/>
          <w:szCs w:val="28"/>
        </w:rPr>
        <w:t>Blood Drive in Partnership with the American Red Cross</w:t>
      </w:r>
      <w:r w:rsidR="00933B29">
        <w:rPr>
          <w:rFonts w:ascii="Aptos" w:hAnsi="Aptos" w:eastAsiaTheme="majorEastAsia" w:cstheme="majorBidi"/>
          <w:b/>
          <w:bCs/>
          <w:color w:val="4F81BD" w:themeColor="accent1"/>
          <w:sz w:val="28"/>
          <w:szCs w:val="28"/>
        </w:rPr>
        <w:t xml:space="preserve">: </w:t>
      </w:r>
    </w:p>
    <w:p w:rsidR="00C00CDC" w:rsidP="001C6020" w:rsidRDefault="00C00CDC" w14:paraId="7E106592" w14:textId="77777777">
      <w:pPr>
        <w:rPr>
          <w:rFonts w:ascii="Aptos" w:hAnsi="Aptos"/>
          <w:sz w:val="28"/>
          <w:szCs w:val="28"/>
        </w:rPr>
      </w:pPr>
      <w:r w:rsidRPr="00C00CDC">
        <w:rPr>
          <w:rFonts w:ascii="Aptos" w:hAnsi="Aptos"/>
          <w:sz w:val="28"/>
          <w:szCs w:val="28"/>
        </w:rPr>
        <w:t>Wed</w:t>
      </w:r>
      <w:r>
        <w:rPr>
          <w:rFonts w:ascii="Aptos" w:hAnsi="Aptos"/>
          <w:sz w:val="28"/>
          <w:szCs w:val="28"/>
        </w:rPr>
        <w:t>nesday</w:t>
      </w:r>
      <w:r w:rsidRPr="00C00CDC">
        <w:rPr>
          <w:rFonts w:ascii="Aptos" w:hAnsi="Aptos"/>
          <w:sz w:val="28"/>
          <w:szCs w:val="28"/>
        </w:rPr>
        <w:t xml:space="preserve">, November 13th, </w:t>
      </w:r>
      <w:proofErr w:type="gramStart"/>
      <w:r w:rsidRPr="00C00CDC">
        <w:rPr>
          <w:rFonts w:ascii="Aptos" w:hAnsi="Aptos"/>
          <w:sz w:val="28"/>
          <w:szCs w:val="28"/>
        </w:rPr>
        <w:t>2024</w:t>
      </w:r>
      <w:proofErr w:type="gramEnd"/>
      <w:r w:rsidRPr="00C00CDC">
        <w:rPr>
          <w:rFonts w:ascii="Aptos" w:hAnsi="Aptos"/>
          <w:sz w:val="28"/>
          <w:szCs w:val="28"/>
        </w:rPr>
        <w:t xml:space="preserve"> from 12 - 5 pm in ENG B121</w:t>
      </w:r>
    </w:p>
    <w:p w:rsidRPr="005377A8" w:rsidR="005377A8" w:rsidP="005377A8" w:rsidRDefault="005377A8" w14:paraId="5EE4D847" w14:textId="77777777">
      <w:pPr>
        <w:rPr>
          <w:rFonts w:ascii="Aptos" w:hAnsi="Aptos"/>
          <w:sz w:val="28"/>
          <w:szCs w:val="28"/>
        </w:rPr>
      </w:pPr>
      <w:r w:rsidRPr="005377A8">
        <w:rPr>
          <w:rFonts w:ascii="Aptos" w:hAnsi="Aptos"/>
          <w:sz w:val="28"/>
          <w:szCs w:val="28"/>
        </w:rPr>
        <w:t>In partnership with The American Red Cross, we invite you to our upcoming blood drive. Give blood, help save lives. Your donation can make a significant impact on the lives of those in need.</w:t>
      </w:r>
    </w:p>
    <w:p w:rsidRPr="005377A8" w:rsidR="005377A8" w:rsidP="005377A8" w:rsidRDefault="005377A8" w14:paraId="0C49FC27" w14:textId="77777777">
      <w:pPr>
        <w:rPr>
          <w:rFonts w:ascii="Aptos" w:hAnsi="Aptos"/>
          <w:sz w:val="28"/>
          <w:szCs w:val="28"/>
        </w:rPr>
      </w:pPr>
      <w:r w:rsidRPr="005377A8">
        <w:rPr>
          <w:rFonts w:ascii="Aptos" w:hAnsi="Aptos"/>
          <w:sz w:val="28"/>
          <w:szCs w:val="28"/>
        </w:rPr>
        <w:t>Go to RedCrossBlood.org and use Sponsor Code SCSUNH to make an appointment.</w:t>
      </w:r>
    </w:p>
    <w:p w:rsidRPr="005377A8" w:rsidR="005377A8" w:rsidP="005377A8" w:rsidRDefault="005377A8" w14:paraId="2A0B5A5F" w14:textId="77777777">
      <w:pPr>
        <w:rPr>
          <w:rFonts w:ascii="Aptos" w:hAnsi="Aptos" w:eastAsiaTheme="majorEastAsia" w:cstheme="majorBidi"/>
          <w:b/>
          <w:bCs/>
          <w:color w:val="4F81BD" w:themeColor="accent1"/>
          <w:sz w:val="28"/>
          <w:szCs w:val="28"/>
        </w:rPr>
      </w:pPr>
      <w:r w:rsidRPr="005377A8">
        <w:rPr>
          <w:rFonts w:ascii="Aptos" w:hAnsi="Aptos" w:eastAsiaTheme="majorEastAsia" w:cstheme="majorBidi"/>
          <w:b/>
          <w:bCs/>
          <w:color w:val="4F81BD" w:themeColor="accent1"/>
          <w:sz w:val="28"/>
          <w:szCs w:val="28"/>
        </w:rPr>
        <w:t>Sharpen Your Skills: Giving and Receiving Feedback</w:t>
      </w:r>
    </w:p>
    <w:p w:rsidRPr="005377A8" w:rsidR="005377A8" w:rsidP="005377A8" w:rsidRDefault="005377A8" w14:paraId="3D696D19" w14:textId="77777777">
      <w:pPr>
        <w:rPr>
          <w:rFonts w:ascii="Aptos" w:hAnsi="Aptos"/>
          <w:sz w:val="28"/>
          <w:szCs w:val="28"/>
        </w:rPr>
      </w:pPr>
      <w:r w:rsidRPr="005377A8">
        <w:rPr>
          <w:rFonts w:ascii="Aptos" w:hAnsi="Aptos"/>
          <w:sz w:val="28"/>
          <w:szCs w:val="28"/>
        </w:rPr>
        <w:t>Monday, November 18</w:t>
      </w:r>
      <w:proofErr w:type="gramStart"/>
      <w:r w:rsidRPr="005377A8">
        <w:rPr>
          <w:rFonts w:ascii="Aptos" w:hAnsi="Aptos"/>
          <w:sz w:val="28"/>
          <w:szCs w:val="28"/>
        </w:rPr>
        <w:t xml:space="preserve"> 2024</w:t>
      </w:r>
      <w:proofErr w:type="gramEnd"/>
      <w:r w:rsidRPr="005377A8">
        <w:rPr>
          <w:rFonts w:ascii="Aptos" w:hAnsi="Aptos"/>
          <w:sz w:val="28"/>
          <w:szCs w:val="28"/>
        </w:rPr>
        <w:t xml:space="preserve"> from 12 - 1 pm in ASC 201</w:t>
      </w:r>
    </w:p>
    <w:p w:rsidRPr="005377A8" w:rsidR="005377A8" w:rsidP="005377A8" w:rsidRDefault="005377A8" w14:paraId="108B3393" w14:textId="77777777">
      <w:pPr>
        <w:rPr>
          <w:rFonts w:ascii="Aptos" w:hAnsi="Aptos"/>
          <w:sz w:val="28"/>
          <w:szCs w:val="28"/>
        </w:rPr>
      </w:pPr>
      <w:r w:rsidRPr="005377A8">
        <w:rPr>
          <w:rFonts w:ascii="Aptos" w:hAnsi="Aptos"/>
          <w:sz w:val="28"/>
          <w:szCs w:val="28"/>
        </w:rPr>
        <w:t xml:space="preserve">Feedback is essential for growth, but we </w:t>
      </w:r>
      <w:proofErr w:type="gramStart"/>
      <w:r w:rsidRPr="005377A8">
        <w:rPr>
          <w:rFonts w:ascii="Aptos" w:hAnsi="Aptos"/>
          <w:sz w:val="28"/>
          <w:szCs w:val="28"/>
        </w:rPr>
        <w:t>don’t</w:t>
      </w:r>
      <w:proofErr w:type="gramEnd"/>
      <w:r w:rsidRPr="005377A8">
        <w:rPr>
          <w:rFonts w:ascii="Aptos" w:hAnsi="Aptos"/>
          <w:sz w:val="28"/>
          <w:szCs w:val="28"/>
        </w:rPr>
        <w:t xml:space="preserve"> always know how to give it—or what to do with it when we get it. This workshop from the Wellbeing Center will provide students with the skills to give feedback that supports growth, while also learning how to receive feedback with an open mind.</w:t>
      </w:r>
    </w:p>
    <w:p w:rsidR="00623C53" w:rsidP="003B5585" w:rsidRDefault="00D47B62" w14:paraId="468A4F27" w14:textId="1737EC04">
      <w:pPr>
        <w:rPr>
          <w:rFonts w:ascii="Aptos" w:hAnsi="Aptos" w:eastAsiaTheme="majorEastAsia" w:cstheme="majorBidi"/>
          <w:b/>
          <w:bCs/>
          <w:color w:val="4F81BD" w:themeColor="accent1"/>
          <w:sz w:val="28"/>
          <w:szCs w:val="28"/>
        </w:rPr>
      </w:pPr>
      <w:r w:rsidRPr="00D47B62">
        <w:rPr>
          <w:rFonts w:ascii="Aptos" w:hAnsi="Aptos" w:eastAsiaTheme="majorEastAsia" w:cstheme="majorBidi"/>
          <w:b/>
          <w:bCs/>
          <w:color w:val="4F81BD" w:themeColor="accent1"/>
          <w:sz w:val="28"/>
          <w:szCs w:val="28"/>
        </w:rPr>
        <w:t>Mindful Mile Walk</w:t>
      </w:r>
      <w:r w:rsidR="00A63139">
        <w:rPr>
          <w:rFonts w:ascii="Aptos" w:hAnsi="Aptos" w:eastAsiaTheme="majorEastAsia" w:cstheme="majorBidi"/>
          <w:b/>
          <w:bCs/>
          <w:color w:val="4F81BD" w:themeColor="accent1"/>
          <w:sz w:val="28"/>
          <w:szCs w:val="28"/>
        </w:rPr>
        <w:t>:</w:t>
      </w:r>
    </w:p>
    <w:p w:rsidRPr="00B03407" w:rsidR="00B03407" w:rsidP="00B03407" w:rsidRDefault="00A22526" w14:paraId="3C60D656" w14:textId="60DCF7C9">
      <w:pPr>
        <w:rPr>
          <w:rFonts w:ascii="Aptos" w:hAnsi="Aptos"/>
          <w:sz w:val="28"/>
          <w:szCs w:val="28"/>
        </w:rPr>
      </w:pPr>
      <w:r>
        <w:rPr>
          <w:rFonts w:ascii="Aptos" w:hAnsi="Aptos"/>
          <w:sz w:val="28"/>
          <w:szCs w:val="28"/>
        </w:rPr>
        <w:t xml:space="preserve"> </w:t>
      </w:r>
      <w:r w:rsidRPr="00B03407" w:rsidR="00B03407">
        <w:rPr>
          <w:rFonts w:ascii="Aptos" w:hAnsi="Aptos"/>
          <w:sz w:val="28"/>
          <w:szCs w:val="28"/>
        </w:rPr>
        <w:t>Wednesday, November 20 from 1 – 2:30 pm around campus</w:t>
      </w:r>
    </w:p>
    <w:p w:rsidR="00B03407" w:rsidP="00B03407" w:rsidRDefault="00B03407" w14:paraId="6A0B7BAE" w14:textId="77777777">
      <w:pPr>
        <w:rPr>
          <w:rFonts w:ascii="Aptos" w:hAnsi="Aptos"/>
          <w:sz w:val="28"/>
          <w:szCs w:val="28"/>
        </w:rPr>
      </w:pPr>
      <w:r w:rsidRPr="00B03407">
        <w:rPr>
          <w:rFonts w:ascii="Aptos" w:hAnsi="Aptos"/>
          <w:sz w:val="28"/>
          <w:szCs w:val="28"/>
        </w:rPr>
        <w:t>Join Southern Dining, SCSU Health Services, SCSU Wellbeing Center, and other campus groups for a one-mile course around campus featuring hydration stations, organization info tables, and a fun scavenger hunt with prizes!</w:t>
      </w:r>
    </w:p>
    <w:p w:rsidRPr="00A0373B" w:rsidR="00D073C0" w:rsidP="00D073C0" w:rsidRDefault="00D073C0" w14:paraId="7D7B88FD" w14:textId="21C685BB">
      <w:pPr>
        <w:pStyle w:val="Heading2"/>
        <w:rPr>
          <w:rFonts w:ascii="Aptos" w:hAnsi="Aptos"/>
          <w:sz w:val="32"/>
          <w:szCs w:val="32"/>
        </w:rPr>
      </w:pPr>
      <w:r>
        <w:rPr>
          <w:rFonts w:ascii="Aptos" w:hAnsi="Aptos"/>
          <w:sz w:val="32"/>
          <w:szCs w:val="32"/>
        </w:rPr>
        <w:t xml:space="preserve">First </w:t>
      </w:r>
      <w:r w:rsidRPr="001D0040" w:rsidR="001D0040">
        <w:rPr>
          <w:rFonts w:ascii="Aptos" w:hAnsi="Aptos"/>
          <w:sz w:val="32"/>
          <w:szCs w:val="32"/>
        </w:rPr>
        <w:t>Generation College Day Celebration</w:t>
      </w:r>
    </w:p>
    <w:p w:rsidRPr="00B03407" w:rsidR="00D073C0" w:rsidP="00B03407" w:rsidRDefault="001D0040" w14:paraId="459DE051" w14:textId="05C9F62D">
      <w:pPr>
        <w:rPr>
          <w:rFonts w:ascii="Aptos" w:hAnsi="Aptos"/>
          <w:sz w:val="28"/>
          <w:szCs w:val="28"/>
        </w:rPr>
      </w:pPr>
      <w:r w:rsidRPr="001D0040">
        <w:rPr>
          <w:rFonts w:ascii="Aptos" w:hAnsi="Aptos"/>
          <w:sz w:val="28"/>
          <w:szCs w:val="28"/>
        </w:rPr>
        <w:t>Wed</w:t>
      </w:r>
      <w:r>
        <w:rPr>
          <w:rFonts w:ascii="Aptos" w:hAnsi="Aptos"/>
          <w:sz w:val="28"/>
          <w:szCs w:val="28"/>
        </w:rPr>
        <w:t>nesday</w:t>
      </w:r>
      <w:r w:rsidRPr="001D0040">
        <w:rPr>
          <w:rFonts w:ascii="Aptos" w:hAnsi="Aptos"/>
          <w:sz w:val="28"/>
          <w:szCs w:val="28"/>
        </w:rPr>
        <w:t xml:space="preserve">, November 13th, </w:t>
      </w:r>
      <w:r w:rsidRPr="001D0040" w:rsidR="00BD0C6D">
        <w:rPr>
          <w:rFonts w:ascii="Aptos" w:hAnsi="Aptos"/>
          <w:sz w:val="28"/>
          <w:szCs w:val="28"/>
        </w:rPr>
        <w:t>2024,</w:t>
      </w:r>
      <w:r w:rsidRPr="001D0040">
        <w:rPr>
          <w:rFonts w:ascii="Aptos" w:hAnsi="Aptos"/>
          <w:sz w:val="28"/>
          <w:szCs w:val="28"/>
        </w:rPr>
        <w:t xml:space="preserve"> from 9am-2pm</w:t>
      </w:r>
    </w:p>
    <w:p w:rsidR="003436F2" w:rsidP="003B5585" w:rsidRDefault="00717C7A" w14:paraId="31F1C848" w14:textId="77777777">
      <w:pPr>
        <w:rPr>
          <w:rFonts w:ascii="Aptos" w:hAnsi="Aptos" w:eastAsiaTheme="majorEastAsia" w:cstheme="majorBidi"/>
          <w:b/>
          <w:bCs/>
          <w:color w:val="4F81BD" w:themeColor="accent1"/>
          <w:sz w:val="28"/>
          <w:szCs w:val="28"/>
        </w:rPr>
      </w:pPr>
      <w:r w:rsidRPr="00717C7A">
        <w:rPr>
          <w:rFonts w:ascii="Aptos" w:hAnsi="Aptos" w:eastAsiaTheme="majorEastAsia" w:cstheme="majorBidi"/>
          <w:b/>
          <w:bCs/>
          <w:color w:val="4F81BD" w:themeColor="accent1"/>
          <w:sz w:val="28"/>
          <w:szCs w:val="28"/>
        </w:rPr>
        <w:t xml:space="preserve">Our FG students are Flipping Fantastic” Pancake Breakfast </w:t>
      </w:r>
    </w:p>
    <w:p w:rsidR="00CC4255" w:rsidP="003B5585" w:rsidRDefault="003436F2" w14:paraId="5A2D43AE" w14:textId="116747B6">
      <w:pPr>
        <w:rPr>
          <w:rFonts w:ascii="Aptos" w:hAnsi="Aptos" w:eastAsiaTheme="majorEastAsia" w:cstheme="majorBidi"/>
          <w:b/>
          <w:bCs/>
          <w:color w:val="4F81BD" w:themeColor="accent1"/>
          <w:sz w:val="28"/>
          <w:szCs w:val="28"/>
        </w:rPr>
      </w:pPr>
      <w:r>
        <w:rPr>
          <w:rFonts w:ascii="Aptos" w:hAnsi="Aptos" w:eastAsiaTheme="majorEastAsia" w:cstheme="majorBidi"/>
          <w:b/>
          <w:bCs/>
          <w:color w:val="4F81BD" w:themeColor="accent1"/>
          <w:sz w:val="28"/>
          <w:szCs w:val="28"/>
        </w:rPr>
        <w:t xml:space="preserve">From </w:t>
      </w:r>
      <w:r w:rsidRPr="00717C7A" w:rsidR="00717C7A">
        <w:rPr>
          <w:rFonts w:ascii="Aptos" w:hAnsi="Aptos" w:eastAsiaTheme="majorEastAsia" w:cstheme="majorBidi"/>
          <w:b/>
          <w:bCs/>
          <w:color w:val="4F81BD" w:themeColor="accent1"/>
          <w:sz w:val="28"/>
          <w:szCs w:val="28"/>
        </w:rPr>
        <w:t>9 am-11 am</w:t>
      </w:r>
      <w:r>
        <w:rPr>
          <w:rFonts w:ascii="Aptos" w:hAnsi="Aptos" w:eastAsiaTheme="majorEastAsia" w:cstheme="majorBidi"/>
          <w:b/>
          <w:bCs/>
          <w:color w:val="4F81BD" w:themeColor="accent1"/>
          <w:sz w:val="28"/>
          <w:szCs w:val="28"/>
        </w:rPr>
        <w:t xml:space="preserve"> in </w:t>
      </w:r>
      <w:r w:rsidRPr="00717C7A" w:rsidR="00717C7A">
        <w:rPr>
          <w:rFonts w:ascii="Aptos" w:hAnsi="Aptos" w:eastAsiaTheme="majorEastAsia" w:cstheme="majorBidi"/>
          <w:b/>
          <w:bCs/>
          <w:color w:val="4F81BD" w:themeColor="accent1"/>
          <w:sz w:val="28"/>
          <w:szCs w:val="28"/>
        </w:rPr>
        <w:t>Ballroom A</w:t>
      </w:r>
    </w:p>
    <w:p w:rsidR="00717C7A" w:rsidP="003B5585" w:rsidRDefault="00717C7A" w14:paraId="7ED93DC6" w14:textId="77777777">
      <w:pPr>
        <w:rPr>
          <w:rFonts w:ascii="Aptos" w:hAnsi="Aptos"/>
          <w:sz w:val="28"/>
          <w:szCs w:val="28"/>
        </w:rPr>
      </w:pPr>
      <w:r w:rsidRPr="00717C7A">
        <w:rPr>
          <w:rFonts w:ascii="Aptos" w:hAnsi="Aptos"/>
          <w:sz w:val="28"/>
          <w:szCs w:val="28"/>
        </w:rPr>
        <w:t xml:space="preserve">Start the day with a delicious pancake breakfast to celebrate our incredible first-generation students! Whether </w:t>
      </w:r>
      <w:proofErr w:type="gramStart"/>
      <w:r w:rsidRPr="00717C7A">
        <w:rPr>
          <w:rFonts w:ascii="Aptos" w:hAnsi="Aptos"/>
          <w:sz w:val="28"/>
          <w:szCs w:val="28"/>
        </w:rPr>
        <w:t>you’re</w:t>
      </w:r>
      <w:proofErr w:type="gramEnd"/>
      <w:r w:rsidRPr="00717C7A">
        <w:rPr>
          <w:rFonts w:ascii="Aptos" w:hAnsi="Aptos"/>
          <w:sz w:val="28"/>
          <w:szCs w:val="28"/>
        </w:rPr>
        <w:t xml:space="preserve"> a student, faculty, or staff member, join us to connect, share experiences, and support our First-Gen community. This is a warm and welcoming space to kick off a day full of inspiration and recognition, complete with </w:t>
      </w:r>
      <w:proofErr w:type="gramStart"/>
      <w:r w:rsidRPr="00717C7A">
        <w:rPr>
          <w:rFonts w:ascii="Aptos" w:hAnsi="Aptos"/>
          <w:sz w:val="28"/>
          <w:szCs w:val="28"/>
        </w:rPr>
        <w:t>plenty of</w:t>
      </w:r>
      <w:proofErr w:type="gramEnd"/>
      <w:r w:rsidRPr="00717C7A">
        <w:rPr>
          <w:rFonts w:ascii="Aptos" w:hAnsi="Aptos"/>
          <w:sz w:val="28"/>
          <w:szCs w:val="28"/>
        </w:rPr>
        <w:t xml:space="preserve"> pancakes, toppings, and beverages to fuel your morning.</w:t>
      </w:r>
    </w:p>
    <w:p w:rsidR="003436F2" w:rsidP="003B5585" w:rsidRDefault="003436F2" w14:paraId="4BD5B93C" w14:textId="77777777">
      <w:pPr>
        <w:rPr>
          <w:rFonts w:ascii="Aptos" w:hAnsi="Aptos" w:eastAsiaTheme="majorEastAsia" w:cstheme="majorBidi"/>
          <w:b/>
          <w:bCs/>
          <w:color w:val="4F81BD" w:themeColor="accent1"/>
          <w:sz w:val="28"/>
          <w:szCs w:val="28"/>
        </w:rPr>
      </w:pPr>
      <w:r w:rsidRPr="003436F2">
        <w:rPr>
          <w:rFonts w:ascii="Aptos" w:hAnsi="Aptos" w:eastAsiaTheme="majorEastAsia" w:cstheme="majorBidi"/>
          <w:b/>
          <w:bCs/>
          <w:color w:val="4F81BD" w:themeColor="accent1"/>
          <w:sz w:val="28"/>
          <w:szCs w:val="28"/>
        </w:rPr>
        <w:t>Gratitude F1rst: Thanking Those Who Supported Our Journey</w:t>
      </w:r>
    </w:p>
    <w:p w:rsidR="00181F23" w:rsidP="003B5585" w:rsidRDefault="003436F2" w14:paraId="16CAFCF7" w14:textId="6FB9C20B">
      <w:pPr>
        <w:rPr>
          <w:rFonts w:ascii="Aptos" w:hAnsi="Aptos" w:eastAsiaTheme="majorEastAsia" w:cstheme="majorBidi"/>
          <w:b/>
          <w:bCs/>
          <w:color w:val="4F81BD" w:themeColor="accent1"/>
          <w:sz w:val="28"/>
          <w:szCs w:val="28"/>
        </w:rPr>
      </w:pPr>
      <w:r>
        <w:rPr>
          <w:rFonts w:ascii="Aptos" w:hAnsi="Aptos" w:eastAsiaTheme="majorEastAsia" w:cstheme="majorBidi"/>
          <w:b/>
          <w:bCs/>
          <w:color w:val="4F81BD" w:themeColor="accent1"/>
          <w:sz w:val="28"/>
          <w:szCs w:val="28"/>
        </w:rPr>
        <w:t xml:space="preserve">From </w:t>
      </w:r>
      <w:r w:rsidRPr="003436F2">
        <w:rPr>
          <w:rFonts w:ascii="Aptos" w:hAnsi="Aptos" w:eastAsiaTheme="majorEastAsia" w:cstheme="majorBidi"/>
          <w:b/>
          <w:bCs/>
          <w:color w:val="4F81BD" w:themeColor="accent1"/>
          <w:sz w:val="28"/>
          <w:szCs w:val="28"/>
        </w:rPr>
        <w:t>10 am - 2 pm</w:t>
      </w:r>
      <w:r>
        <w:rPr>
          <w:rFonts w:ascii="Aptos" w:hAnsi="Aptos" w:eastAsiaTheme="majorEastAsia" w:cstheme="majorBidi"/>
          <w:b/>
          <w:bCs/>
          <w:color w:val="4F81BD" w:themeColor="accent1"/>
          <w:sz w:val="28"/>
          <w:szCs w:val="28"/>
        </w:rPr>
        <w:t xml:space="preserve"> </w:t>
      </w:r>
      <w:r w:rsidR="006652BE">
        <w:rPr>
          <w:rFonts w:ascii="Aptos" w:hAnsi="Aptos" w:eastAsiaTheme="majorEastAsia" w:cstheme="majorBidi"/>
          <w:b/>
          <w:bCs/>
          <w:color w:val="4F81BD" w:themeColor="accent1"/>
          <w:sz w:val="28"/>
          <w:szCs w:val="28"/>
        </w:rPr>
        <w:t>o</w:t>
      </w:r>
      <w:r w:rsidRPr="003436F2">
        <w:rPr>
          <w:rFonts w:ascii="Aptos" w:hAnsi="Aptos" w:eastAsiaTheme="majorEastAsia" w:cstheme="majorBidi"/>
          <w:b/>
          <w:bCs/>
          <w:color w:val="4F81BD" w:themeColor="accent1"/>
          <w:sz w:val="28"/>
          <w:szCs w:val="28"/>
        </w:rPr>
        <w:t>utside of</w:t>
      </w:r>
      <w:r w:rsidR="006652BE">
        <w:rPr>
          <w:rFonts w:ascii="Aptos" w:hAnsi="Aptos" w:eastAsiaTheme="majorEastAsia" w:cstheme="majorBidi"/>
          <w:b/>
          <w:bCs/>
          <w:color w:val="4F81BD" w:themeColor="accent1"/>
          <w:sz w:val="28"/>
          <w:szCs w:val="28"/>
        </w:rPr>
        <w:t xml:space="preserve"> the</w:t>
      </w:r>
      <w:r w:rsidRPr="003436F2">
        <w:rPr>
          <w:rFonts w:ascii="Aptos" w:hAnsi="Aptos" w:eastAsiaTheme="majorEastAsia" w:cstheme="majorBidi"/>
          <w:b/>
          <w:bCs/>
          <w:color w:val="4F81BD" w:themeColor="accent1"/>
          <w:sz w:val="28"/>
          <w:szCs w:val="28"/>
        </w:rPr>
        <w:t xml:space="preserve"> Ballroom </w:t>
      </w:r>
    </w:p>
    <w:p w:rsidR="00867C30" w:rsidP="003B5585" w:rsidRDefault="00867C30" w14:paraId="212B1C78" w14:textId="77777777">
      <w:pPr>
        <w:rPr>
          <w:rFonts w:ascii="Aptos" w:hAnsi="Aptos"/>
          <w:sz w:val="28"/>
          <w:szCs w:val="28"/>
        </w:rPr>
      </w:pPr>
      <w:r w:rsidRPr="00867C30">
        <w:rPr>
          <w:rFonts w:ascii="Aptos" w:hAnsi="Aptos"/>
          <w:sz w:val="28"/>
          <w:szCs w:val="28"/>
        </w:rPr>
        <w:t xml:space="preserve">Enjoy the beautiful view as we celebrate and honor our First-generation students! Stop by our gratitude station, where you can write a thank-you card to someone who supported you throughout your journey—a family member, professor, mentor, or friend. You can also take a photo or video message expressing your gratitude, which </w:t>
      </w:r>
      <w:proofErr w:type="gramStart"/>
      <w:r w:rsidRPr="00867C30">
        <w:rPr>
          <w:rFonts w:ascii="Aptos" w:hAnsi="Aptos"/>
          <w:sz w:val="28"/>
          <w:szCs w:val="28"/>
        </w:rPr>
        <w:t>we’ll</w:t>
      </w:r>
      <w:proofErr w:type="gramEnd"/>
      <w:r w:rsidRPr="00867C30">
        <w:rPr>
          <w:rFonts w:ascii="Aptos" w:hAnsi="Aptos"/>
          <w:sz w:val="28"/>
          <w:szCs w:val="28"/>
        </w:rPr>
        <w:t xml:space="preserve"> feature </w:t>
      </w:r>
      <w:proofErr w:type="gramStart"/>
      <w:r w:rsidRPr="00867C30">
        <w:rPr>
          <w:rFonts w:ascii="Aptos" w:hAnsi="Aptos"/>
          <w:sz w:val="28"/>
          <w:szCs w:val="28"/>
        </w:rPr>
        <w:t>in</w:t>
      </w:r>
      <w:proofErr w:type="gramEnd"/>
      <w:r w:rsidRPr="00867C30">
        <w:rPr>
          <w:rFonts w:ascii="Aptos" w:hAnsi="Aptos"/>
          <w:sz w:val="28"/>
          <w:szCs w:val="28"/>
        </w:rPr>
        <w:t xml:space="preserve"> our digital display or share on social media as part of the celebration.</w:t>
      </w:r>
    </w:p>
    <w:p w:rsidR="00867C30" w:rsidP="003B5585" w:rsidRDefault="00867C30" w14:paraId="616E7AF4" w14:textId="77777777">
      <w:pPr>
        <w:rPr>
          <w:rFonts w:ascii="Aptos" w:hAnsi="Aptos" w:eastAsiaTheme="majorEastAsia" w:cstheme="majorBidi"/>
          <w:b/>
          <w:bCs/>
          <w:color w:val="4F81BD" w:themeColor="accent1"/>
          <w:sz w:val="28"/>
          <w:szCs w:val="28"/>
        </w:rPr>
      </w:pPr>
      <w:r w:rsidRPr="00867C30">
        <w:rPr>
          <w:rFonts w:ascii="Aptos" w:hAnsi="Aptos" w:eastAsiaTheme="majorEastAsia" w:cstheme="majorBidi"/>
          <w:b/>
          <w:bCs/>
          <w:color w:val="4F81BD" w:themeColor="accent1"/>
          <w:sz w:val="28"/>
          <w:szCs w:val="28"/>
        </w:rPr>
        <w:t xml:space="preserve">First-Gen Campus Lunch Celebration </w:t>
      </w:r>
    </w:p>
    <w:p w:rsidR="00E826C5" w:rsidP="003B5585" w:rsidRDefault="00867C30" w14:paraId="202159F8" w14:textId="290DCFE9">
      <w:pPr>
        <w:rPr>
          <w:rFonts w:ascii="Aptos" w:hAnsi="Aptos" w:eastAsiaTheme="majorEastAsia" w:cstheme="majorBidi"/>
          <w:b/>
          <w:bCs/>
          <w:color w:val="4F81BD" w:themeColor="accent1"/>
          <w:sz w:val="28"/>
          <w:szCs w:val="28"/>
        </w:rPr>
      </w:pPr>
      <w:r>
        <w:rPr>
          <w:rFonts w:ascii="Aptos" w:hAnsi="Aptos" w:eastAsiaTheme="majorEastAsia" w:cstheme="majorBidi"/>
          <w:b/>
          <w:bCs/>
          <w:color w:val="4F81BD" w:themeColor="accent1"/>
          <w:sz w:val="28"/>
          <w:szCs w:val="28"/>
        </w:rPr>
        <w:t xml:space="preserve">From </w:t>
      </w:r>
      <w:r w:rsidRPr="00867C30">
        <w:rPr>
          <w:rFonts w:ascii="Aptos" w:hAnsi="Aptos" w:eastAsiaTheme="majorEastAsia" w:cstheme="majorBidi"/>
          <w:b/>
          <w:bCs/>
          <w:color w:val="4F81BD" w:themeColor="accent1"/>
          <w:sz w:val="28"/>
          <w:szCs w:val="28"/>
        </w:rPr>
        <w:t>12 pm – 2 pm</w:t>
      </w:r>
      <w:r>
        <w:rPr>
          <w:rFonts w:ascii="Aptos" w:hAnsi="Aptos" w:eastAsiaTheme="majorEastAsia" w:cstheme="majorBidi"/>
          <w:b/>
          <w:bCs/>
          <w:color w:val="4F81BD" w:themeColor="accent1"/>
          <w:sz w:val="28"/>
          <w:szCs w:val="28"/>
        </w:rPr>
        <w:t xml:space="preserve"> in </w:t>
      </w:r>
      <w:r w:rsidRPr="00867C30">
        <w:rPr>
          <w:rFonts w:ascii="Aptos" w:hAnsi="Aptos" w:eastAsiaTheme="majorEastAsia" w:cstheme="majorBidi"/>
          <w:b/>
          <w:bCs/>
          <w:color w:val="4F81BD" w:themeColor="accent1"/>
          <w:sz w:val="28"/>
          <w:szCs w:val="28"/>
        </w:rPr>
        <w:t>Ballroom B</w:t>
      </w:r>
      <w:r w:rsidRPr="00E826C5" w:rsidR="00E826C5">
        <w:rPr>
          <w:rFonts w:ascii="Aptos" w:hAnsi="Aptos" w:eastAsiaTheme="majorEastAsia" w:cstheme="majorBidi"/>
          <w:b/>
          <w:bCs/>
          <w:color w:val="4F81BD" w:themeColor="accent1"/>
          <w:sz w:val="28"/>
          <w:szCs w:val="28"/>
        </w:rPr>
        <w:t xml:space="preserve"> </w:t>
      </w:r>
    </w:p>
    <w:p w:rsidR="00BD0C6D" w:rsidP="00A63139" w:rsidRDefault="00BD0C6D" w14:paraId="59DEAC91" w14:textId="77777777">
      <w:pPr>
        <w:rPr>
          <w:rFonts w:ascii="Aptos" w:hAnsi="Aptos"/>
          <w:sz w:val="28"/>
          <w:szCs w:val="28"/>
        </w:rPr>
      </w:pPr>
      <w:r w:rsidRPr="00BD0C6D">
        <w:rPr>
          <w:rFonts w:ascii="Aptos" w:hAnsi="Aptos"/>
          <w:sz w:val="28"/>
          <w:szCs w:val="28"/>
        </w:rPr>
        <w:t xml:space="preserve">Join us for a special First-Gen Campus Lunch Celebration! Enjoy a special welcome from Dr. D’s, meet other First-Gen faculty, staff, and peers, and hear from an inspiring first-generation alumnus, Joy Osahon. </w:t>
      </w:r>
      <w:r w:rsidRPr="00BD0C6D">
        <w:rPr>
          <w:rFonts w:ascii="Aptos" w:hAnsi="Aptos"/>
          <w:sz w:val="28"/>
          <w:szCs w:val="28"/>
        </w:rPr>
        <w:t xml:space="preserve">Grab </w:t>
      </w:r>
      <w:proofErr w:type="gramStart"/>
      <w:r w:rsidRPr="00BD0C6D">
        <w:rPr>
          <w:rFonts w:ascii="Aptos" w:hAnsi="Aptos"/>
          <w:sz w:val="28"/>
          <w:szCs w:val="28"/>
        </w:rPr>
        <w:t>some</w:t>
      </w:r>
      <w:proofErr w:type="gramEnd"/>
      <w:r w:rsidRPr="00BD0C6D">
        <w:rPr>
          <w:rFonts w:ascii="Aptos" w:hAnsi="Aptos"/>
          <w:sz w:val="28"/>
          <w:szCs w:val="28"/>
        </w:rPr>
        <w:t xml:space="preserve"> First-Gen swag and capture the moment with a photo campaign sharing what your First Gen Journey means to you!</w:t>
      </w:r>
    </w:p>
    <w:p w:rsidRPr="005B0148" w:rsidR="002D59C6" w:rsidP="005B0148" w:rsidRDefault="005B0148" w14:paraId="1DF540F8" w14:textId="57B22A01">
      <w:pPr>
        <w:pStyle w:val="Heading2"/>
        <w:rPr>
          <w:rFonts w:ascii="Aptos" w:hAnsi="Aptos"/>
          <w:sz w:val="32"/>
          <w:szCs w:val="32"/>
        </w:rPr>
      </w:pPr>
      <w:r>
        <w:rPr>
          <w:rFonts w:ascii="Aptos" w:hAnsi="Aptos"/>
          <w:sz w:val="32"/>
          <w:szCs w:val="32"/>
        </w:rPr>
        <w:t>Wellness on the Way: Upcoming Events</w:t>
      </w:r>
    </w:p>
    <w:p w:rsidR="003321C2" w:rsidP="00A63139" w:rsidRDefault="003321C2" w14:paraId="6481CE15" w14:textId="77777777">
      <w:pPr>
        <w:rPr>
          <w:rFonts w:ascii="Aptos" w:hAnsi="Aptos" w:eastAsiaTheme="majorEastAsia" w:cstheme="majorBidi"/>
          <w:b/>
          <w:bCs/>
          <w:color w:val="4F81BD" w:themeColor="accent1"/>
          <w:sz w:val="28"/>
          <w:szCs w:val="28"/>
        </w:rPr>
      </w:pPr>
      <w:r w:rsidRPr="003321C2">
        <w:rPr>
          <w:rFonts w:ascii="Aptos" w:hAnsi="Aptos" w:eastAsiaTheme="majorEastAsia" w:cstheme="majorBidi"/>
          <w:b/>
          <w:bCs/>
          <w:color w:val="4F81BD" w:themeColor="accent1"/>
          <w:sz w:val="28"/>
          <w:szCs w:val="28"/>
        </w:rPr>
        <w:t>PEACE Club Meeting</w:t>
      </w:r>
    </w:p>
    <w:p w:rsidRPr="003321C2" w:rsidR="003321C2" w:rsidP="003321C2" w:rsidRDefault="003321C2" w14:paraId="0FE6F0F0" w14:textId="77777777">
      <w:pPr>
        <w:rPr>
          <w:rFonts w:ascii="Aptos" w:hAnsi="Aptos"/>
          <w:sz w:val="28"/>
          <w:szCs w:val="28"/>
        </w:rPr>
      </w:pPr>
      <w:r w:rsidRPr="003321C2">
        <w:rPr>
          <w:rFonts w:ascii="Aptos" w:hAnsi="Aptos"/>
          <w:sz w:val="28"/>
          <w:szCs w:val="28"/>
        </w:rPr>
        <w:t>Thursday, November 7th from 4:00 – 5:00PM in ASC 308</w:t>
      </w:r>
    </w:p>
    <w:p w:rsidRPr="003321C2" w:rsidR="003321C2" w:rsidP="003321C2" w:rsidRDefault="003321C2" w14:paraId="29B5CDED" w14:textId="77777777">
      <w:pPr>
        <w:rPr>
          <w:rFonts w:ascii="Aptos" w:hAnsi="Aptos"/>
          <w:sz w:val="28"/>
          <w:szCs w:val="28"/>
        </w:rPr>
      </w:pPr>
      <w:r w:rsidRPr="003321C2">
        <w:rPr>
          <w:rFonts w:ascii="Aptos" w:hAnsi="Aptos"/>
          <w:sz w:val="28"/>
          <w:szCs w:val="28"/>
        </w:rPr>
        <w:t>New members welcome! Peer Educators Advocating for Campus Empowerment (PEACE) are role models for making the campus a safer, more respectful place for ALL students by facilitating discussions on sexual misconduct and bystander intervention.</w:t>
      </w:r>
    </w:p>
    <w:p w:rsidR="003321C2" w:rsidP="00A63139" w:rsidRDefault="003321C2" w14:paraId="762D17A2" w14:textId="77777777">
      <w:pPr>
        <w:rPr>
          <w:rFonts w:ascii="Aptos" w:hAnsi="Aptos" w:eastAsiaTheme="majorEastAsia" w:cstheme="majorBidi"/>
          <w:b/>
          <w:bCs/>
          <w:color w:val="4F81BD" w:themeColor="accent1"/>
          <w:sz w:val="28"/>
          <w:szCs w:val="28"/>
        </w:rPr>
      </w:pPr>
      <w:r w:rsidRPr="003321C2">
        <w:rPr>
          <w:rFonts w:ascii="Aptos" w:hAnsi="Aptos" w:eastAsiaTheme="majorEastAsia" w:cstheme="majorBidi"/>
          <w:b/>
          <w:bCs/>
          <w:color w:val="4F81BD" w:themeColor="accent1"/>
          <w:sz w:val="28"/>
          <w:szCs w:val="28"/>
        </w:rPr>
        <w:t>Clothesline Project Event with Athletics</w:t>
      </w:r>
    </w:p>
    <w:p w:rsidRPr="00C514DC" w:rsidR="00C514DC" w:rsidP="00C514DC" w:rsidRDefault="00C514DC" w14:paraId="30CC3162" w14:textId="77777777">
      <w:pPr>
        <w:rPr>
          <w:rFonts w:ascii="Aptos" w:hAnsi="Aptos"/>
          <w:sz w:val="28"/>
          <w:szCs w:val="28"/>
        </w:rPr>
      </w:pPr>
      <w:r w:rsidRPr="00C514DC">
        <w:rPr>
          <w:rFonts w:ascii="Aptos" w:hAnsi="Aptos"/>
          <w:sz w:val="28"/>
          <w:szCs w:val="28"/>
        </w:rPr>
        <w:t>Thursday, November 14th from 11:00 AM – 1:00PM in Moore Field House</w:t>
      </w:r>
    </w:p>
    <w:p w:rsidR="00C514DC" w:rsidP="00C514DC" w:rsidRDefault="00C514DC" w14:paraId="248F437C" w14:textId="77777777">
      <w:pPr>
        <w:rPr>
          <w:rFonts w:ascii="Aptos" w:hAnsi="Aptos"/>
          <w:sz w:val="28"/>
          <w:szCs w:val="28"/>
        </w:rPr>
      </w:pPr>
      <w:r w:rsidRPr="00C514DC">
        <w:rPr>
          <w:rFonts w:ascii="Aptos" w:hAnsi="Aptos"/>
          <w:sz w:val="28"/>
          <w:szCs w:val="28"/>
        </w:rPr>
        <w:t xml:space="preserve">Students &amp; athletes can decorate a T-shirt with empowering messages for survivors of violence. The Clothesline will </w:t>
      </w:r>
      <w:proofErr w:type="gramStart"/>
      <w:r w:rsidRPr="00C514DC">
        <w:rPr>
          <w:rFonts w:ascii="Aptos" w:hAnsi="Aptos"/>
          <w:sz w:val="28"/>
          <w:szCs w:val="28"/>
        </w:rPr>
        <w:t>be hung</w:t>
      </w:r>
      <w:proofErr w:type="gramEnd"/>
      <w:r w:rsidRPr="00C514DC">
        <w:rPr>
          <w:rFonts w:ascii="Aptos" w:hAnsi="Aptos"/>
          <w:sz w:val="28"/>
          <w:szCs w:val="28"/>
        </w:rPr>
        <w:t xml:space="preserve"> in the Field House.</w:t>
      </w:r>
    </w:p>
    <w:p w:rsidR="00407A0F" w:rsidP="00EB7FC9" w:rsidRDefault="00407A0F" w14:paraId="65E28AC5" w14:textId="77777777">
      <w:pPr>
        <w:rPr>
          <w:rFonts w:ascii="Aptos" w:hAnsi="Aptos" w:eastAsiaTheme="majorEastAsia" w:cstheme="majorBidi"/>
          <w:b/>
          <w:bCs/>
          <w:color w:val="4F81BD" w:themeColor="accent1"/>
          <w:sz w:val="28"/>
          <w:szCs w:val="28"/>
        </w:rPr>
      </w:pPr>
      <w:r w:rsidRPr="00407A0F">
        <w:rPr>
          <w:rFonts w:ascii="Aptos" w:hAnsi="Aptos" w:eastAsiaTheme="majorEastAsia" w:cstheme="majorBidi"/>
          <w:b/>
          <w:bCs/>
          <w:color w:val="4F81BD" w:themeColor="accent1"/>
          <w:sz w:val="28"/>
          <w:szCs w:val="28"/>
        </w:rPr>
        <w:t>PEACE Club Meeting – Paint Night!</w:t>
      </w:r>
    </w:p>
    <w:p w:rsidRPr="008E47BC" w:rsidR="008E47BC" w:rsidP="008E47BC" w:rsidRDefault="008E47BC" w14:paraId="377D8496" w14:textId="77777777">
      <w:pPr>
        <w:rPr>
          <w:rFonts w:ascii="Aptos" w:hAnsi="Aptos"/>
          <w:sz w:val="28"/>
          <w:szCs w:val="28"/>
        </w:rPr>
      </w:pPr>
      <w:r w:rsidRPr="008E47BC">
        <w:rPr>
          <w:rFonts w:ascii="Aptos" w:hAnsi="Aptos"/>
          <w:sz w:val="28"/>
          <w:szCs w:val="28"/>
        </w:rPr>
        <w:t>Thursday, November 21st from 4:00 – 5:00PM in ASC 308</w:t>
      </w:r>
    </w:p>
    <w:p w:rsidRPr="00C514DC" w:rsidR="00C514DC" w:rsidP="00C514DC" w:rsidRDefault="008E47BC" w14:paraId="0146B5B3" w14:textId="55E6323C">
      <w:pPr>
        <w:rPr>
          <w:rFonts w:ascii="Aptos" w:hAnsi="Aptos"/>
          <w:sz w:val="28"/>
          <w:szCs w:val="28"/>
        </w:rPr>
      </w:pPr>
      <w:r w:rsidRPr="008E47BC">
        <w:rPr>
          <w:rFonts w:ascii="Aptos" w:hAnsi="Aptos"/>
          <w:sz w:val="28"/>
          <w:szCs w:val="28"/>
        </w:rPr>
        <w:t xml:space="preserve">In the spirit of Thanksgiving, PEACE Club members will paint what makes us happy or thankful for. Refreshments will </w:t>
      </w:r>
      <w:proofErr w:type="gramStart"/>
      <w:r w:rsidRPr="008E47BC">
        <w:rPr>
          <w:rFonts w:ascii="Aptos" w:hAnsi="Aptos"/>
          <w:sz w:val="28"/>
          <w:szCs w:val="28"/>
        </w:rPr>
        <w:t>be provided</w:t>
      </w:r>
      <w:proofErr w:type="gramEnd"/>
      <w:r w:rsidRPr="008E47BC">
        <w:rPr>
          <w:rFonts w:ascii="Aptos" w:hAnsi="Aptos"/>
          <w:sz w:val="28"/>
          <w:szCs w:val="28"/>
        </w:rPr>
        <w:t>. All are welcome!</w:t>
      </w:r>
    </w:p>
    <w:p w:rsidRPr="00AA71C8" w:rsidR="009C5A9F" w:rsidP="00520D59" w:rsidRDefault="00C54004" w14:paraId="624AE0D9" w14:textId="45D75676">
      <w:pPr>
        <w:rPr>
          <w:rFonts w:ascii="Aptos" w:hAnsi="Aptos"/>
          <w:b/>
          <w:bCs/>
          <w:color w:val="4F81BD" w:themeColor="accent1"/>
          <w:sz w:val="28"/>
          <w:szCs w:val="28"/>
        </w:rPr>
      </w:pPr>
      <w:r w:rsidRPr="00AA71C8">
        <w:rPr>
          <w:rStyle w:val="agcmg"/>
          <w:rFonts w:ascii="Aptos" w:hAnsi="Aptos"/>
          <w:b/>
          <w:bCs/>
          <w:color w:val="4F81BD" w:themeColor="accent1"/>
          <w:sz w:val="28"/>
          <w:szCs w:val="28"/>
        </w:rPr>
        <w:t>Recurring Events:</w:t>
      </w:r>
    </w:p>
    <w:p w:rsidRPr="00AA71C8" w:rsidR="00AA71C8" w:rsidP="00AA71C8" w:rsidRDefault="00C54004" w14:paraId="5F4A6CB4" w14:textId="77777777">
      <w:pPr>
        <w:rPr>
          <w:rFonts w:ascii="Aptos" w:hAnsi="Aptos"/>
          <w:sz w:val="28"/>
          <w:szCs w:val="28"/>
        </w:rPr>
      </w:pPr>
      <w:r w:rsidRPr="00781676">
        <w:rPr>
          <w:rStyle w:val="Heading3Char"/>
          <w:rFonts w:ascii="Aptos" w:hAnsi="Aptos"/>
          <w:sz w:val="28"/>
          <w:szCs w:val="28"/>
        </w:rPr>
        <w:t>QPR Suicide Prevention Training</w:t>
      </w:r>
      <w:r w:rsidRPr="00781676">
        <w:rPr>
          <w:rFonts w:ascii="Aptos" w:hAnsi="Aptos"/>
          <w:sz w:val="28"/>
          <w:szCs w:val="28"/>
        </w:rPr>
        <w:t xml:space="preserve"> (90 minutes, in person): </w:t>
      </w:r>
      <w:r w:rsidRPr="00AA71C8" w:rsidR="00AA71C8">
        <w:rPr>
          <w:rFonts w:ascii="Aptos" w:hAnsi="Aptos"/>
          <w:sz w:val="28"/>
          <w:szCs w:val="28"/>
        </w:rPr>
        <w:t xml:space="preserve">QPR's mission is to reduce suicidal behaviors and save lives through effective suicide prevention training. By recognizing signs of crisis, anyone can </w:t>
      </w:r>
      <w:proofErr w:type="gramStart"/>
      <w:r w:rsidRPr="00AA71C8" w:rsidR="00AA71C8">
        <w:rPr>
          <w:rFonts w:ascii="Aptos" w:hAnsi="Aptos"/>
          <w:sz w:val="28"/>
          <w:szCs w:val="28"/>
        </w:rPr>
        <w:t>be empowered</w:t>
      </w:r>
      <w:proofErr w:type="gramEnd"/>
      <w:r w:rsidRPr="00AA71C8" w:rsidR="00AA71C8">
        <w:rPr>
          <w:rFonts w:ascii="Aptos" w:hAnsi="Aptos"/>
          <w:sz w:val="28"/>
          <w:szCs w:val="28"/>
        </w:rPr>
        <w:t xml:space="preserve"> to make a positive difference in someone's life.</w:t>
      </w:r>
    </w:p>
    <w:p w:rsidRPr="008E47BC" w:rsidR="008E47BC" w:rsidP="008E47BC" w:rsidRDefault="008E47BC" w14:paraId="7F8A2D80" w14:textId="77777777">
      <w:pPr>
        <w:numPr>
          <w:ilvl w:val="0"/>
          <w:numId w:val="16"/>
        </w:numPr>
        <w:rPr>
          <w:rFonts w:ascii="Aptos" w:hAnsi="Aptos"/>
          <w:sz w:val="28"/>
          <w:szCs w:val="28"/>
        </w:rPr>
      </w:pPr>
      <w:r w:rsidRPr="008E47BC">
        <w:rPr>
          <w:rFonts w:ascii="Aptos" w:hAnsi="Aptos"/>
          <w:sz w:val="28"/>
          <w:szCs w:val="28"/>
        </w:rPr>
        <w:t xml:space="preserve">Wed, Nov. 13 from 5 pm - 6:30 pm </w:t>
      </w:r>
      <w:proofErr w:type="gramStart"/>
      <w:r w:rsidRPr="008E47BC">
        <w:rPr>
          <w:rFonts w:ascii="Aptos" w:hAnsi="Aptos"/>
          <w:sz w:val="28"/>
          <w:szCs w:val="28"/>
        </w:rPr>
        <w:t>in</w:t>
      </w:r>
      <w:proofErr w:type="gramEnd"/>
      <w:r w:rsidRPr="008E47BC">
        <w:rPr>
          <w:rFonts w:ascii="Aptos" w:hAnsi="Aptos"/>
          <w:sz w:val="28"/>
          <w:szCs w:val="28"/>
        </w:rPr>
        <w:t xml:space="preserve"> ASC 326</w:t>
      </w:r>
    </w:p>
    <w:p w:rsidRPr="008E47BC" w:rsidR="008E47BC" w:rsidP="008E47BC" w:rsidRDefault="008E47BC" w14:paraId="73007844" w14:textId="77777777">
      <w:pPr>
        <w:numPr>
          <w:ilvl w:val="0"/>
          <w:numId w:val="16"/>
        </w:numPr>
        <w:rPr>
          <w:rFonts w:ascii="Aptos" w:hAnsi="Aptos"/>
          <w:sz w:val="28"/>
          <w:szCs w:val="28"/>
        </w:rPr>
      </w:pPr>
      <w:r w:rsidRPr="008E47BC">
        <w:rPr>
          <w:rFonts w:ascii="Aptos" w:hAnsi="Aptos"/>
          <w:sz w:val="28"/>
          <w:szCs w:val="28"/>
        </w:rPr>
        <w:t xml:space="preserve">Fri, Nov. 22 from 11 - 12:30 pm </w:t>
      </w:r>
      <w:proofErr w:type="gramStart"/>
      <w:r w:rsidRPr="008E47BC">
        <w:rPr>
          <w:rFonts w:ascii="Aptos" w:hAnsi="Aptos"/>
          <w:sz w:val="28"/>
          <w:szCs w:val="28"/>
        </w:rPr>
        <w:t>in</w:t>
      </w:r>
      <w:proofErr w:type="gramEnd"/>
      <w:r w:rsidRPr="008E47BC">
        <w:rPr>
          <w:rFonts w:ascii="Aptos" w:hAnsi="Aptos"/>
          <w:sz w:val="28"/>
          <w:szCs w:val="28"/>
        </w:rPr>
        <w:t xml:space="preserve"> ASC 326</w:t>
      </w:r>
    </w:p>
    <w:p w:rsidRPr="008E47BC" w:rsidR="008E47BC" w:rsidP="008E47BC" w:rsidRDefault="008E47BC" w14:paraId="7412B0C7" w14:textId="77777777">
      <w:pPr>
        <w:numPr>
          <w:ilvl w:val="0"/>
          <w:numId w:val="16"/>
        </w:numPr>
        <w:rPr>
          <w:rFonts w:ascii="Aptos" w:hAnsi="Aptos"/>
          <w:sz w:val="28"/>
          <w:szCs w:val="28"/>
        </w:rPr>
      </w:pPr>
      <w:r w:rsidRPr="008E47BC">
        <w:rPr>
          <w:rFonts w:ascii="Aptos" w:hAnsi="Aptos"/>
          <w:sz w:val="28"/>
          <w:szCs w:val="28"/>
        </w:rPr>
        <w:t>Wed. Dec. 4 from 4 pm - 5:30 pm in ASC 326</w:t>
      </w:r>
    </w:p>
    <w:p w:rsidRPr="003433E5" w:rsidR="003433E5" w:rsidP="003433E5" w:rsidRDefault="00000000" w14:paraId="549F60C4" w14:textId="77777777">
      <w:pPr>
        <w:rPr>
          <w:rFonts w:ascii="Aptos" w:hAnsi="Aptos"/>
          <w:sz w:val="28"/>
          <w:szCs w:val="28"/>
        </w:rPr>
      </w:pPr>
      <w:r w:rsidRPr="00781676">
        <w:rPr>
          <w:rStyle w:val="Heading3Char"/>
          <w:rFonts w:ascii="Aptos" w:hAnsi="Aptos"/>
          <w:sz w:val="28"/>
          <w:szCs w:val="28"/>
        </w:rPr>
        <w:t>Mental Health First Aid Training</w:t>
      </w:r>
      <w:r w:rsidRPr="00781676">
        <w:rPr>
          <w:rFonts w:ascii="Aptos" w:hAnsi="Aptos"/>
          <w:sz w:val="28"/>
          <w:szCs w:val="28"/>
        </w:rPr>
        <w:t xml:space="preserve"> (8 hours, in person): </w:t>
      </w:r>
      <w:r w:rsidRPr="003433E5" w:rsidR="003433E5">
        <w:rPr>
          <w:rFonts w:ascii="Aptos" w:hAnsi="Aptos"/>
          <w:sz w:val="28"/>
          <w:szCs w:val="28"/>
        </w:rPr>
        <w:t>This nationally recognized certification teaches you how to identify, understand, and respond to signs of mental illness and substance use disorders - equipping you with skills to offer initial help and support to someone in need or in crisis.</w:t>
      </w:r>
    </w:p>
    <w:p w:rsidRPr="00565E2E" w:rsidR="00565E2E" w:rsidP="00565E2E" w:rsidRDefault="00565E2E" w14:paraId="06D36DE0" w14:textId="77777777">
      <w:pPr>
        <w:numPr>
          <w:ilvl w:val="0"/>
          <w:numId w:val="17"/>
        </w:numPr>
        <w:rPr>
          <w:rFonts w:ascii="Aptos" w:hAnsi="Aptos"/>
          <w:sz w:val="28"/>
          <w:szCs w:val="28"/>
        </w:rPr>
      </w:pPr>
      <w:r w:rsidRPr="00565E2E">
        <w:rPr>
          <w:rFonts w:ascii="Aptos" w:hAnsi="Aptos"/>
          <w:sz w:val="28"/>
          <w:szCs w:val="28"/>
        </w:rPr>
        <w:t xml:space="preserve">Friday, Nov. 15 from 9 am to 4 pm </w:t>
      </w:r>
      <w:proofErr w:type="gramStart"/>
      <w:r w:rsidRPr="00565E2E">
        <w:rPr>
          <w:rFonts w:ascii="Aptos" w:hAnsi="Aptos"/>
          <w:sz w:val="28"/>
          <w:szCs w:val="28"/>
        </w:rPr>
        <w:t>in</w:t>
      </w:r>
      <w:proofErr w:type="gramEnd"/>
      <w:r w:rsidRPr="00565E2E">
        <w:rPr>
          <w:rFonts w:ascii="Aptos" w:hAnsi="Aptos"/>
          <w:sz w:val="28"/>
          <w:szCs w:val="28"/>
        </w:rPr>
        <w:t xml:space="preserve"> ASC 326</w:t>
      </w:r>
    </w:p>
    <w:p w:rsidRPr="00565E2E" w:rsidR="00565E2E" w:rsidP="00565E2E" w:rsidRDefault="00565E2E" w14:paraId="782AEA96" w14:textId="77777777">
      <w:pPr>
        <w:numPr>
          <w:ilvl w:val="0"/>
          <w:numId w:val="17"/>
        </w:numPr>
        <w:rPr>
          <w:rFonts w:ascii="Aptos" w:hAnsi="Aptos"/>
          <w:sz w:val="28"/>
          <w:szCs w:val="28"/>
        </w:rPr>
      </w:pPr>
      <w:r w:rsidRPr="00565E2E">
        <w:rPr>
          <w:rFonts w:ascii="Aptos" w:hAnsi="Aptos"/>
          <w:sz w:val="28"/>
          <w:szCs w:val="28"/>
        </w:rPr>
        <w:t>Mon. Nov. 25 from 9 am to 4 pm in ASC 326</w:t>
      </w:r>
    </w:p>
    <w:p w:rsidRPr="00565E2E" w:rsidR="00565E2E" w:rsidP="00565E2E" w:rsidRDefault="00565E2E" w14:paraId="21766FE2" w14:textId="77777777">
      <w:pPr>
        <w:numPr>
          <w:ilvl w:val="0"/>
          <w:numId w:val="17"/>
        </w:numPr>
        <w:rPr>
          <w:rFonts w:ascii="Aptos" w:hAnsi="Aptos"/>
          <w:sz w:val="28"/>
          <w:szCs w:val="28"/>
        </w:rPr>
      </w:pPr>
      <w:r w:rsidRPr="00565E2E">
        <w:rPr>
          <w:rFonts w:ascii="Aptos" w:hAnsi="Aptos"/>
          <w:sz w:val="28"/>
          <w:szCs w:val="28"/>
        </w:rPr>
        <w:t xml:space="preserve">Mon, </w:t>
      </w:r>
      <w:proofErr w:type="gramStart"/>
      <w:r w:rsidRPr="00565E2E">
        <w:rPr>
          <w:rFonts w:ascii="Aptos" w:hAnsi="Aptos"/>
          <w:sz w:val="28"/>
          <w:szCs w:val="28"/>
        </w:rPr>
        <w:t>Dec,</w:t>
      </w:r>
      <w:proofErr w:type="gramEnd"/>
      <w:r w:rsidRPr="00565E2E">
        <w:rPr>
          <w:rFonts w:ascii="Aptos" w:hAnsi="Aptos"/>
          <w:sz w:val="28"/>
          <w:szCs w:val="28"/>
        </w:rPr>
        <w:t xml:space="preserve"> 2 &amp; Wed, Dec. 4 from 12 pm - 4 pm in ASC 326 (Parts 1 &amp; 2)</w:t>
      </w:r>
    </w:p>
    <w:p w:rsidR="00565E2E" w:rsidP="00781676" w:rsidRDefault="00565E2E" w14:paraId="1148B90C" w14:textId="77777777">
      <w:pPr>
        <w:numPr>
          <w:ilvl w:val="0"/>
          <w:numId w:val="17"/>
        </w:numPr>
        <w:rPr>
          <w:rFonts w:ascii="Aptos" w:hAnsi="Aptos"/>
          <w:sz w:val="28"/>
          <w:szCs w:val="28"/>
        </w:rPr>
      </w:pPr>
      <w:r w:rsidRPr="00565E2E">
        <w:rPr>
          <w:rFonts w:ascii="Aptos" w:hAnsi="Aptos"/>
          <w:sz w:val="28"/>
          <w:szCs w:val="28"/>
        </w:rPr>
        <w:t>Wed, Dec. 18 from 9 am to 3 pm in ASC 326</w:t>
      </w:r>
    </w:p>
    <w:p w:rsidRPr="00565E2E" w:rsidR="00781676" w:rsidP="00565E2E" w:rsidRDefault="00000000" w14:paraId="32DEFF6C" w14:textId="2DEFBB0E">
      <w:pPr>
        <w:rPr>
          <w:rFonts w:ascii="Aptos" w:hAnsi="Aptos"/>
          <w:sz w:val="28"/>
          <w:szCs w:val="28"/>
        </w:rPr>
      </w:pPr>
      <w:r w:rsidRPr="00565E2E">
        <w:rPr>
          <w:rFonts w:ascii="Aptos" w:hAnsi="Aptos"/>
          <w:sz w:val="28"/>
          <w:szCs w:val="28"/>
        </w:rPr>
        <w:br/>
      </w:r>
      <w:r w:rsidRPr="00565E2E" w:rsidR="00845E7C">
        <w:rPr>
          <w:rFonts w:ascii="Aptos" w:hAnsi="Aptos" w:eastAsiaTheme="majorEastAsia" w:cstheme="majorBidi"/>
          <w:b/>
          <w:bCs/>
          <w:color w:val="4F81BD" w:themeColor="accent1"/>
          <w:sz w:val="28"/>
          <w:szCs w:val="28"/>
        </w:rPr>
        <w:t>Your Money &amp; Mental Health group</w:t>
      </w:r>
      <w:r w:rsidRPr="00565E2E">
        <w:rPr>
          <w:rFonts w:ascii="Aptos" w:hAnsi="Aptos"/>
          <w:sz w:val="28"/>
          <w:szCs w:val="28"/>
        </w:rPr>
        <w:br/>
      </w:r>
      <w:r w:rsidRPr="00565E2E" w:rsidR="00B045A7">
        <w:rPr>
          <w:rFonts w:ascii="Aptos" w:hAnsi="Aptos"/>
          <w:sz w:val="28"/>
          <w:szCs w:val="28"/>
        </w:rPr>
        <w:t>Discover how your relationship with money and financial health impacts your behavior, mental health, and much more!</w:t>
      </w:r>
    </w:p>
    <w:p w:rsidR="00671CD2" w:rsidP="007A7897" w:rsidRDefault="00671CD2" w14:paraId="36C64EBD" w14:textId="7260F9D3">
      <w:pPr>
        <w:rPr>
          <w:rFonts w:ascii="Aptos" w:hAnsi="Aptos"/>
          <w:sz w:val="28"/>
          <w:szCs w:val="28"/>
        </w:rPr>
      </w:pPr>
      <w:r w:rsidRPr="4B0EB38A" w:rsidR="5C4565B1">
        <w:rPr>
          <w:rFonts w:ascii="Aptos" w:hAnsi="Aptos"/>
          <w:sz w:val="28"/>
          <w:szCs w:val="28"/>
        </w:rPr>
        <w:t>Thursdays from Oct. 3 - Nov. 21 from 1 to 2 pm in Schwartz Hall 100</w:t>
      </w:r>
    </w:p>
    <w:p w:rsidR="4B0EB38A" w:rsidP="4B0EB38A" w:rsidRDefault="4B0EB38A" w14:paraId="2EDF6D11" w14:textId="0A6E923B">
      <w:pPr>
        <w:rPr>
          <w:rFonts w:ascii="Aptos" w:hAnsi="Aptos"/>
          <w:sz w:val="28"/>
          <w:szCs w:val="28"/>
        </w:rPr>
      </w:pPr>
    </w:p>
    <w:p w:rsidRPr="00671CD2" w:rsidR="00671CD2" w:rsidP="00671CD2" w:rsidRDefault="00671CD2" w14:paraId="02554BC7" w14:textId="77777777">
      <w:pPr>
        <w:keepNext/>
        <w:keepLines/>
        <w:spacing w:before="200" w:after="0"/>
        <w:outlineLvl w:val="1"/>
        <w:rPr>
          <w:rFonts w:ascii="Aptos" w:hAnsi="Aptos" w:eastAsiaTheme="majorEastAsia" w:cstheme="majorBidi"/>
          <w:b/>
          <w:bCs/>
          <w:color w:val="4F81BD" w:themeColor="accent1"/>
          <w:sz w:val="32"/>
          <w:szCs w:val="32"/>
        </w:rPr>
      </w:pPr>
      <w:r w:rsidRPr="00671CD2">
        <w:rPr>
          <w:rFonts w:ascii="Aptos" w:hAnsi="Aptos" w:eastAsiaTheme="majorEastAsia" w:cstheme="majorBidi"/>
          <w:b/>
          <w:bCs/>
          <w:color w:val="4F81BD" w:themeColor="accent1"/>
          <w:sz w:val="32"/>
          <w:szCs w:val="32"/>
        </w:rPr>
        <w:t>Quick Chats</w:t>
      </w:r>
    </w:p>
    <w:p w:rsidRPr="00671CD2" w:rsidR="00671CD2" w:rsidP="00671CD2" w:rsidRDefault="00671CD2" w14:paraId="1D48B1D0" w14:textId="73933153">
      <w:pPr>
        <w:rPr>
          <w:rFonts w:ascii="Aptos" w:hAnsi="Aptos"/>
          <w:sz w:val="28"/>
          <w:szCs w:val="28"/>
        </w:rPr>
      </w:pPr>
      <w:r w:rsidRPr="00671CD2">
        <w:rPr>
          <w:rFonts w:ascii="Aptos" w:hAnsi="Aptos"/>
          <w:sz w:val="28"/>
          <w:szCs w:val="28"/>
        </w:rPr>
        <w:t>Myth or Miss?</w:t>
      </w:r>
      <w:r w:rsidRPr="00671CD2">
        <w:rPr>
          <w:rFonts w:ascii="Aptos" w:hAnsi="Aptos"/>
          <w:sz w:val="28"/>
          <w:szCs w:val="28"/>
        </w:rPr>
        <w:br/>
      </w:r>
      <w:r w:rsidRPr="00671CD2">
        <w:rPr>
          <w:rFonts w:ascii="Aptos" w:hAnsi="Aptos"/>
          <w:sz w:val="28"/>
          <w:szCs w:val="28"/>
        </w:rPr>
        <w:t>“</w:t>
      </w:r>
      <w:r w:rsidRPr="005475C0" w:rsidR="005475C0">
        <w:rPr>
          <w:rFonts w:ascii="Aptos" w:hAnsi="Aptos"/>
          <w:sz w:val="28"/>
          <w:szCs w:val="28"/>
        </w:rPr>
        <w:t xml:space="preserve">Eating meals late causes you to gain </w:t>
      </w:r>
      <w:proofErr w:type="gramStart"/>
      <w:r w:rsidRPr="005475C0" w:rsidR="005475C0">
        <w:rPr>
          <w:rFonts w:ascii="Aptos" w:hAnsi="Aptos"/>
          <w:sz w:val="28"/>
          <w:szCs w:val="28"/>
        </w:rPr>
        <w:t>weight</w:t>
      </w:r>
      <w:proofErr w:type="gramEnd"/>
      <w:r w:rsidRPr="00671CD2">
        <w:rPr>
          <w:rFonts w:ascii="Aptos" w:hAnsi="Aptos"/>
          <w:sz w:val="28"/>
          <w:szCs w:val="28"/>
        </w:rPr>
        <w:t>”</w:t>
      </w:r>
    </w:p>
    <w:p w:rsidRPr="00671CD2" w:rsidR="00671CD2" w:rsidP="00671CD2" w:rsidRDefault="00671CD2" w14:paraId="08DA4BF7" w14:textId="77777777">
      <w:pPr>
        <w:rPr>
          <w:rFonts w:ascii="Aptos" w:hAnsi="Aptos"/>
          <w:sz w:val="28"/>
          <w:szCs w:val="28"/>
        </w:rPr>
      </w:pPr>
      <w:r w:rsidRPr="00671CD2">
        <w:rPr>
          <w:rFonts w:ascii="Aptos" w:hAnsi="Aptos"/>
          <w:sz w:val="28"/>
          <w:szCs w:val="28"/>
        </w:rPr>
        <w:t xml:space="preserve">Myth </w:t>
      </w:r>
    </w:p>
    <w:p w:rsidR="005475C0" w:rsidP="00671CD2" w:rsidRDefault="00671CD2" w14:paraId="7629D0F4" w14:textId="77777777">
      <w:pPr>
        <w:rPr>
          <w:rFonts w:ascii="Aptos" w:hAnsi="Aptos"/>
          <w:sz w:val="28"/>
          <w:szCs w:val="28"/>
        </w:rPr>
      </w:pPr>
      <w:r w:rsidRPr="00671CD2">
        <w:rPr>
          <w:rFonts w:ascii="Aptos" w:hAnsi="Aptos"/>
          <w:sz w:val="28"/>
          <w:szCs w:val="28"/>
        </w:rPr>
        <w:t>Self-Care Share</w:t>
      </w:r>
      <w:r w:rsidRPr="00671CD2">
        <w:rPr>
          <w:rFonts w:ascii="Aptos" w:hAnsi="Aptos"/>
          <w:sz w:val="28"/>
          <w:szCs w:val="28"/>
        </w:rPr>
        <w:br/>
      </w:r>
      <w:r w:rsidRPr="005475C0" w:rsidR="005475C0">
        <w:rPr>
          <w:rFonts w:ascii="Aptos" w:hAnsi="Aptos"/>
          <w:sz w:val="28"/>
          <w:szCs w:val="28"/>
        </w:rPr>
        <w:t>In honor of the Thanksgiving season, share a positive affirmation with people that you love.</w:t>
      </w:r>
    </w:p>
    <w:p w:rsidRPr="00671CD2" w:rsidR="00671CD2" w:rsidP="00671CD2" w:rsidRDefault="00671CD2" w14:paraId="6DB93071" w14:textId="5AA1398E">
      <w:pPr>
        <w:rPr>
          <w:rFonts w:ascii="Aptos" w:hAnsi="Aptos"/>
          <w:sz w:val="28"/>
          <w:szCs w:val="28"/>
        </w:rPr>
      </w:pPr>
      <w:r w:rsidRPr="00671CD2">
        <w:rPr>
          <w:rFonts w:ascii="Aptos" w:hAnsi="Aptos"/>
          <w:sz w:val="28"/>
          <w:szCs w:val="28"/>
        </w:rPr>
        <w:t>Relationship Real Talk</w:t>
      </w:r>
    </w:p>
    <w:p w:rsidRPr="00671CD2" w:rsidR="00671CD2" w:rsidP="00671CD2" w:rsidRDefault="00671CD2" w14:paraId="74845A9B" w14:textId="77777777">
      <w:pPr>
        <w:rPr>
          <w:rFonts w:ascii="Aptos" w:hAnsi="Aptos"/>
          <w:sz w:val="28"/>
          <w:szCs w:val="28"/>
        </w:rPr>
      </w:pPr>
      <w:r w:rsidRPr="00671CD2">
        <w:rPr>
          <w:rFonts w:ascii="Aptos" w:hAnsi="Aptos"/>
          <w:sz w:val="28"/>
          <w:szCs w:val="28"/>
        </w:rPr>
        <w:t xml:space="preserve">A SCSU Student asked: </w:t>
      </w:r>
    </w:p>
    <w:p w:rsidR="00A44175" w:rsidP="00671CD2" w:rsidRDefault="00A44175" w14:paraId="46B72DEF" w14:textId="77777777">
      <w:pPr>
        <w:rPr>
          <w:rFonts w:ascii="Aptos" w:hAnsi="Aptos"/>
          <w:sz w:val="28"/>
          <w:szCs w:val="28"/>
        </w:rPr>
      </w:pPr>
      <w:r w:rsidRPr="00A44175">
        <w:rPr>
          <w:rFonts w:ascii="Aptos" w:hAnsi="Aptos"/>
          <w:sz w:val="28"/>
          <w:szCs w:val="28"/>
        </w:rPr>
        <w:t>“How can communication be better with my partner?”</w:t>
      </w:r>
    </w:p>
    <w:p w:rsidRPr="00671CD2" w:rsidR="00671CD2" w:rsidP="00671CD2" w:rsidRDefault="00671CD2" w14:paraId="2D8A8EA3" w14:textId="370E9D59">
      <w:pPr>
        <w:rPr>
          <w:rFonts w:ascii="Aptos" w:hAnsi="Aptos"/>
          <w:sz w:val="28"/>
          <w:szCs w:val="28"/>
        </w:rPr>
      </w:pPr>
      <w:r w:rsidRPr="00671CD2">
        <w:rPr>
          <w:rFonts w:ascii="Aptos" w:hAnsi="Aptos"/>
          <w:sz w:val="28"/>
          <w:szCs w:val="28"/>
        </w:rPr>
        <w:t xml:space="preserve">We answered: </w:t>
      </w:r>
    </w:p>
    <w:p w:rsidR="008B0B24" w:rsidP="00671CD2" w:rsidRDefault="008B0B24" w14:paraId="392A00BC" w14:textId="77777777">
      <w:pPr>
        <w:pStyle w:val="Heading2"/>
        <w:rPr>
          <w:rFonts w:ascii="Aptos" w:hAnsi="Aptos" w:eastAsiaTheme="minorEastAsia" w:cstheme="minorBidi"/>
          <w:b w:val="0"/>
          <w:bCs w:val="0"/>
          <w:color w:val="auto"/>
          <w:sz w:val="28"/>
          <w:szCs w:val="28"/>
        </w:rPr>
      </w:pPr>
      <w:r w:rsidRPr="008B0B24">
        <w:rPr>
          <w:rFonts w:ascii="Aptos" w:hAnsi="Aptos" w:eastAsiaTheme="minorEastAsia" w:cstheme="minorBidi"/>
          <w:b w:val="0"/>
          <w:bCs w:val="0"/>
          <w:color w:val="auto"/>
          <w:sz w:val="28"/>
          <w:szCs w:val="28"/>
        </w:rPr>
        <w:t xml:space="preserve">Being intentional and desiring to listen to one another even if there are different POV’s. </w:t>
      </w:r>
      <w:proofErr w:type="gramStart"/>
      <w:r w:rsidRPr="008B0B24">
        <w:rPr>
          <w:rFonts w:ascii="Aptos" w:hAnsi="Aptos" w:eastAsiaTheme="minorEastAsia" w:cstheme="minorBidi"/>
          <w:b w:val="0"/>
          <w:bCs w:val="0"/>
          <w:color w:val="auto"/>
          <w:sz w:val="28"/>
          <w:szCs w:val="28"/>
        </w:rPr>
        <w:t>Don’t</w:t>
      </w:r>
      <w:proofErr w:type="gramEnd"/>
      <w:r w:rsidRPr="008B0B24">
        <w:rPr>
          <w:rFonts w:ascii="Aptos" w:hAnsi="Aptos" w:eastAsiaTheme="minorEastAsia" w:cstheme="minorBidi"/>
          <w:b w:val="0"/>
          <w:bCs w:val="0"/>
          <w:color w:val="auto"/>
          <w:sz w:val="28"/>
          <w:szCs w:val="28"/>
        </w:rPr>
        <w:t xml:space="preserve"> see your partner as an enemy and </w:t>
      </w:r>
      <w:proofErr w:type="gramStart"/>
      <w:r w:rsidRPr="008B0B24">
        <w:rPr>
          <w:rFonts w:ascii="Aptos" w:hAnsi="Aptos" w:eastAsiaTheme="minorEastAsia" w:cstheme="minorBidi"/>
          <w:b w:val="0"/>
          <w:bCs w:val="0"/>
          <w:color w:val="auto"/>
          <w:sz w:val="28"/>
          <w:szCs w:val="28"/>
        </w:rPr>
        <w:t>don’t</w:t>
      </w:r>
      <w:proofErr w:type="gramEnd"/>
      <w:r w:rsidRPr="008B0B24">
        <w:rPr>
          <w:rFonts w:ascii="Aptos" w:hAnsi="Aptos" w:eastAsiaTheme="minorEastAsia" w:cstheme="minorBidi"/>
          <w:b w:val="0"/>
          <w:bCs w:val="0"/>
          <w:color w:val="auto"/>
          <w:sz w:val="28"/>
          <w:szCs w:val="28"/>
        </w:rPr>
        <w:t xml:space="preserve"> see conflict as a debate you MUST WIN. Be gentle and kind always.</w:t>
      </w:r>
    </w:p>
    <w:p w:rsidRPr="00E43EBE" w:rsidR="00D16BA3" w:rsidP="00E43EBE" w:rsidRDefault="00671CD2" w14:paraId="08A7119B" w14:textId="42EBE0C7">
      <w:pPr>
        <w:pStyle w:val="Heading2"/>
        <w:rPr>
          <w:rFonts w:ascii="Aptos" w:hAnsi="Aptos"/>
          <w:sz w:val="32"/>
          <w:szCs w:val="32"/>
        </w:rPr>
      </w:pPr>
      <w:r w:rsidRPr="00A0373B">
        <w:rPr>
          <w:rFonts w:ascii="Aptos" w:hAnsi="Aptos"/>
          <w:sz w:val="32"/>
          <w:szCs w:val="32"/>
        </w:rPr>
        <w:t>Fit for Thought</w:t>
      </w:r>
    </w:p>
    <w:p w:rsidRPr="00E43EBE" w:rsidR="00E43EBE" w:rsidP="00E43EBE" w:rsidRDefault="00E43EBE" w14:paraId="32E7FAA1" w14:textId="77777777">
      <w:pPr>
        <w:rPr>
          <w:rFonts w:ascii="Aptos" w:hAnsi="Aptos"/>
          <w:sz w:val="28"/>
          <w:szCs w:val="28"/>
        </w:rPr>
      </w:pPr>
      <w:r w:rsidRPr="00E43EBE">
        <w:rPr>
          <w:rFonts w:ascii="Aptos" w:hAnsi="Aptos"/>
          <w:sz w:val="28"/>
          <w:szCs w:val="28"/>
        </w:rPr>
        <w:t>Did you know we have a fitness center on campus?</w:t>
      </w:r>
    </w:p>
    <w:p w:rsidRPr="00E43EBE" w:rsidR="00E43EBE" w:rsidP="00E43EBE" w:rsidRDefault="00E43EBE" w14:paraId="0886C1EA" w14:textId="77777777">
      <w:pPr>
        <w:rPr>
          <w:rFonts w:ascii="Aptos" w:hAnsi="Aptos"/>
          <w:sz w:val="28"/>
          <w:szCs w:val="28"/>
        </w:rPr>
      </w:pPr>
      <w:r w:rsidRPr="00E43EBE">
        <w:rPr>
          <w:rFonts w:ascii="Aptos" w:hAnsi="Aptos"/>
          <w:sz w:val="28"/>
          <w:szCs w:val="28"/>
        </w:rPr>
        <w:t xml:space="preserve">Visit them in ASC 204 and follow them on </w:t>
      </w:r>
      <w:proofErr w:type="gramStart"/>
      <w:r w:rsidRPr="00E43EBE">
        <w:rPr>
          <w:rFonts w:ascii="Aptos" w:hAnsi="Aptos"/>
          <w:sz w:val="28"/>
          <w:szCs w:val="28"/>
        </w:rPr>
        <w:t>Instagram @</w:t>
      </w:r>
      <w:proofErr w:type="gramEnd"/>
      <w:r w:rsidRPr="00E43EBE">
        <w:rPr>
          <w:rFonts w:ascii="Aptos" w:hAnsi="Aptos"/>
          <w:sz w:val="28"/>
          <w:szCs w:val="28"/>
        </w:rPr>
        <w:t>SCSU_RECFIT</w:t>
      </w:r>
    </w:p>
    <w:p w:rsidRPr="00E43EBE" w:rsidR="00E43EBE" w:rsidP="00E43EBE" w:rsidRDefault="00E43EBE" w14:paraId="34C9F62A" w14:textId="77777777">
      <w:pPr>
        <w:rPr>
          <w:rFonts w:ascii="Aptos" w:hAnsi="Aptos"/>
          <w:sz w:val="28"/>
          <w:szCs w:val="28"/>
        </w:rPr>
      </w:pPr>
      <w:r w:rsidRPr="00E43EBE">
        <w:rPr>
          <w:rFonts w:ascii="Aptos" w:hAnsi="Aptos"/>
          <w:sz w:val="28"/>
          <w:szCs w:val="28"/>
        </w:rPr>
        <w:t>Check out the following fitness groups/activities to get active:</w:t>
      </w:r>
    </w:p>
    <w:p w:rsidR="003669DC" w:rsidP="00E43EBE" w:rsidRDefault="00E43EBE" w14:paraId="0B79AA21" w14:textId="77777777">
      <w:pPr>
        <w:rPr>
          <w:rFonts w:ascii="Aptos" w:hAnsi="Aptos"/>
          <w:sz w:val="28"/>
          <w:szCs w:val="28"/>
        </w:rPr>
      </w:pPr>
      <w:r w:rsidRPr="00E43EBE">
        <w:rPr>
          <w:rFonts w:ascii="Aptos" w:hAnsi="Aptos"/>
          <w:sz w:val="28"/>
          <w:szCs w:val="28"/>
        </w:rPr>
        <w:t>Mindful Meditation w/ Nurse Linda - Nov. 21 &amp; Dec. 5 from 12:15 - 1:00</w:t>
      </w:r>
    </w:p>
    <w:p w:rsidRPr="00E43EBE" w:rsidR="00E43EBE" w:rsidP="00E43EBE" w:rsidRDefault="00E43EBE" w14:paraId="42F58006" w14:textId="75A30EBF">
      <w:pPr>
        <w:rPr>
          <w:rFonts w:ascii="Aptos" w:hAnsi="Aptos"/>
          <w:sz w:val="28"/>
          <w:szCs w:val="28"/>
        </w:rPr>
      </w:pPr>
      <w:r w:rsidRPr="00E43EBE">
        <w:rPr>
          <w:rFonts w:ascii="Aptos" w:hAnsi="Aptos"/>
          <w:sz w:val="28"/>
          <w:szCs w:val="28"/>
        </w:rPr>
        <w:t>pm</w:t>
      </w:r>
    </w:p>
    <w:p w:rsidRPr="00E43EBE" w:rsidR="00E43EBE" w:rsidP="00E43EBE" w:rsidRDefault="00E43EBE" w14:paraId="5F3D4D0E" w14:textId="77777777">
      <w:pPr>
        <w:rPr>
          <w:rFonts w:ascii="Aptos" w:hAnsi="Aptos"/>
          <w:sz w:val="28"/>
          <w:szCs w:val="28"/>
        </w:rPr>
      </w:pPr>
      <w:r w:rsidRPr="00E43EBE">
        <w:rPr>
          <w:rFonts w:ascii="Aptos" w:hAnsi="Aptos"/>
          <w:sz w:val="28"/>
          <w:szCs w:val="28"/>
        </w:rPr>
        <w:t>Mat Pilates w/ Kaila - Nov. 11, Nov. 13, &amp; Nov. 18</w:t>
      </w:r>
    </w:p>
    <w:p w:rsidRPr="00E43EBE" w:rsidR="00E43EBE" w:rsidP="00E43EBE" w:rsidRDefault="00E43EBE" w14:paraId="4DC1FAFC" w14:textId="77777777">
      <w:pPr>
        <w:rPr>
          <w:rFonts w:ascii="Aptos" w:hAnsi="Aptos"/>
          <w:sz w:val="28"/>
          <w:szCs w:val="28"/>
        </w:rPr>
      </w:pPr>
      <w:r w:rsidRPr="00E43EBE">
        <w:rPr>
          <w:rFonts w:ascii="Aptos" w:hAnsi="Aptos"/>
          <w:sz w:val="28"/>
          <w:szCs w:val="28"/>
        </w:rPr>
        <w:t>Power Up w/ Tori - Nov. 7 &amp; Nov. 14</w:t>
      </w:r>
    </w:p>
    <w:p w:rsidRPr="00E43EBE" w:rsidR="00E43EBE" w:rsidP="00E43EBE" w:rsidRDefault="00E43EBE" w14:paraId="25C67AC7" w14:textId="77777777">
      <w:pPr>
        <w:rPr>
          <w:rFonts w:ascii="Aptos" w:hAnsi="Aptos"/>
          <w:sz w:val="28"/>
          <w:szCs w:val="28"/>
        </w:rPr>
      </w:pPr>
      <w:r w:rsidRPr="00E43EBE">
        <w:rPr>
          <w:rFonts w:ascii="Aptos" w:hAnsi="Aptos"/>
          <w:sz w:val="28"/>
          <w:szCs w:val="28"/>
        </w:rPr>
        <w:t>Yoga Flow w/ Dominique - Nov. 12 &amp; Nov. 19</w:t>
      </w:r>
    </w:p>
    <w:p w:rsidRPr="00A0373B" w:rsidR="00D03508" w:rsidRDefault="00000000" w14:paraId="068006C4" w14:textId="490FCC08">
      <w:pPr>
        <w:pStyle w:val="Heading2"/>
        <w:rPr>
          <w:rFonts w:ascii="Aptos" w:hAnsi="Aptos"/>
          <w:sz w:val="32"/>
          <w:szCs w:val="32"/>
        </w:rPr>
      </w:pPr>
      <w:proofErr w:type="gramStart"/>
      <w:r w:rsidRPr="00A0373B">
        <w:rPr>
          <w:rFonts w:ascii="Aptos" w:hAnsi="Aptos"/>
          <w:sz w:val="32"/>
          <w:szCs w:val="32"/>
        </w:rPr>
        <w:t>Let’s</w:t>
      </w:r>
      <w:proofErr w:type="gramEnd"/>
      <w:r w:rsidRPr="00A0373B">
        <w:rPr>
          <w:rFonts w:ascii="Aptos" w:hAnsi="Aptos"/>
          <w:sz w:val="32"/>
          <w:szCs w:val="32"/>
        </w:rPr>
        <w:t xml:space="preserve"> Talk About Sex</w:t>
      </w:r>
    </w:p>
    <w:p w:rsidR="003669DC" w:rsidRDefault="003669DC" w14:paraId="5C0EA7C0" w14:textId="77777777">
      <w:pPr>
        <w:rPr>
          <w:rFonts w:ascii="Aptos" w:hAnsi="Aptos"/>
          <w:sz w:val="28"/>
          <w:szCs w:val="28"/>
        </w:rPr>
      </w:pPr>
      <w:r w:rsidRPr="003669DC">
        <w:rPr>
          <w:rFonts w:ascii="Aptos" w:hAnsi="Aptos"/>
          <w:sz w:val="28"/>
          <w:szCs w:val="28"/>
        </w:rPr>
        <w:t xml:space="preserve">Do you know we have a condom dispensary in every dorm building? You can find it in the laundry room. Refills happen every month! </w:t>
      </w:r>
    </w:p>
    <w:p w:rsidR="00E24934" w:rsidRDefault="009F7407" w14:paraId="5C79FD7E" w14:textId="77777777">
      <w:pPr>
        <w:rPr>
          <w:rFonts w:ascii="Aptos" w:hAnsi="Aptos" w:eastAsiaTheme="majorEastAsia" w:cstheme="majorBidi"/>
          <w:sz w:val="28"/>
          <w:szCs w:val="28"/>
        </w:rPr>
      </w:pPr>
      <w:r w:rsidRPr="009F7407">
        <w:rPr>
          <w:rFonts w:ascii="Aptos" w:hAnsi="Aptos" w:eastAsiaTheme="majorEastAsia" w:cstheme="majorBidi"/>
          <w:sz w:val="28"/>
          <w:szCs w:val="28"/>
        </w:rPr>
        <w:t xml:space="preserve">**Walk in or call for an appointment at Health Services (Granoff Hall) today for STI testing! You can also make an appointment online for the next Get Yourself Tested event on </w:t>
      </w:r>
      <w:r w:rsidRPr="00E24934" w:rsidR="00E24934">
        <w:rPr>
          <w:rFonts w:ascii="Aptos" w:hAnsi="Aptos" w:eastAsiaTheme="majorEastAsia" w:cstheme="majorBidi"/>
          <w:sz w:val="28"/>
          <w:szCs w:val="28"/>
        </w:rPr>
        <w:t>Nov. 20th &amp; Dec. 4th.</w:t>
      </w:r>
    </w:p>
    <w:p w:rsidR="00F877FF" w:rsidP="4B0EB38A" w:rsidRDefault="00C676C1" w14:paraId="004F7083" w14:textId="6C66FBB7">
      <w:pPr>
        <w:rPr>
          <w:rFonts w:ascii="Aptos" w:hAnsi="Aptos" w:eastAsia="ＭＳ ゴシック" w:cs="" w:eastAsiaTheme="majorEastAsia" w:cstheme="majorBidi"/>
          <w:b w:val="1"/>
          <w:bCs w:val="1"/>
          <w:color w:val="4F81BD" w:themeColor="accent1"/>
          <w:sz w:val="32"/>
          <w:szCs w:val="32"/>
        </w:rPr>
      </w:pPr>
      <w:r w:rsidRPr="4B0EB38A" w:rsidR="60B6BEDE">
        <w:rPr>
          <w:rFonts w:ascii="Aptos" w:hAnsi="Aptos" w:eastAsia="ＭＳ ゴシック" w:cs="" w:eastAsiaTheme="majorEastAsia" w:cstheme="majorBidi"/>
          <w:b w:val="1"/>
          <w:bCs w:val="1"/>
          <w:color w:val="4F81BD" w:themeColor="accent1" w:themeTint="FF" w:themeShade="FF"/>
          <w:sz w:val="32"/>
          <w:szCs w:val="32"/>
        </w:rPr>
        <w:t xml:space="preserve">Gratitude </w:t>
      </w:r>
      <w:r w:rsidRPr="4B0EB38A" w:rsidR="78EDD5C1">
        <w:rPr>
          <w:rFonts w:ascii="Aptos" w:hAnsi="Aptos" w:eastAsia="ＭＳ ゴシック" w:cs="" w:eastAsiaTheme="majorEastAsia" w:cstheme="majorBidi"/>
          <w:b w:val="1"/>
          <w:bCs w:val="1"/>
          <w:color w:val="4F81BD" w:themeColor="accent1" w:themeTint="FF" w:themeShade="FF"/>
          <w:sz w:val="32"/>
          <w:szCs w:val="32"/>
        </w:rPr>
        <w:t xml:space="preserve">Activity </w:t>
      </w:r>
    </w:p>
    <w:p w:rsidR="00D03508" w:rsidP="00F877FF" w:rsidRDefault="00F877FF" w14:paraId="2B5E82EC" w14:textId="04BACE79">
      <w:pPr/>
      <w:r w:rsidRPr="4B0EB38A" w:rsidR="78EDD5C1">
        <w:rPr>
          <w:rFonts w:ascii="Aptos" w:hAnsi="Aptos"/>
          <w:sz w:val="28"/>
          <w:szCs w:val="28"/>
        </w:rPr>
        <w:t>List</w:t>
      </w:r>
      <w:r w:rsidRPr="4B0EB38A" w:rsidR="7C45A510">
        <w:rPr>
          <w:rFonts w:ascii="Aptos" w:hAnsi="Aptos"/>
          <w:sz w:val="28"/>
          <w:szCs w:val="28"/>
        </w:rPr>
        <w:t xml:space="preserve"> </w:t>
      </w:r>
      <w:r w:rsidRPr="4B0EB38A" w:rsidR="69AD1C54">
        <w:rPr>
          <w:rFonts w:ascii="Aptos" w:hAnsi="Aptos"/>
          <w:sz w:val="28"/>
          <w:szCs w:val="28"/>
        </w:rPr>
        <w:t xml:space="preserve">five things that </w:t>
      </w:r>
      <w:r w:rsidRPr="4B0EB38A" w:rsidR="69AD1C54">
        <w:rPr>
          <w:rFonts w:ascii="Aptos" w:hAnsi="Aptos"/>
          <w:sz w:val="28"/>
          <w:szCs w:val="28"/>
        </w:rPr>
        <w:t>you’re</w:t>
      </w:r>
      <w:r w:rsidRPr="4B0EB38A" w:rsidR="69AD1C54">
        <w:rPr>
          <w:rFonts w:ascii="Aptos" w:hAnsi="Aptos"/>
          <w:sz w:val="28"/>
          <w:szCs w:val="28"/>
        </w:rPr>
        <w:t xml:space="preserve"> </w:t>
      </w:r>
      <w:r w:rsidRPr="4B0EB38A" w:rsidR="7C45A510">
        <w:rPr>
          <w:rFonts w:ascii="Aptos" w:hAnsi="Aptos"/>
          <w:sz w:val="28"/>
          <w:szCs w:val="28"/>
        </w:rPr>
        <w:t xml:space="preserve">grateful for </w:t>
      </w:r>
    </w:p>
    <w:p w:rsidRPr="00E2051D" w:rsidR="00E2051D" w:rsidP="00E2051D" w:rsidRDefault="00E2051D" w14:paraId="603EA1A8" w14:textId="55EF19F5">
      <w:pPr>
        <w:keepNext/>
        <w:keepLines/>
        <w:spacing w:before="200" w:after="0"/>
        <w:outlineLvl w:val="1"/>
        <w:rPr>
          <w:rFonts w:ascii="Aptos" w:hAnsi="Aptos" w:eastAsiaTheme="majorEastAsia" w:cstheme="majorBidi"/>
          <w:b/>
          <w:bCs/>
          <w:color w:val="4F81BD" w:themeColor="accent1"/>
          <w:sz w:val="32"/>
          <w:szCs w:val="32"/>
        </w:rPr>
      </w:pPr>
      <w:r w:rsidRPr="00E2051D">
        <w:rPr>
          <w:rFonts w:ascii="Aptos" w:hAnsi="Aptos" w:eastAsiaTheme="majorEastAsia" w:cstheme="majorBidi"/>
          <w:b/>
          <w:bCs/>
          <w:color w:val="4F81BD" w:themeColor="accent1"/>
          <w:sz w:val="32"/>
          <w:szCs w:val="32"/>
        </w:rPr>
        <w:t>Mind Over Chatter</w:t>
      </w:r>
      <w:r w:rsidR="00A6250C">
        <w:rPr>
          <w:rFonts w:ascii="Aptos" w:hAnsi="Aptos" w:eastAsiaTheme="majorEastAsia" w:cstheme="majorBidi"/>
          <w:b/>
          <w:bCs/>
          <w:color w:val="4F81BD" w:themeColor="accent1"/>
          <w:sz w:val="32"/>
          <w:szCs w:val="32"/>
        </w:rPr>
        <w:t xml:space="preserve">: </w:t>
      </w:r>
      <w:r w:rsidRPr="00A6250C" w:rsidR="00A6250C">
        <w:rPr>
          <w:rFonts w:ascii="Aptos" w:hAnsi="Aptos" w:eastAsiaTheme="majorEastAsia" w:cstheme="majorBidi"/>
          <w:b/>
          <w:bCs/>
          <w:color w:val="4F81BD" w:themeColor="accent1"/>
          <w:sz w:val="32"/>
          <w:szCs w:val="32"/>
        </w:rPr>
        <w:t>Stress Less, Live More</w:t>
      </w:r>
    </w:p>
    <w:p w:rsidRPr="00A6250C" w:rsidR="00A6250C" w:rsidP="00A6250C" w:rsidRDefault="00A6250C" w14:paraId="4379AE71" w14:textId="442535E1">
      <w:pPr>
        <w:rPr>
          <w:rFonts w:ascii="Aptos" w:hAnsi="Aptos"/>
          <w:sz w:val="28"/>
          <w:szCs w:val="28"/>
        </w:rPr>
      </w:pPr>
      <w:r w:rsidRPr="00A6250C">
        <w:rPr>
          <w:rFonts w:ascii="Aptos" w:hAnsi="Aptos"/>
          <w:sz w:val="28"/>
          <w:szCs w:val="28"/>
        </w:rPr>
        <w:t>What does your mental health look like right now?</w:t>
      </w:r>
      <w:r w:rsidR="009A52E5">
        <w:rPr>
          <w:rFonts w:ascii="Aptos" w:hAnsi="Aptos"/>
          <w:sz w:val="28"/>
          <w:szCs w:val="28"/>
        </w:rPr>
        <w:t xml:space="preserve"> *Image of a stress level scale pictured </w:t>
      </w:r>
    </w:p>
    <w:p w:rsidR="00F91F87" w:rsidP="00F91F87" w:rsidRDefault="00A6250C" w14:paraId="1009950F" w14:textId="77777777">
      <w:pPr>
        <w:rPr>
          <w:rFonts w:ascii="Aptos" w:hAnsi="Aptos"/>
          <w:sz w:val="28"/>
          <w:szCs w:val="28"/>
        </w:rPr>
      </w:pPr>
      <w:r w:rsidRPr="00A6250C">
        <w:rPr>
          <w:rFonts w:ascii="Aptos" w:hAnsi="Aptos"/>
          <w:sz w:val="28"/>
          <w:szCs w:val="28"/>
        </w:rPr>
        <w:t xml:space="preserve">Remember: Prioritizing sleep, </w:t>
      </w:r>
      <w:proofErr w:type="spellStart"/>
      <w:r w:rsidRPr="00A6250C">
        <w:rPr>
          <w:rFonts w:ascii="Aptos" w:hAnsi="Aptos"/>
          <w:sz w:val="28"/>
          <w:szCs w:val="28"/>
        </w:rPr>
        <w:t>self care</w:t>
      </w:r>
      <w:proofErr w:type="spellEnd"/>
      <w:r w:rsidRPr="00A6250C">
        <w:rPr>
          <w:rFonts w:ascii="Aptos" w:hAnsi="Aptos"/>
          <w:sz w:val="28"/>
          <w:szCs w:val="28"/>
        </w:rPr>
        <w:t xml:space="preserve">, and your connection with healthy people can improve your mental health dramatically. </w:t>
      </w:r>
    </w:p>
    <w:p w:rsidRPr="00F91F87" w:rsidR="00F91F87" w:rsidP="00F91F87" w:rsidRDefault="00F91F87" w14:paraId="4D50D863" w14:textId="48701CB1">
      <w:pPr>
        <w:rPr>
          <w:rFonts w:ascii="Aptos" w:hAnsi="Aptos"/>
          <w:sz w:val="28"/>
          <w:szCs w:val="28"/>
        </w:rPr>
      </w:pPr>
      <w:r w:rsidRPr="00F91F87">
        <w:rPr>
          <w:rFonts w:ascii="Aptos" w:hAnsi="Aptos"/>
          <w:sz w:val="28"/>
          <w:szCs w:val="28"/>
        </w:rPr>
        <w:t>SCSU Resources that can support your mental health:</w:t>
      </w:r>
    </w:p>
    <w:p w:rsidR="00F91F87" w:rsidP="00F91F87" w:rsidRDefault="00F91F87" w14:paraId="2C876BBD" w14:textId="77777777">
      <w:pPr>
        <w:pStyle w:val="ListParagraph"/>
        <w:numPr>
          <w:ilvl w:val="0"/>
          <w:numId w:val="15"/>
        </w:numPr>
        <w:rPr>
          <w:rFonts w:ascii="Aptos" w:hAnsi="Aptos"/>
          <w:sz w:val="28"/>
          <w:szCs w:val="28"/>
        </w:rPr>
      </w:pPr>
      <w:r w:rsidRPr="00F91F87">
        <w:rPr>
          <w:rFonts w:ascii="Aptos" w:hAnsi="Aptos"/>
          <w:sz w:val="28"/>
          <w:szCs w:val="28"/>
        </w:rPr>
        <w:t>Counseling Services (ENG B219)</w:t>
      </w:r>
    </w:p>
    <w:p w:rsidR="00F91F87" w:rsidP="00F91F87" w:rsidRDefault="00F91F87" w14:paraId="5D86A3CB" w14:textId="77777777">
      <w:pPr>
        <w:pStyle w:val="ListParagraph"/>
        <w:numPr>
          <w:ilvl w:val="0"/>
          <w:numId w:val="15"/>
        </w:numPr>
        <w:rPr>
          <w:rFonts w:ascii="Aptos" w:hAnsi="Aptos"/>
          <w:sz w:val="28"/>
          <w:szCs w:val="28"/>
        </w:rPr>
      </w:pPr>
      <w:r w:rsidRPr="00F91F87">
        <w:rPr>
          <w:rFonts w:ascii="Aptos" w:hAnsi="Aptos"/>
          <w:sz w:val="28"/>
          <w:szCs w:val="28"/>
        </w:rPr>
        <w:t>VPAS (SCHWARTZ 100)</w:t>
      </w:r>
    </w:p>
    <w:p w:rsidR="00F91F87" w:rsidP="00F91F87" w:rsidRDefault="00F91F87" w14:paraId="7AFE73DE" w14:textId="7976CC40">
      <w:pPr>
        <w:pStyle w:val="ListParagraph"/>
        <w:numPr>
          <w:ilvl w:val="0"/>
          <w:numId w:val="15"/>
        </w:numPr>
        <w:rPr>
          <w:rFonts w:ascii="Aptos" w:hAnsi="Aptos"/>
          <w:sz w:val="28"/>
          <w:szCs w:val="28"/>
        </w:rPr>
      </w:pPr>
      <w:r w:rsidRPr="00F91F87">
        <w:rPr>
          <w:rFonts w:ascii="Aptos" w:hAnsi="Aptos"/>
          <w:sz w:val="28"/>
          <w:szCs w:val="28"/>
        </w:rPr>
        <w:t>Alcohol and Other Drug Recovery Services (SCHWARTZ 101)</w:t>
      </w:r>
    </w:p>
    <w:p w:rsidRPr="00804D88" w:rsidR="00804D88" w:rsidP="00804D88" w:rsidRDefault="00804D88" w14:paraId="5E04C8C7" w14:textId="42EF178B">
      <w:pPr>
        <w:rPr>
          <w:rFonts w:ascii="Aptos" w:hAnsi="Aptos"/>
          <w:sz w:val="28"/>
          <w:szCs w:val="28"/>
        </w:rPr>
      </w:pPr>
      <w:r w:rsidRPr="4B0EB38A" w:rsidR="5FC44FBD">
        <w:rPr>
          <w:rFonts w:ascii="Aptos" w:hAnsi="Aptos" w:eastAsia="ＭＳ ゴシック" w:cs="" w:eastAsiaTheme="majorEastAsia" w:cstheme="majorBidi"/>
          <w:b w:val="1"/>
          <w:bCs w:val="1"/>
          <w:color w:val="4F81BD" w:themeColor="accent1" w:themeTint="FF" w:themeShade="FF"/>
          <w:sz w:val="28"/>
          <w:szCs w:val="28"/>
        </w:rPr>
        <w:t>Rise &amp; Shine</w:t>
      </w:r>
    </w:p>
    <w:p w:rsidR="393BB82E" w:rsidP="4B0EB38A" w:rsidRDefault="393BB82E" w14:paraId="046D51D3" w14:textId="1898368E">
      <w:pPr>
        <w:rPr>
          <w:rFonts w:ascii="Aptos" w:hAnsi="Aptos"/>
          <w:sz w:val="28"/>
          <w:szCs w:val="28"/>
        </w:rPr>
      </w:pPr>
      <w:r w:rsidRPr="4B0EB38A" w:rsidR="393BB82E">
        <w:rPr>
          <w:rFonts w:ascii="Aptos" w:hAnsi="Aptos"/>
          <w:sz w:val="28"/>
          <w:szCs w:val="28"/>
        </w:rPr>
        <w:t xml:space="preserve">When you first wake up, stay away from your phone for at least 30 minutes </w:t>
      </w:r>
      <w:r w:rsidRPr="4B0EB38A" w:rsidR="393BB82E">
        <w:rPr>
          <w:rFonts w:ascii="Aptos" w:hAnsi="Aptos"/>
          <w:sz w:val="28"/>
          <w:szCs w:val="28"/>
        </w:rPr>
        <w:t>in order to</w:t>
      </w:r>
      <w:r w:rsidRPr="4B0EB38A" w:rsidR="393BB82E">
        <w:rPr>
          <w:rFonts w:ascii="Aptos" w:hAnsi="Aptos"/>
          <w:sz w:val="28"/>
          <w:szCs w:val="28"/>
        </w:rPr>
        <w:t xml:space="preserve"> appropriately wake up your brain in the morning! </w:t>
      </w:r>
    </w:p>
    <w:p w:rsidRPr="00E2051D" w:rsidR="00E2051D" w:rsidRDefault="00E2051D" w14:paraId="265616A5" w14:textId="77777777"/>
    <w:sectPr w:rsidRPr="00E2051D" w:rsidR="00E2051D" w:rsidSect="00034616">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1FF70623"/>
    <w:multiLevelType w:val="multilevel"/>
    <w:tmpl w:val="3BFE0D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DCB7C10"/>
    <w:multiLevelType w:val="hybridMultilevel"/>
    <w:tmpl w:val="86C831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F405871"/>
    <w:multiLevelType w:val="multilevel"/>
    <w:tmpl w:val="5DFAC9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83E5E33"/>
    <w:multiLevelType w:val="hybridMultilevel"/>
    <w:tmpl w:val="360E48E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89D25D5"/>
    <w:multiLevelType w:val="multilevel"/>
    <w:tmpl w:val="2A0A13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DEA1D64"/>
    <w:multiLevelType w:val="hybridMultilevel"/>
    <w:tmpl w:val="713CA0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675328F9"/>
    <w:multiLevelType w:val="multilevel"/>
    <w:tmpl w:val="409271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7F715626"/>
    <w:multiLevelType w:val="multilevel"/>
    <w:tmpl w:val="885483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921530625">
    <w:abstractNumId w:val="8"/>
  </w:num>
  <w:num w:numId="2" w16cid:durableId="1866479018">
    <w:abstractNumId w:val="6"/>
  </w:num>
  <w:num w:numId="3" w16cid:durableId="221409879">
    <w:abstractNumId w:val="5"/>
  </w:num>
  <w:num w:numId="4" w16cid:durableId="393239561">
    <w:abstractNumId w:val="4"/>
  </w:num>
  <w:num w:numId="5" w16cid:durableId="1268537542">
    <w:abstractNumId w:val="7"/>
  </w:num>
  <w:num w:numId="6" w16cid:durableId="1291547924">
    <w:abstractNumId w:val="3"/>
  </w:num>
  <w:num w:numId="7" w16cid:durableId="128786209">
    <w:abstractNumId w:val="2"/>
  </w:num>
  <w:num w:numId="8" w16cid:durableId="274992559">
    <w:abstractNumId w:val="1"/>
  </w:num>
  <w:num w:numId="9" w16cid:durableId="798034170">
    <w:abstractNumId w:val="0"/>
  </w:num>
  <w:num w:numId="10" w16cid:durableId="62024622">
    <w:abstractNumId w:val="12"/>
  </w:num>
  <w:num w:numId="11" w16cid:durableId="1800420321">
    <w:abstractNumId w:val="14"/>
  </w:num>
  <w:num w:numId="12" w16cid:durableId="1634404509">
    <w:abstractNumId w:val="9"/>
  </w:num>
  <w:num w:numId="13" w16cid:durableId="1252619674">
    <w:abstractNumId w:val="15"/>
  </w:num>
  <w:num w:numId="14" w16cid:durableId="845248235">
    <w:abstractNumId w:val="16"/>
  </w:num>
  <w:num w:numId="15" w16cid:durableId="1549414594">
    <w:abstractNumId w:val="10"/>
  </w:num>
  <w:num w:numId="16" w16cid:durableId="1741903092">
    <w:abstractNumId w:val="13"/>
  </w:num>
  <w:num w:numId="17" w16cid:durableId="1937975065">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000"/>
    <w:rsid w:val="000164E9"/>
    <w:rsid w:val="000203DE"/>
    <w:rsid w:val="00034616"/>
    <w:rsid w:val="000366B5"/>
    <w:rsid w:val="0006063C"/>
    <w:rsid w:val="000B1369"/>
    <w:rsid w:val="00110238"/>
    <w:rsid w:val="0015074B"/>
    <w:rsid w:val="00151C41"/>
    <w:rsid w:val="00154F49"/>
    <w:rsid w:val="00181F23"/>
    <w:rsid w:val="001C6020"/>
    <w:rsid w:val="001D0040"/>
    <w:rsid w:val="00210DD6"/>
    <w:rsid w:val="002624E1"/>
    <w:rsid w:val="0029639D"/>
    <w:rsid w:val="002C6454"/>
    <w:rsid w:val="002D59C6"/>
    <w:rsid w:val="00326F90"/>
    <w:rsid w:val="003321C2"/>
    <w:rsid w:val="00333525"/>
    <w:rsid w:val="003433E5"/>
    <w:rsid w:val="003436F2"/>
    <w:rsid w:val="003669DC"/>
    <w:rsid w:val="003703B7"/>
    <w:rsid w:val="003B5585"/>
    <w:rsid w:val="00407A0F"/>
    <w:rsid w:val="00412297"/>
    <w:rsid w:val="00412945"/>
    <w:rsid w:val="004A3DF1"/>
    <w:rsid w:val="004A4DDA"/>
    <w:rsid w:val="004D1438"/>
    <w:rsid w:val="00520D59"/>
    <w:rsid w:val="005377A8"/>
    <w:rsid w:val="005475C0"/>
    <w:rsid w:val="00565E2E"/>
    <w:rsid w:val="005A764D"/>
    <w:rsid w:val="005B0148"/>
    <w:rsid w:val="005B778B"/>
    <w:rsid w:val="006054BC"/>
    <w:rsid w:val="00612B19"/>
    <w:rsid w:val="00623C53"/>
    <w:rsid w:val="006322A9"/>
    <w:rsid w:val="006652BE"/>
    <w:rsid w:val="00671CD2"/>
    <w:rsid w:val="00692100"/>
    <w:rsid w:val="00717C7A"/>
    <w:rsid w:val="00757998"/>
    <w:rsid w:val="00781676"/>
    <w:rsid w:val="00786597"/>
    <w:rsid w:val="00793A4E"/>
    <w:rsid w:val="007A7897"/>
    <w:rsid w:val="00804D88"/>
    <w:rsid w:val="00845E7C"/>
    <w:rsid w:val="00867C30"/>
    <w:rsid w:val="00867DC2"/>
    <w:rsid w:val="008B0B24"/>
    <w:rsid w:val="008E47BC"/>
    <w:rsid w:val="00933B29"/>
    <w:rsid w:val="009361B5"/>
    <w:rsid w:val="009638FA"/>
    <w:rsid w:val="0098414C"/>
    <w:rsid w:val="009A52E5"/>
    <w:rsid w:val="009B601F"/>
    <w:rsid w:val="009C5A9F"/>
    <w:rsid w:val="009F7407"/>
    <w:rsid w:val="00A0373B"/>
    <w:rsid w:val="00A04150"/>
    <w:rsid w:val="00A22526"/>
    <w:rsid w:val="00A44175"/>
    <w:rsid w:val="00A6250C"/>
    <w:rsid w:val="00A63139"/>
    <w:rsid w:val="00A6675A"/>
    <w:rsid w:val="00A93F95"/>
    <w:rsid w:val="00AA1D8D"/>
    <w:rsid w:val="00AA71C8"/>
    <w:rsid w:val="00AA76DA"/>
    <w:rsid w:val="00AD3B64"/>
    <w:rsid w:val="00AD4CB0"/>
    <w:rsid w:val="00B025F4"/>
    <w:rsid w:val="00B03407"/>
    <w:rsid w:val="00B045A7"/>
    <w:rsid w:val="00B2318C"/>
    <w:rsid w:val="00B47730"/>
    <w:rsid w:val="00B87C77"/>
    <w:rsid w:val="00BB0478"/>
    <w:rsid w:val="00BD0C6D"/>
    <w:rsid w:val="00C00CDC"/>
    <w:rsid w:val="00C514DC"/>
    <w:rsid w:val="00C54004"/>
    <w:rsid w:val="00C676C1"/>
    <w:rsid w:val="00CB0664"/>
    <w:rsid w:val="00CB31C7"/>
    <w:rsid w:val="00CC4255"/>
    <w:rsid w:val="00D03508"/>
    <w:rsid w:val="00D073C0"/>
    <w:rsid w:val="00D0743A"/>
    <w:rsid w:val="00D16BA3"/>
    <w:rsid w:val="00D349BE"/>
    <w:rsid w:val="00D47B62"/>
    <w:rsid w:val="00E2051D"/>
    <w:rsid w:val="00E22549"/>
    <w:rsid w:val="00E24934"/>
    <w:rsid w:val="00E42CE5"/>
    <w:rsid w:val="00E43EBE"/>
    <w:rsid w:val="00E55BEA"/>
    <w:rsid w:val="00E826C5"/>
    <w:rsid w:val="00E90A3B"/>
    <w:rsid w:val="00EB7FC9"/>
    <w:rsid w:val="00EC315D"/>
    <w:rsid w:val="00F435B7"/>
    <w:rsid w:val="00F877FF"/>
    <w:rsid w:val="00F91F87"/>
    <w:rsid w:val="00F96F85"/>
    <w:rsid w:val="00FB5B93"/>
    <w:rsid w:val="00FB6E07"/>
    <w:rsid w:val="00FC581E"/>
    <w:rsid w:val="00FC693F"/>
    <w:rsid w:val="00FD020C"/>
    <w:rsid w:val="00FD652A"/>
    <w:rsid w:val="0D8099B8"/>
    <w:rsid w:val="13B13730"/>
    <w:rsid w:val="1438E1E7"/>
    <w:rsid w:val="1ADB458B"/>
    <w:rsid w:val="1B6CE6B1"/>
    <w:rsid w:val="23043CF2"/>
    <w:rsid w:val="26535957"/>
    <w:rsid w:val="2BE6FAA9"/>
    <w:rsid w:val="2F741D71"/>
    <w:rsid w:val="341095F9"/>
    <w:rsid w:val="393BB82E"/>
    <w:rsid w:val="3DEB3E52"/>
    <w:rsid w:val="42984E84"/>
    <w:rsid w:val="44B46CD7"/>
    <w:rsid w:val="456FE658"/>
    <w:rsid w:val="4B0EB38A"/>
    <w:rsid w:val="4DF2113A"/>
    <w:rsid w:val="53A2773D"/>
    <w:rsid w:val="55E4A7F9"/>
    <w:rsid w:val="58BDB873"/>
    <w:rsid w:val="5C4565B1"/>
    <w:rsid w:val="5F381CA1"/>
    <w:rsid w:val="5F40F65B"/>
    <w:rsid w:val="5FC44FBD"/>
    <w:rsid w:val="60B6BEDE"/>
    <w:rsid w:val="615CABA4"/>
    <w:rsid w:val="6160A414"/>
    <w:rsid w:val="69AD1C54"/>
    <w:rsid w:val="71BED2D1"/>
    <w:rsid w:val="75A71DF3"/>
    <w:rsid w:val="78EDD5C1"/>
    <w:rsid w:val="7C45A510"/>
    <w:rsid w:val="7CBC10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9A9E876-9703-4861-BD1A-E55EB9F56D6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2624E1"/>
    <w:rPr>
      <w:color w:val="0000FF" w:themeColor="hyperlink"/>
      <w:u w:val="single"/>
    </w:rPr>
  </w:style>
  <w:style w:type="character" w:styleId="UnresolvedMention">
    <w:name w:val="Unresolved Mention"/>
    <w:basedOn w:val="DefaultParagraphFont"/>
    <w:uiPriority w:val="99"/>
    <w:semiHidden/>
    <w:unhideWhenUsed/>
    <w:rsid w:val="002624E1"/>
    <w:rPr>
      <w:color w:val="605E5C"/>
      <w:shd w:val="clear" w:color="auto" w:fill="E1DFDD"/>
    </w:rPr>
  </w:style>
  <w:style w:type="character" w:styleId="agcmg" w:customStyle="1">
    <w:name w:val="a_gcmg"/>
    <w:basedOn w:val="DefaultParagraphFont"/>
    <w:rsid w:val="00C540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08E6D08800B654C93B623E46CC40CC3" ma:contentTypeVersion="17" ma:contentTypeDescription="Create a new document." ma:contentTypeScope="" ma:versionID="2cc92a8cae197b790b368e7d1ce84e8a">
  <xsd:schema xmlns:xsd="http://www.w3.org/2001/XMLSchema" xmlns:xs="http://www.w3.org/2001/XMLSchema" xmlns:p="http://schemas.microsoft.com/office/2006/metadata/properties" xmlns:ns2="73ed8cf7-b581-404f-a3eb-ed628160d78e" xmlns:ns3="70ed8b40-b8ac-491b-99af-bdb8dab2f531" targetNamespace="http://schemas.microsoft.com/office/2006/metadata/properties" ma:root="true" ma:fieldsID="a420a73d272432eb638bc433933860f7" ns2:_="" ns3:_="">
    <xsd:import namespace="73ed8cf7-b581-404f-a3eb-ed628160d78e"/>
    <xsd:import namespace="70ed8b40-b8ac-491b-99af-bdb8dab2f5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SearchPropertie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d8cf7-b581-404f-a3eb-ed628160d7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c74e64d-0131-43eb-b4ed-e1281b0ac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ed8b40-b8ac-491b-99af-bdb8dab2f5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767f11-5947-4b51-af03-6636568c72a1}" ma:internalName="TaxCatchAll" ma:showField="CatchAllData" ma:web="70ed8b40-b8ac-491b-99af-bdb8dab2f5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0ed8b40-b8ac-491b-99af-bdb8dab2f531" xsi:nil="true"/>
    <lcf76f155ced4ddcb4097134ff3c332f xmlns="73ed8cf7-b581-404f-a3eb-ed628160d7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38DF7760-9337-494A-9593-3CC01A879B85}"/>
</file>

<file path=customXml/itemProps3.xml><?xml version="1.0" encoding="utf-8"?>
<ds:datastoreItem xmlns:ds="http://schemas.openxmlformats.org/officeDocument/2006/customXml" ds:itemID="{DB544B30-FD12-4258-B82C-5E43E7BA8345}"/>
</file>

<file path=customXml/itemProps4.xml><?xml version="1.0" encoding="utf-8"?>
<ds:datastoreItem xmlns:ds="http://schemas.openxmlformats.org/officeDocument/2006/customXml" ds:itemID="{7E30F5CF-7245-419D-A59D-06CC70D7F22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WellStreet Journal Volume 1, Issue 1, Oct 2024</dc:title>
  <dc:subject>Volume 1, Issue 2, November 2024</dc:subject>
  <dc:creator>SCSU Wellbeing Center</dc:creator>
  <cp:keywords/>
  <cp:lastModifiedBy>Simon, Ashley</cp:lastModifiedBy>
  <cp:revision>37</cp:revision>
  <dcterms:created xsi:type="dcterms:W3CDTF">2026-06-16T19:28:00Z</dcterms:created>
  <dcterms:modified xsi:type="dcterms:W3CDTF">2026-07-06T19:10:31Z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0x010100908E6D08800B654C93B623E46CC40CC3</vt:lpwstr>
  </property>
</Properties>
</file>