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373B" w:rsidR="00D03508" w:rsidP="25A68C54" w:rsidRDefault="00000000" w14:paraId="247F389A" w14:textId="221757D2">
      <w:pPr>
        <w:pStyle w:val="Heading1"/>
        <w:spacing w:line="360" w:lineRule="auto"/>
        <w:rPr>
          <w:rFonts w:ascii="Aptos" w:hAnsi="Aptos"/>
          <w:color w:val="0070C0"/>
          <w:sz w:val="36"/>
          <w:szCs w:val="36"/>
        </w:rPr>
      </w:pPr>
      <w:r w:rsidRPr="77059F4C" w:rsidR="699C896E">
        <w:rPr>
          <w:rFonts w:ascii="Aptos" w:hAnsi="Aptos"/>
          <w:color w:val="0070C0"/>
          <w:sz w:val="36"/>
          <w:szCs w:val="36"/>
        </w:rPr>
        <w:t xml:space="preserve">The </w:t>
      </w:r>
      <w:r w:rsidRPr="77059F4C" w:rsidR="699C896E">
        <w:rPr>
          <w:rFonts w:ascii="Aptos" w:hAnsi="Aptos"/>
          <w:color w:val="0070C0"/>
          <w:sz w:val="36"/>
          <w:szCs w:val="36"/>
        </w:rPr>
        <w:t>WellStreet</w:t>
      </w:r>
      <w:r w:rsidRPr="77059F4C" w:rsidR="699C896E">
        <w:rPr>
          <w:rFonts w:ascii="Aptos" w:hAnsi="Aptos"/>
          <w:color w:val="0070C0"/>
          <w:sz w:val="36"/>
          <w:szCs w:val="36"/>
        </w:rPr>
        <w:t xml:space="preserve"> Journal </w:t>
      </w:r>
      <w:r w:rsidRPr="77059F4C" w:rsidR="297ACE93">
        <w:rPr>
          <w:rFonts w:ascii="Aptos" w:hAnsi="Aptos"/>
          <w:color w:val="0070C0"/>
          <w:sz w:val="36"/>
          <w:szCs w:val="36"/>
        </w:rPr>
        <w:t>from</w:t>
      </w:r>
      <w:r w:rsidRPr="77059F4C" w:rsidR="5ED27E99">
        <w:rPr>
          <w:rFonts w:ascii="Aptos" w:hAnsi="Aptos"/>
          <w:color w:val="0070C0"/>
          <w:sz w:val="36"/>
          <w:szCs w:val="36"/>
        </w:rPr>
        <w:t xml:space="preserve"> </w:t>
      </w:r>
      <w:r w:rsidRPr="77059F4C" w:rsidR="33FC5E5C">
        <w:rPr>
          <w:rFonts w:ascii="Aptos" w:hAnsi="Aptos"/>
          <w:color w:val="0070C0"/>
          <w:sz w:val="36"/>
          <w:szCs w:val="36"/>
        </w:rPr>
        <w:t>May</w:t>
      </w:r>
      <w:r w:rsidRPr="77059F4C" w:rsidR="5453A648">
        <w:rPr>
          <w:rFonts w:ascii="Aptos" w:hAnsi="Aptos"/>
          <w:color w:val="0070C0"/>
          <w:sz w:val="36"/>
          <w:szCs w:val="36"/>
        </w:rPr>
        <w:t xml:space="preserve"> </w:t>
      </w:r>
      <w:r w:rsidRPr="77059F4C" w:rsidR="699C896E">
        <w:rPr>
          <w:rFonts w:ascii="Aptos" w:hAnsi="Aptos"/>
          <w:color w:val="0070C0"/>
          <w:sz w:val="36"/>
          <w:szCs w:val="36"/>
        </w:rPr>
        <w:t>202</w:t>
      </w:r>
      <w:r w:rsidRPr="77059F4C" w:rsidR="38A02B87">
        <w:rPr>
          <w:rFonts w:ascii="Aptos" w:hAnsi="Aptos"/>
          <w:color w:val="0070C0"/>
          <w:sz w:val="36"/>
          <w:szCs w:val="36"/>
        </w:rPr>
        <w:t>5</w:t>
      </w:r>
    </w:p>
    <w:p w:rsidRPr="00A0373B" w:rsidR="00D03508" w:rsidP="25A68C54" w:rsidRDefault="00000000" w14:paraId="3FAB37D9" w14:textId="085BEBA6">
      <w:pPr>
        <w:spacing w:line="360" w:lineRule="auto"/>
      </w:pPr>
      <w:r w:rsidRPr="77059F4C" w:rsidR="313E13CD">
        <w:rPr>
          <w:rFonts w:ascii="Aptos" w:hAnsi="Aptos"/>
          <w:sz w:val="28"/>
          <w:szCs w:val="28"/>
        </w:rPr>
        <w:t>Th</w:t>
      </w:r>
      <w:r w:rsidRPr="77059F4C" w:rsidR="4DA2D0CE">
        <w:rPr>
          <w:rFonts w:ascii="Aptos" w:hAnsi="Aptos"/>
          <w:sz w:val="28"/>
          <w:szCs w:val="28"/>
        </w:rPr>
        <w:t xml:space="preserve">is month on </w:t>
      </w:r>
      <w:r w:rsidRPr="77059F4C" w:rsidR="4DA2D0CE">
        <w:rPr>
          <w:rFonts w:ascii="Aptos" w:hAnsi="Aptos"/>
          <w:sz w:val="28"/>
          <w:szCs w:val="28"/>
        </w:rPr>
        <w:t>WellStreet</w:t>
      </w:r>
      <w:r w:rsidRPr="77059F4C" w:rsidR="4DA2D0CE">
        <w:rPr>
          <w:rFonts w:ascii="Aptos" w:hAnsi="Aptos"/>
          <w:sz w:val="28"/>
          <w:szCs w:val="28"/>
        </w:rPr>
        <w:t xml:space="preserve"> Journal</w:t>
      </w:r>
    </w:p>
    <w:p w:rsidR="108C83D0" w:rsidP="77059F4C" w:rsidRDefault="108C83D0" w14:paraId="6A6EF42B" w14:textId="49EE47DB">
      <w:pPr>
        <w:pStyle w:val="Normal"/>
        <w:spacing w:line="360" w:lineRule="auto"/>
      </w:pPr>
      <w:r w:rsidRPr="77059F4C" w:rsidR="108C83D0">
        <w:rPr>
          <w:rFonts w:ascii="Aptos" w:hAnsi="Aptos" w:eastAsia="Aptos" w:cs="Aptos"/>
          <w:b w:val="0"/>
          <w:bCs w:val="0"/>
          <w:i w:val="0"/>
          <w:iCs w:val="0"/>
          <w:noProof w:val="0"/>
          <w:sz w:val="28"/>
          <w:szCs w:val="28"/>
          <w:lang w:val="en-US"/>
        </w:rPr>
        <w:t xml:space="preserve">School’s </w:t>
      </w:r>
      <w:r w:rsidRPr="77059F4C" w:rsidR="108C83D0">
        <w:rPr>
          <w:rFonts w:ascii="Aptos" w:hAnsi="Aptos" w:eastAsia="Aptos" w:cs="Aptos"/>
          <w:b w:val="0"/>
          <w:bCs w:val="0"/>
          <w:i w:val="0"/>
          <w:iCs w:val="0"/>
          <w:noProof w:val="0"/>
          <w:sz w:val="28"/>
          <w:szCs w:val="28"/>
          <w:lang w:val="en-US"/>
        </w:rPr>
        <w:t>almost out</w:t>
      </w:r>
      <w:r w:rsidRPr="77059F4C" w:rsidR="108C83D0">
        <w:rPr>
          <w:rFonts w:ascii="Aptos" w:hAnsi="Aptos" w:eastAsia="Aptos" w:cs="Aptos"/>
          <w:b w:val="0"/>
          <w:bCs w:val="0"/>
          <w:i w:val="0"/>
          <w:iCs w:val="0"/>
          <w:noProof w:val="0"/>
          <w:sz w:val="28"/>
          <w:szCs w:val="28"/>
          <w:lang w:val="en-US"/>
        </w:rPr>
        <w:t xml:space="preserve"> and </w:t>
      </w:r>
      <w:r w:rsidRPr="77059F4C" w:rsidR="108C83D0">
        <w:rPr>
          <w:rFonts w:ascii="Aptos" w:hAnsi="Aptos" w:eastAsia="Aptos" w:cs="Aptos"/>
          <w:noProof w:val="0"/>
          <w:sz w:val="28"/>
          <w:szCs w:val="28"/>
          <w:lang w:val="en-US"/>
        </w:rPr>
        <w:t>summer's</w:t>
      </w:r>
      <w:r w:rsidRPr="77059F4C" w:rsidR="108C83D0">
        <w:rPr>
          <w:rFonts w:ascii="Aptos" w:hAnsi="Aptos" w:eastAsia="Aptos" w:cs="Aptos"/>
          <w:b w:val="0"/>
          <w:bCs w:val="0"/>
          <w:i w:val="0"/>
          <w:iCs w:val="0"/>
          <w:noProof w:val="0"/>
          <w:sz w:val="28"/>
          <w:szCs w:val="28"/>
          <w:lang w:val="en-US"/>
        </w:rPr>
        <w:t xml:space="preserve"> on the way!</w:t>
      </w:r>
    </w:p>
    <w:p w:rsidR="108C83D0" w:rsidP="77059F4C" w:rsidRDefault="108C83D0" w14:paraId="34223158" w14:textId="630E9E0C">
      <w:pPr>
        <w:pStyle w:val="Normal"/>
        <w:spacing w:line="360" w:lineRule="auto"/>
      </w:pPr>
      <w:r w:rsidRPr="77059F4C" w:rsidR="108C83D0">
        <w:rPr>
          <w:rFonts w:ascii="Aptos" w:hAnsi="Aptos" w:eastAsia="Aptos" w:cs="Aptos"/>
          <w:b w:val="0"/>
          <w:bCs w:val="0"/>
          <w:i w:val="0"/>
          <w:iCs w:val="0"/>
          <w:noProof w:val="0"/>
          <w:sz w:val="28"/>
          <w:szCs w:val="28"/>
          <w:lang w:val="en-US"/>
        </w:rPr>
        <w:t>To our amazing graduates and students—congratulations on finishing the semester! Your resilience, hard work, and growth this year have not gone unnoticed. Whether you crossed the stage or simply crossed the finish line of finals, take a moment to celebrate all you’ve overcome.</w:t>
      </w:r>
    </w:p>
    <w:p w:rsidR="108C83D0" w:rsidP="77059F4C" w:rsidRDefault="108C83D0" w14:paraId="714603EB" w14:textId="4ABD674C">
      <w:pPr>
        <w:pStyle w:val="Normal"/>
        <w:spacing w:line="360" w:lineRule="auto"/>
        <w:rPr>
          <w:rFonts w:ascii="Aptos" w:hAnsi="Aptos" w:eastAsia="Aptos" w:cs="Aptos"/>
          <w:b w:val="0"/>
          <w:bCs w:val="0"/>
          <w:i w:val="0"/>
          <w:iCs w:val="0"/>
          <w:noProof w:val="0"/>
          <w:color w:val="0070C0"/>
          <w:sz w:val="28"/>
          <w:szCs w:val="28"/>
          <w:lang w:val="en-US"/>
        </w:rPr>
      </w:pPr>
      <w:r w:rsidRPr="77059F4C" w:rsidR="108C83D0">
        <w:rPr>
          <w:rFonts w:ascii="Aptos" w:hAnsi="Aptos" w:eastAsia="Aptos" w:cs="Aptos"/>
          <w:b w:val="0"/>
          <w:bCs w:val="0"/>
          <w:i w:val="0"/>
          <w:iCs w:val="0"/>
          <w:noProof w:val="0"/>
          <w:color w:val="0070C0"/>
          <w:sz w:val="28"/>
          <w:szCs w:val="28"/>
          <w:lang w:val="en-US"/>
        </w:rPr>
        <w:t>Mental</w:t>
      </w:r>
      <w:r w:rsidRPr="77059F4C" w:rsidR="108C83D0">
        <w:rPr>
          <w:rFonts w:ascii="Aptos" w:hAnsi="Aptos" w:eastAsia="Aptos" w:cs="Aptos"/>
          <w:b w:val="0"/>
          <w:bCs w:val="0"/>
          <w:i w:val="0"/>
          <w:iCs w:val="0"/>
          <w:noProof w:val="0"/>
          <w:color w:val="0070C0"/>
          <w:sz w:val="28"/>
          <w:szCs w:val="28"/>
          <w:lang w:val="en-US"/>
        </w:rPr>
        <w:t xml:space="preserve"> Health Awareness Month</w:t>
      </w:r>
    </w:p>
    <w:p w:rsidR="108C83D0" w:rsidP="77059F4C" w:rsidRDefault="108C83D0" w14:paraId="06ACB9F2" w14:textId="6E85731B">
      <w:pPr>
        <w:pStyle w:val="Normal"/>
        <w:spacing w:line="360" w:lineRule="auto"/>
        <w:rPr>
          <w:rFonts w:ascii="Aptos" w:hAnsi="Aptos" w:eastAsia="Aptos" w:cs="Aptos"/>
          <w:b w:val="0"/>
          <w:bCs w:val="0"/>
          <w:i w:val="0"/>
          <w:iCs w:val="0"/>
          <w:noProof w:val="0"/>
          <w:sz w:val="28"/>
          <w:szCs w:val="28"/>
          <w:lang w:val="en-US"/>
        </w:rPr>
      </w:pPr>
      <w:r w:rsidRPr="77059F4C" w:rsidR="108C83D0">
        <w:rPr>
          <w:rFonts w:ascii="Aptos" w:hAnsi="Aptos" w:eastAsia="Aptos" w:cs="Aptos"/>
          <w:b w:val="0"/>
          <w:bCs w:val="0"/>
          <w:i w:val="0"/>
          <w:iCs w:val="0"/>
          <w:noProof w:val="0"/>
          <w:sz w:val="28"/>
          <w:szCs w:val="28"/>
          <w:lang w:val="en-US"/>
        </w:rPr>
        <w:t>May is Mental Health Awareness Month—a time to reflect, recharge, and remind ourselves that mental health is just as important as physical health. Whether you're learning how to set boundaries, seeking support, or simply taking a breath, every step toward wellness matters.</w:t>
      </w:r>
    </w:p>
    <w:p w:rsidRPr="00A0373B" w:rsidR="00D03508" w:rsidP="25A68C54" w:rsidRDefault="00000000" w14:paraId="268A59BF" w14:textId="77777777">
      <w:pPr>
        <w:pStyle w:val="Heading2"/>
        <w:spacing w:line="360" w:lineRule="auto"/>
        <w:rPr>
          <w:rFonts w:ascii="Aptos" w:hAnsi="Aptos"/>
          <w:color w:val="0070C0"/>
          <w:sz w:val="32"/>
          <w:szCs w:val="32"/>
        </w:rPr>
      </w:pPr>
      <w:r w:rsidRPr="77059F4C" w:rsidR="57C6CAA3">
        <w:rPr>
          <w:rFonts w:ascii="Aptos" w:hAnsi="Aptos"/>
          <w:color w:val="0070C0"/>
          <w:sz w:val="32"/>
          <w:szCs w:val="32"/>
        </w:rPr>
        <w:t>Quote of the Day</w:t>
      </w:r>
    </w:p>
    <w:p w:rsidR="6F9E4E17" w:rsidP="77059F4C" w:rsidRDefault="6F9E4E17" w14:paraId="3049D985" w14:textId="45FF9938">
      <w:pPr>
        <w:pStyle w:val="Normal"/>
        <w:spacing w:before="240" w:beforeAutospacing="off" w:after="240" w:afterAutospacing="off" w:line="360" w:lineRule="auto"/>
      </w:pPr>
      <w:r w:rsidRPr="77059F4C" w:rsidR="25A891E1">
        <w:rPr>
          <w:rFonts w:ascii="Aptos" w:hAnsi="Aptos" w:eastAsia="Aptos" w:cs="Aptos"/>
          <w:b w:val="0"/>
          <w:bCs w:val="0"/>
          <w:i w:val="0"/>
          <w:iCs w:val="0"/>
          <w:noProof w:val="0"/>
          <w:sz w:val="28"/>
          <w:szCs w:val="28"/>
          <w:lang w:val="en-US"/>
        </w:rPr>
        <w:t xml:space="preserve">“You </w:t>
      </w:r>
      <w:r w:rsidRPr="77059F4C" w:rsidR="25A891E1">
        <w:rPr>
          <w:rFonts w:ascii="Aptos" w:hAnsi="Aptos" w:eastAsia="Aptos" w:cs="Aptos"/>
          <w:b w:val="0"/>
          <w:bCs w:val="0"/>
          <w:i w:val="0"/>
          <w:iCs w:val="0"/>
          <w:noProof w:val="0"/>
          <w:sz w:val="28"/>
          <w:szCs w:val="28"/>
          <w:lang w:val="en-US"/>
        </w:rPr>
        <w:t>don't</w:t>
      </w:r>
      <w:r w:rsidRPr="77059F4C" w:rsidR="25A891E1">
        <w:rPr>
          <w:rFonts w:ascii="Aptos" w:hAnsi="Aptos" w:eastAsia="Aptos" w:cs="Aptos"/>
          <w:b w:val="0"/>
          <w:bCs w:val="0"/>
          <w:i w:val="0"/>
          <w:iCs w:val="0"/>
          <w:noProof w:val="0"/>
          <w:sz w:val="28"/>
          <w:szCs w:val="28"/>
          <w:lang w:val="en-US"/>
        </w:rPr>
        <w:t xml:space="preserve"> have to control your thoughts. You just have to stop letting them control you."</w:t>
      </w:r>
      <w:r w:rsidRPr="77059F4C" w:rsidR="6A389C68">
        <w:rPr>
          <w:rFonts w:ascii="Aptos" w:hAnsi="Aptos" w:eastAsia="Aptos" w:cs="Aptos"/>
          <w:b w:val="0"/>
          <w:bCs w:val="0"/>
          <w:i w:val="0"/>
          <w:iCs w:val="0"/>
          <w:noProof w:val="0"/>
          <w:sz w:val="28"/>
          <w:szCs w:val="28"/>
          <w:lang w:val="en-US"/>
        </w:rPr>
        <w:t xml:space="preserve"> </w:t>
      </w:r>
      <w:r w:rsidRPr="77059F4C" w:rsidR="6A389C68">
        <w:rPr>
          <w:rFonts w:ascii="Aptos" w:hAnsi="Aptos" w:eastAsia="Aptos" w:cs="Aptos"/>
          <w:b w:val="0"/>
          <w:bCs w:val="0"/>
          <w:i w:val="0"/>
          <w:iCs w:val="0"/>
          <w:noProof w:val="0"/>
          <w:sz w:val="28"/>
          <w:szCs w:val="28"/>
          <w:lang w:val="en-US"/>
        </w:rPr>
        <w:t xml:space="preserve">Quote by </w:t>
      </w:r>
      <w:r w:rsidRPr="77059F4C" w:rsidR="4EF05A1A">
        <w:rPr>
          <w:rFonts w:ascii="Aptos" w:hAnsi="Aptos" w:eastAsia="Aptos" w:cs="Aptos"/>
          <w:b w:val="0"/>
          <w:bCs w:val="0"/>
          <w:i w:val="0"/>
          <w:iCs w:val="0"/>
          <w:noProof w:val="0"/>
          <w:sz w:val="28"/>
          <w:szCs w:val="28"/>
          <w:lang w:val="en-US"/>
        </w:rPr>
        <w:t>Dana Millman</w:t>
      </w:r>
    </w:p>
    <w:p w:rsidR="6F9E4E17" w:rsidP="25A68C54" w:rsidRDefault="6F9E4E17" w14:paraId="0F405E78" w14:textId="3ECF962A">
      <w:pPr>
        <w:pStyle w:val="Heading2"/>
        <w:spacing w:line="360" w:lineRule="auto"/>
      </w:pPr>
      <w:r w:rsidRPr="77059F4C" w:rsidR="4235EEF6">
        <w:rPr>
          <w:rFonts w:ascii="Aptos" w:hAnsi="Aptos"/>
          <w:color w:val="0070C0"/>
          <w:sz w:val="32"/>
          <w:szCs w:val="32"/>
        </w:rPr>
        <w:t>Wellness on the Way: Upcoming Events</w:t>
      </w:r>
    </w:p>
    <w:p w:rsidR="25F82318" w:rsidP="77059F4C" w:rsidRDefault="25F82318" w14:paraId="61F91B88" w14:textId="719FDC98">
      <w:pPr>
        <w:pStyle w:val="Normal"/>
        <w:suppressLineNumbers w:val="0"/>
        <w:bidi w:val="0"/>
        <w:spacing w:before="240" w:beforeAutospacing="off" w:after="240" w:afterAutospacing="off" w:line="360" w:lineRule="auto"/>
        <w:ind w:left="0" w:right="0"/>
        <w:jc w:val="left"/>
      </w:pPr>
      <w:r w:rsidRPr="77059F4C" w:rsidR="25F82318">
        <w:rPr>
          <w:rFonts w:ascii="Aptos" w:hAnsi="Aptos" w:eastAsia="Aptos" w:cs="Aptos"/>
          <w:b w:val="1"/>
          <w:bCs w:val="1"/>
          <w:i w:val="0"/>
          <w:iCs w:val="0"/>
          <w:caps w:val="0"/>
          <w:smallCaps w:val="0"/>
          <w:noProof w:val="0"/>
          <w:color w:val="0070C0"/>
          <w:sz w:val="28"/>
          <w:szCs w:val="28"/>
          <w:lang w:val="en-US"/>
        </w:rPr>
        <w:t xml:space="preserve">Clear Your Clutter Event </w:t>
      </w:r>
    </w:p>
    <w:p w:rsidR="25F82318" w:rsidP="77059F4C" w:rsidRDefault="25F82318" w14:paraId="440AF51E" w14:textId="05F2DA80">
      <w:pPr>
        <w:pStyle w:val="Normal"/>
        <w:spacing w:before="240" w:beforeAutospacing="off" w:after="240" w:afterAutospacing="off" w:line="360" w:lineRule="auto"/>
      </w:pPr>
      <w:r w:rsidRPr="77059F4C" w:rsidR="25F82318">
        <w:rPr>
          <w:rFonts w:ascii="Aptos" w:hAnsi="Aptos" w:eastAsia="Aptos" w:cs="Aptos"/>
          <w:b w:val="0"/>
          <w:bCs w:val="0"/>
          <w:i w:val="0"/>
          <w:iCs w:val="0"/>
          <w:caps w:val="0"/>
          <w:smallCaps w:val="0"/>
          <w:noProof w:val="0"/>
          <w:color w:val="auto"/>
          <w:sz w:val="28"/>
          <w:szCs w:val="28"/>
          <w:lang w:val="en-US"/>
        </w:rPr>
        <w:t xml:space="preserve">Wednesday, April </w:t>
      </w:r>
      <w:r w:rsidRPr="77059F4C" w:rsidR="25F82318">
        <w:rPr>
          <w:rFonts w:ascii="Aptos" w:hAnsi="Aptos" w:eastAsia="Aptos" w:cs="Aptos"/>
          <w:noProof w:val="0"/>
          <w:sz w:val="28"/>
          <w:szCs w:val="28"/>
          <w:lang w:val="en-US"/>
        </w:rPr>
        <w:t>30th, from</w:t>
      </w:r>
      <w:r w:rsidRPr="77059F4C" w:rsidR="25F82318">
        <w:rPr>
          <w:rFonts w:ascii="Aptos" w:hAnsi="Aptos" w:eastAsia="Aptos" w:cs="Aptos"/>
          <w:b w:val="0"/>
          <w:bCs w:val="0"/>
          <w:i w:val="0"/>
          <w:iCs w:val="0"/>
          <w:caps w:val="0"/>
          <w:smallCaps w:val="0"/>
          <w:noProof w:val="0"/>
          <w:color w:val="auto"/>
          <w:sz w:val="28"/>
          <w:szCs w:val="28"/>
          <w:lang w:val="en-US"/>
        </w:rPr>
        <w:t xml:space="preserve"> 1</w:t>
      </w:r>
      <w:r w:rsidRPr="77059F4C" w:rsidR="25F82318">
        <w:rPr>
          <w:rFonts w:ascii="Aptos" w:hAnsi="Aptos" w:eastAsia="Aptos" w:cs="Aptos"/>
          <w:noProof w:val="0"/>
          <w:sz w:val="28"/>
          <w:szCs w:val="28"/>
          <w:lang w:val="en-US"/>
        </w:rPr>
        <w:t>:00 to</w:t>
      </w:r>
      <w:r w:rsidRPr="77059F4C" w:rsidR="25F82318">
        <w:rPr>
          <w:rFonts w:ascii="Aptos" w:hAnsi="Aptos" w:eastAsia="Aptos" w:cs="Aptos"/>
          <w:b w:val="0"/>
          <w:bCs w:val="0"/>
          <w:i w:val="0"/>
          <w:iCs w:val="0"/>
          <w:caps w:val="0"/>
          <w:smallCaps w:val="0"/>
          <w:noProof w:val="0"/>
          <w:color w:val="auto"/>
          <w:sz w:val="28"/>
          <w:szCs w:val="28"/>
          <w:lang w:val="en-US"/>
        </w:rPr>
        <w:t xml:space="preserve"> 2:00 PM in ASC 201</w:t>
      </w:r>
    </w:p>
    <w:p w:rsidR="25F82318" w:rsidP="77059F4C" w:rsidRDefault="25F82318" w14:paraId="6C1AEE95" w14:textId="6AC443B0">
      <w:pPr>
        <w:pStyle w:val="Normal"/>
        <w:spacing w:before="240" w:beforeAutospacing="off" w:after="240" w:afterAutospacing="off" w:line="360" w:lineRule="auto"/>
      </w:pPr>
      <w:r w:rsidRPr="77059F4C" w:rsidR="25F82318">
        <w:rPr>
          <w:rFonts w:ascii="Aptos" w:hAnsi="Aptos" w:eastAsia="Aptos" w:cs="Aptos"/>
          <w:b w:val="0"/>
          <w:bCs w:val="0"/>
          <w:i w:val="0"/>
          <w:iCs w:val="0"/>
          <w:noProof w:val="0"/>
          <w:sz w:val="28"/>
          <w:szCs w:val="28"/>
          <w:lang w:val="en-US"/>
        </w:rPr>
        <w:t xml:space="preserve">A cluttered space can lead to a cluttered mind. Join us for a hands-on workshop where </w:t>
      </w:r>
      <w:r w:rsidRPr="77059F4C" w:rsidR="25F82318">
        <w:rPr>
          <w:rFonts w:ascii="Aptos" w:hAnsi="Aptos" w:eastAsia="Aptos" w:cs="Aptos"/>
          <w:b w:val="0"/>
          <w:bCs w:val="0"/>
          <w:i w:val="0"/>
          <w:iCs w:val="0"/>
          <w:noProof w:val="0"/>
          <w:sz w:val="28"/>
          <w:szCs w:val="28"/>
          <w:lang w:val="en-US"/>
        </w:rPr>
        <w:t>you'll</w:t>
      </w:r>
      <w:r w:rsidRPr="77059F4C" w:rsidR="25F82318">
        <w:rPr>
          <w:rFonts w:ascii="Aptos" w:hAnsi="Aptos" w:eastAsia="Aptos" w:cs="Aptos"/>
          <w:b w:val="0"/>
          <w:bCs w:val="0"/>
          <w:i w:val="0"/>
          <w:iCs w:val="0"/>
          <w:noProof w:val="0"/>
          <w:sz w:val="28"/>
          <w:szCs w:val="28"/>
          <w:lang w:val="en-US"/>
        </w:rPr>
        <w:t xml:space="preserve"> explore </w:t>
      </w:r>
      <w:r w:rsidRPr="77059F4C" w:rsidR="25F82318">
        <w:rPr>
          <w:rFonts w:ascii="Aptos" w:hAnsi="Aptos" w:eastAsia="Aptos" w:cs="Aptos"/>
          <w:b w:val="1"/>
          <w:bCs w:val="1"/>
          <w:i w:val="0"/>
          <w:iCs w:val="0"/>
          <w:noProof w:val="0"/>
          <w:sz w:val="28"/>
          <w:szCs w:val="28"/>
          <w:lang w:val="en-US"/>
        </w:rPr>
        <w:t>simple strategies to organize your surroundings and reduce mental overwhelm</w:t>
      </w:r>
      <w:r w:rsidRPr="77059F4C" w:rsidR="25F82318">
        <w:rPr>
          <w:rFonts w:ascii="Aptos" w:hAnsi="Aptos" w:eastAsia="Aptos" w:cs="Aptos"/>
          <w:b w:val="0"/>
          <w:bCs w:val="0"/>
          <w:i w:val="0"/>
          <w:iCs w:val="0"/>
          <w:noProof w:val="0"/>
          <w:sz w:val="28"/>
          <w:szCs w:val="28"/>
          <w:lang w:val="en-US"/>
        </w:rPr>
        <w:t>, helping you feel more focused, refreshed, and in control.</w:t>
      </w:r>
    </w:p>
    <w:p w:rsidR="5EB526F6" w:rsidP="77059F4C" w:rsidRDefault="5EB526F6" w14:paraId="20DFD543" w14:textId="6FAF86E8">
      <w:pPr>
        <w:pStyle w:val="Normal"/>
        <w:suppressLineNumbers w:val="0"/>
        <w:bidi w:val="0"/>
        <w:spacing w:before="240" w:beforeAutospacing="off" w:after="240" w:afterAutospacing="off" w:line="360" w:lineRule="auto"/>
        <w:ind w:left="0" w:right="0"/>
        <w:jc w:val="left"/>
        <w:rPr>
          <w:rFonts w:ascii="Aptos" w:hAnsi="Aptos" w:eastAsia="Aptos" w:cs="Aptos"/>
          <w:b w:val="1"/>
          <w:bCs w:val="1"/>
          <w:i w:val="0"/>
          <w:iCs w:val="0"/>
          <w:caps w:val="0"/>
          <w:smallCaps w:val="0"/>
          <w:noProof w:val="0"/>
          <w:color w:val="0070C0"/>
          <w:sz w:val="28"/>
          <w:szCs w:val="28"/>
          <w:lang w:val="en-US"/>
        </w:rPr>
      </w:pPr>
      <w:r w:rsidRPr="77059F4C" w:rsidR="5EB526F6">
        <w:rPr>
          <w:rFonts w:ascii="Aptos" w:hAnsi="Aptos" w:eastAsia="Aptos" w:cs="Aptos"/>
          <w:b w:val="1"/>
          <w:bCs w:val="1"/>
          <w:i w:val="0"/>
          <w:iCs w:val="0"/>
          <w:caps w:val="0"/>
          <w:smallCaps w:val="0"/>
          <w:noProof w:val="0"/>
          <w:color w:val="0070C0"/>
          <w:sz w:val="28"/>
          <w:szCs w:val="28"/>
          <w:lang w:val="en-US"/>
        </w:rPr>
        <w:t>Out of the Darkness: Suicide Prevention Walk and Resource Fair</w:t>
      </w:r>
    </w:p>
    <w:p w:rsidR="1F8765A8" w:rsidP="77059F4C" w:rsidRDefault="1F8765A8" w14:paraId="120CA0A6" w14:textId="1C04FEA6">
      <w:pPr>
        <w:pStyle w:val="Normal"/>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77059F4C" w:rsidR="1F8765A8">
        <w:rPr>
          <w:rFonts w:ascii="Aptos" w:hAnsi="Aptos" w:eastAsia="Aptos" w:cs="Aptos"/>
          <w:b w:val="0"/>
          <w:bCs w:val="0"/>
          <w:i w:val="0"/>
          <w:iCs w:val="0"/>
          <w:caps w:val="0"/>
          <w:smallCaps w:val="0"/>
          <w:noProof w:val="0"/>
          <w:sz w:val="28"/>
          <w:szCs w:val="28"/>
          <w:lang w:val="en-US"/>
        </w:rPr>
        <w:t>Thursday, May 1</w:t>
      </w:r>
      <w:r w:rsidRPr="77059F4C" w:rsidR="1F8765A8">
        <w:rPr>
          <w:rFonts w:ascii="Aptos" w:hAnsi="Aptos" w:eastAsia="Aptos" w:cs="Aptos"/>
          <w:b w:val="0"/>
          <w:bCs w:val="0"/>
          <w:i w:val="0"/>
          <w:iCs w:val="0"/>
          <w:caps w:val="0"/>
          <w:smallCaps w:val="0"/>
          <w:noProof w:val="0"/>
          <w:sz w:val="28"/>
          <w:szCs w:val="28"/>
          <w:vertAlign w:val="superscript"/>
          <w:lang w:val="en-US"/>
        </w:rPr>
        <w:t>st</w:t>
      </w:r>
      <w:r w:rsidRPr="77059F4C" w:rsidR="1F8765A8">
        <w:rPr>
          <w:rFonts w:ascii="Aptos" w:hAnsi="Aptos" w:eastAsia="Aptos" w:cs="Aptos"/>
          <w:b w:val="0"/>
          <w:bCs w:val="0"/>
          <w:i w:val="0"/>
          <w:iCs w:val="0"/>
          <w:caps w:val="0"/>
          <w:smallCaps w:val="0"/>
          <w:noProof w:val="0"/>
          <w:sz w:val="28"/>
          <w:szCs w:val="28"/>
          <w:lang w:val="en-US"/>
        </w:rPr>
        <w:t xml:space="preserve"> from </w:t>
      </w:r>
      <w:r w:rsidRPr="77059F4C" w:rsidR="1F8765A8">
        <w:rPr>
          <w:rFonts w:ascii="Aptos" w:hAnsi="Aptos" w:eastAsia="Aptos" w:cs="Aptos"/>
          <w:noProof w:val="0"/>
          <w:sz w:val="28"/>
          <w:szCs w:val="28"/>
          <w:lang w:val="en-US"/>
        </w:rPr>
        <w:t>2:00 to 4:00</w:t>
      </w:r>
      <w:r w:rsidRPr="77059F4C" w:rsidR="1F8765A8">
        <w:rPr>
          <w:rFonts w:ascii="Aptos" w:hAnsi="Aptos" w:eastAsia="Aptos" w:cs="Aptos"/>
          <w:b w:val="0"/>
          <w:bCs w:val="0"/>
          <w:i w:val="0"/>
          <w:iCs w:val="0"/>
          <w:caps w:val="0"/>
          <w:smallCaps w:val="0"/>
          <w:noProof w:val="0"/>
          <w:sz w:val="28"/>
          <w:szCs w:val="28"/>
          <w:lang w:val="en-US"/>
        </w:rPr>
        <w:t xml:space="preserve"> pm in the Academic Quad – Buley Library</w:t>
      </w:r>
    </w:p>
    <w:p w:rsidR="3934FD59" w:rsidP="77059F4C" w:rsidRDefault="3934FD59" w14:paraId="70066B00" w14:textId="25CA5550">
      <w:p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8"/>
          <w:szCs w:val="28"/>
          <w:lang w:val="en-US"/>
        </w:rPr>
      </w:pPr>
      <w:r w:rsidRPr="77059F4C" w:rsidR="3934FD59">
        <w:rPr>
          <w:rFonts w:ascii="Aptos" w:hAnsi="Aptos" w:eastAsia="Aptos" w:cs="Aptos"/>
          <w:b w:val="0"/>
          <w:bCs w:val="0"/>
          <w:i w:val="0"/>
          <w:iCs w:val="0"/>
          <w:caps w:val="0"/>
          <w:smallCaps w:val="0"/>
          <w:noProof w:val="0"/>
          <w:color w:val="000000" w:themeColor="text1" w:themeTint="FF" w:themeShade="FF"/>
          <w:sz w:val="28"/>
          <w:szCs w:val="28"/>
          <w:lang w:val="en-US"/>
        </w:rPr>
        <w:t>Join us in solidarity as we honor those impacted by suicide and work towards a future of hope and prevention. Whether you walk, listen, or share, your presence makes a difference.</w:t>
      </w:r>
    </w:p>
    <w:p w:rsidR="6B59CC8C" w:rsidP="5B5531D0" w:rsidRDefault="6B59CC8C" w14:paraId="2DBC5EEB" w14:textId="19CC164A">
      <w:pPr>
        <w:spacing w:before="240" w:beforeAutospacing="off" w:after="240" w:afterAutospacing="off" w:line="360" w:lineRule="auto"/>
      </w:pPr>
      <w:r w:rsidRPr="5B5531D0" w:rsidR="3C13D383">
        <w:rPr>
          <w:rFonts w:ascii="Aptos" w:hAnsi="Aptos" w:eastAsia="Aptos" w:cs="Aptos"/>
          <w:b w:val="1"/>
          <w:bCs w:val="1"/>
          <w:i w:val="0"/>
          <w:iCs w:val="0"/>
          <w:caps w:val="0"/>
          <w:smallCaps w:val="0"/>
          <w:noProof w:val="0"/>
          <w:color w:val="0070C0"/>
          <w:sz w:val="28"/>
          <w:szCs w:val="28"/>
          <w:lang w:val="en-US"/>
        </w:rPr>
        <w:t xml:space="preserve">Quit Vaping/ Smoking </w:t>
      </w:r>
      <w:r w:rsidRPr="5B5531D0" w:rsidR="30FEC445">
        <w:rPr>
          <w:rFonts w:ascii="Aptos" w:hAnsi="Aptos" w:eastAsia="Aptos" w:cs="Aptos"/>
          <w:b w:val="1"/>
          <w:bCs w:val="1"/>
          <w:i w:val="0"/>
          <w:iCs w:val="0"/>
          <w:caps w:val="0"/>
          <w:smallCaps w:val="0"/>
          <w:noProof w:val="0"/>
          <w:color w:val="0070C0"/>
          <w:sz w:val="28"/>
          <w:szCs w:val="28"/>
          <w:lang w:val="en-US"/>
        </w:rPr>
        <w:t>Support – Freedom Fridays</w:t>
      </w:r>
    </w:p>
    <w:p w:rsidR="1CFEB98B" w:rsidP="5B5531D0" w:rsidRDefault="1CFEB98B" w14:paraId="3E57FF47" w14:textId="58421DE8">
      <w:pPr>
        <w:pStyle w:val="Normal"/>
        <w:spacing w:before="240" w:beforeAutospacing="off" w:after="240" w:afterAutospacing="off" w:line="360" w:lineRule="auto"/>
      </w:pPr>
      <w:r w:rsidRPr="5B5531D0" w:rsidR="1CFEB98B">
        <w:rPr>
          <w:rFonts w:ascii="Aptos" w:hAnsi="Aptos" w:eastAsia="Aptos" w:cs="Aptos"/>
          <w:b w:val="0"/>
          <w:bCs w:val="0"/>
          <w:i w:val="0"/>
          <w:iCs w:val="0"/>
          <w:caps w:val="0"/>
          <w:smallCaps w:val="0"/>
          <w:noProof w:val="0"/>
          <w:sz w:val="28"/>
          <w:szCs w:val="28"/>
          <w:lang w:val="en-US"/>
        </w:rPr>
        <w:t xml:space="preserve">Dates: 4/4 and 5/2 from </w:t>
      </w:r>
      <w:r w:rsidRPr="5B5531D0" w:rsidR="4397E64C">
        <w:rPr>
          <w:rFonts w:ascii="Aptos" w:hAnsi="Aptos" w:eastAsia="Aptos" w:cs="Aptos"/>
          <w:noProof w:val="0"/>
          <w:sz w:val="28"/>
          <w:szCs w:val="28"/>
          <w:lang w:val="en-US"/>
        </w:rPr>
        <w:t>10am to 2pm</w:t>
      </w:r>
      <w:r w:rsidRPr="5B5531D0" w:rsidR="1CFEB98B">
        <w:rPr>
          <w:rFonts w:ascii="Aptos" w:hAnsi="Aptos" w:eastAsia="Aptos" w:cs="Aptos"/>
          <w:noProof w:val="0"/>
          <w:sz w:val="28"/>
          <w:szCs w:val="28"/>
          <w:lang w:val="en-US"/>
        </w:rPr>
        <w:t xml:space="preserve"> </w:t>
      </w:r>
    </w:p>
    <w:p w:rsidR="51DA1BEF" w:rsidP="5B5531D0" w:rsidRDefault="51DA1BEF" w14:paraId="19557BF6" w14:textId="41D114B9">
      <w:pPr>
        <w:spacing w:before="240" w:beforeAutospacing="off" w:after="240" w:afterAutospacing="off" w:line="360" w:lineRule="auto"/>
      </w:pPr>
      <w:r w:rsidRPr="5B5531D0" w:rsidR="51DA1BEF">
        <w:rPr>
          <w:rFonts w:ascii="Aptos" w:hAnsi="Aptos" w:eastAsia="Aptos" w:cs="Aptos"/>
          <w:b w:val="0"/>
          <w:bCs w:val="0"/>
          <w:i w:val="0"/>
          <w:iCs w:val="0"/>
          <w:caps w:val="0"/>
          <w:smallCaps w:val="0"/>
          <w:noProof w:val="0"/>
          <w:sz w:val="28"/>
          <w:szCs w:val="28"/>
          <w:lang w:val="en-US"/>
        </w:rPr>
        <w:t xml:space="preserve">Stop by Health Services on the first Friday of each month for FREE quit vaping/smoking cessation medication. </w:t>
      </w:r>
    </w:p>
    <w:p w:rsidR="51DA1BEF" w:rsidP="5B5531D0" w:rsidRDefault="51DA1BEF" w14:paraId="6CF03515" w14:textId="131C7057">
      <w:pPr>
        <w:spacing w:before="240" w:beforeAutospacing="off" w:after="240" w:afterAutospacing="off" w:line="360" w:lineRule="auto"/>
      </w:pPr>
      <w:r w:rsidRPr="5B5531D0" w:rsidR="51DA1BEF">
        <w:rPr>
          <w:rFonts w:ascii="Aptos" w:hAnsi="Aptos" w:eastAsia="Aptos" w:cs="Aptos"/>
          <w:b w:val="0"/>
          <w:bCs w:val="0"/>
          <w:i w:val="0"/>
          <w:iCs w:val="0"/>
          <w:caps w:val="0"/>
          <w:smallCaps w:val="0"/>
          <w:noProof w:val="0"/>
          <w:sz w:val="28"/>
          <w:szCs w:val="28"/>
          <w:lang w:val="en-US"/>
        </w:rPr>
        <w:t>Know someone who vapes or smokes? Visit our Quit Bar for gum, candy, and resources to help them quit.</w:t>
      </w:r>
    </w:p>
    <w:p w:rsidR="51DA1BEF" w:rsidP="5B5531D0" w:rsidRDefault="51DA1BEF" w14:paraId="4C94726A" w14:textId="48121709">
      <w:pPr>
        <w:pStyle w:val="Normal"/>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51DA1BEF">
        <w:rPr>
          <w:rFonts w:ascii="Aptos" w:hAnsi="Aptos" w:eastAsia="Aptos" w:cs="Aptos"/>
          <w:b w:val="0"/>
          <w:bCs w:val="0"/>
          <w:i w:val="0"/>
          <w:iCs w:val="0"/>
          <w:caps w:val="0"/>
          <w:smallCaps w:val="0"/>
          <w:noProof w:val="0"/>
          <w:sz w:val="28"/>
          <w:szCs w:val="28"/>
          <w:lang w:val="en-US"/>
        </w:rPr>
        <w:t xml:space="preserve">Students: </w:t>
      </w:r>
      <w:r w:rsidRPr="5B5531D0" w:rsidR="78AF324E">
        <w:rPr>
          <w:rFonts w:ascii="Aptos" w:hAnsi="Aptos" w:eastAsia="Aptos" w:cs="Aptos"/>
          <w:noProof w:val="0"/>
          <w:sz w:val="28"/>
          <w:szCs w:val="28"/>
          <w:lang w:val="en-US"/>
        </w:rPr>
        <w:t>Email</w:t>
      </w:r>
      <w:r w:rsidRPr="5B5531D0" w:rsidR="51DA1BEF">
        <w:rPr>
          <w:rFonts w:ascii="Aptos" w:hAnsi="Aptos" w:eastAsia="Aptos" w:cs="Aptos"/>
          <w:b w:val="0"/>
          <w:bCs w:val="0"/>
          <w:i w:val="0"/>
          <w:iCs w:val="0"/>
          <w:caps w:val="0"/>
          <w:smallCaps w:val="0"/>
          <w:noProof w:val="0"/>
          <w:sz w:val="28"/>
          <w:szCs w:val="28"/>
          <w:lang w:val="en-US"/>
        </w:rPr>
        <w:t xml:space="preserve"> </w:t>
      </w:r>
      <w:hyperlink r:id="R4ea1d40ef22a4945">
        <w:r w:rsidRPr="5B5531D0" w:rsidR="51DA1BEF">
          <w:rPr>
            <w:rStyle w:val="Hyperlink"/>
            <w:rFonts w:ascii="Aptos" w:hAnsi="Aptos" w:eastAsia="Aptos" w:cs="Aptos"/>
            <w:b w:val="0"/>
            <w:bCs w:val="0"/>
            <w:i w:val="0"/>
            <w:iCs w:val="0"/>
            <w:caps w:val="0"/>
            <w:smallCaps w:val="0"/>
            <w:noProof w:val="0"/>
            <w:sz w:val="28"/>
            <w:szCs w:val="28"/>
            <w:lang w:val="en-US"/>
          </w:rPr>
          <w:t>healthservices@southernct.edu</w:t>
        </w:r>
      </w:hyperlink>
      <w:r w:rsidRPr="5B5531D0" w:rsidR="51DA1BEF">
        <w:rPr>
          <w:rFonts w:ascii="Aptos" w:hAnsi="Aptos" w:eastAsia="Aptos" w:cs="Aptos"/>
          <w:b w:val="0"/>
          <w:bCs w:val="0"/>
          <w:i w:val="0"/>
          <w:iCs w:val="0"/>
          <w:caps w:val="0"/>
          <w:smallCaps w:val="0"/>
          <w:noProof w:val="0"/>
          <w:sz w:val="28"/>
          <w:szCs w:val="28"/>
          <w:lang w:val="en-US"/>
        </w:rPr>
        <w:t xml:space="preserve"> for more info.</w:t>
      </w:r>
    </w:p>
    <w:p w:rsidR="51DA1BEF" w:rsidP="5B5531D0" w:rsidRDefault="51DA1BEF" w14:paraId="20E57F08" w14:textId="3F56FE79">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51DA1BEF">
        <w:rPr>
          <w:rFonts w:ascii="Aptos" w:hAnsi="Aptos" w:eastAsia="Aptos" w:cs="Aptos"/>
          <w:b w:val="0"/>
          <w:bCs w:val="0"/>
          <w:i w:val="0"/>
          <w:iCs w:val="0"/>
          <w:caps w:val="0"/>
          <w:smallCaps w:val="0"/>
          <w:noProof w:val="0"/>
          <w:sz w:val="28"/>
          <w:szCs w:val="28"/>
          <w:lang w:val="en-US"/>
        </w:rPr>
        <w:t>Staff: Contact Victoria Adams (</w:t>
      </w:r>
      <w:hyperlink r:id="Re068a6b0d1ed41aa">
        <w:r w:rsidRPr="5B5531D0" w:rsidR="51DA1BEF">
          <w:rPr>
            <w:rStyle w:val="Hyperlink"/>
            <w:rFonts w:ascii="Aptos" w:hAnsi="Aptos" w:eastAsia="Aptos" w:cs="Aptos"/>
            <w:b w:val="0"/>
            <w:bCs w:val="0"/>
            <w:i w:val="0"/>
            <w:iCs w:val="0"/>
            <w:caps w:val="0"/>
            <w:smallCaps w:val="0"/>
            <w:noProof w:val="0"/>
            <w:sz w:val="28"/>
            <w:szCs w:val="28"/>
            <w:lang w:val="en-US"/>
          </w:rPr>
          <w:t>adamsv2@southernct.edu</w:t>
        </w:r>
      </w:hyperlink>
      <w:r w:rsidRPr="5B5531D0" w:rsidR="51DA1BEF">
        <w:rPr>
          <w:rFonts w:ascii="Aptos" w:hAnsi="Aptos" w:eastAsia="Aptos" w:cs="Aptos"/>
          <w:b w:val="0"/>
          <w:bCs w:val="0"/>
          <w:i w:val="0"/>
          <w:iCs w:val="0"/>
          <w:caps w:val="0"/>
          <w:smallCaps w:val="0"/>
          <w:noProof w:val="0"/>
          <w:sz w:val="28"/>
          <w:szCs w:val="28"/>
          <w:lang w:val="en-US"/>
        </w:rPr>
        <w:t>) for free quit medications.</w:t>
      </w:r>
    </w:p>
    <w:p w:rsidR="51DA1BEF" w:rsidP="5B5531D0" w:rsidRDefault="51DA1BEF" w14:paraId="6AABC856" w14:textId="17BE2EEC">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51DA1BEF">
        <w:rPr>
          <w:rFonts w:ascii="Aptos" w:hAnsi="Aptos" w:eastAsia="Aptos" w:cs="Aptos"/>
          <w:b w:val="1"/>
          <w:bCs w:val="1"/>
          <w:i w:val="0"/>
          <w:iCs w:val="0"/>
          <w:caps w:val="0"/>
          <w:smallCaps w:val="0"/>
          <w:noProof w:val="0"/>
          <w:color w:val="0070C0"/>
          <w:sz w:val="28"/>
          <w:szCs w:val="28"/>
          <w:lang w:val="en-US"/>
        </w:rPr>
        <w:t>Mindful Meditation Series</w:t>
      </w:r>
    </w:p>
    <w:p w:rsidR="51DA1BEF" w:rsidP="5B5531D0" w:rsidRDefault="51DA1BEF" w14:paraId="1EF305B2" w14:textId="2466B244">
      <w:pPr>
        <w:spacing w:before="240" w:beforeAutospacing="off" w:after="240" w:afterAutospacing="off" w:line="360" w:lineRule="auto"/>
      </w:pPr>
      <w:r w:rsidRPr="5B5531D0" w:rsidR="51DA1BEF">
        <w:rPr>
          <w:rFonts w:ascii="Aptos" w:hAnsi="Aptos" w:eastAsia="Aptos" w:cs="Aptos"/>
          <w:b w:val="0"/>
          <w:bCs w:val="0"/>
          <w:i w:val="0"/>
          <w:iCs w:val="0"/>
          <w:caps w:val="0"/>
          <w:smallCaps w:val="0"/>
          <w:noProof w:val="0"/>
          <w:sz w:val="28"/>
          <w:szCs w:val="28"/>
          <w:lang w:val="en-US"/>
        </w:rPr>
        <w:t>Join APRN Nurse Linda from Health Services, for her mindfulness meditation series and take an hour to decompress and reconnect</w:t>
      </w:r>
      <w:r w:rsidRPr="5B5531D0" w:rsidR="5F241839">
        <w:rPr>
          <w:rFonts w:ascii="Aptos" w:hAnsi="Aptos" w:eastAsia="Aptos" w:cs="Aptos"/>
          <w:b w:val="0"/>
          <w:bCs w:val="0"/>
          <w:i w:val="0"/>
          <w:iCs w:val="0"/>
          <w:caps w:val="0"/>
          <w:smallCaps w:val="0"/>
          <w:noProof w:val="0"/>
          <w:sz w:val="28"/>
          <w:szCs w:val="28"/>
          <w:lang w:val="en-US"/>
        </w:rPr>
        <w:t>.</w:t>
      </w:r>
      <w:r w:rsidRPr="5B5531D0" w:rsidR="51DA1BEF">
        <w:rPr>
          <w:rFonts w:ascii="Aptos" w:hAnsi="Aptos" w:eastAsia="Aptos" w:cs="Aptos"/>
          <w:b w:val="0"/>
          <w:bCs w:val="0"/>
          <w:i w:val="0"/>
          <w:iCs w:val="0"/>
          <w:caps w:val="0"/>
          <w:smallCaps w:val="0"/>
          <w:noProof w:val="0"/>
          <w:sz w:val="28"/>
          <w:szCs w:val="28"/>
          <w:lang w:val="en-US"/>
        </w:rPr>
        <w:t xml:space="preserve"> Embrace the power of stillness and find your calm</w:t>
      </w:r>
    </w:p>
    <w:p w:rsidR="60320381" w:rsidP="5B5531D0" w:rsidRDefault="60320381" w14:paraId="14415A47" w14:textId="2C6E0E62">
      <w:pPr>
        <w:pStyle w:val="Normal"/>
        <w:spacing w:before="240" w:beforeAutospacing="off" w:after="240" w:afterAutospacing="off" w:line="360" w:lineRule="auto"/>
      </w:pPr>
      <w:r w:rsidRPr="77059F4C" w:rsidR="7A0B3F91">
        <w:rPr>
          <w:rFonts w:ascii="Aptos" w:hAnsi="Aptos" w:eastAsia="Aptos" w:cs="Aptos"/>
          <w:b w:val="0"/>
          <w:bCs w:val="0"/>
          <w:i w:val="0"/>
          <w:iCs w:val="0"/>
          <w:caps w:val="0"/>
          <w:smallCaps w:val="0"/>
          <w:noProof w:val="0"/>
          <w:sz w:val="28"/>
          <w:szCs w:val="28"/>
          <w:lang w:val="en-US"/>
        </w:rPr>
        <w:t xml:space="preserve">Dates: 4/4 and 5/2 from </w:t>
      </w:r>
      <w:r w:rsidRPr="77059F4C" w:rsidR="4609374D">
        <w:rPr>
          <w:rFonts w:ascii="Aptos" w:hAnsi="Aptos" w:eastAsia="Aptos" w:cs="Aptos"/>
          <w:noProof w:val="0"/>
          <w:sz w:val="28"/>
          <w:szCs w:val="28"/>
          <w:lang w:val="en-US"/>
        </w:rPr>
        <w:t>12:15 pm</w:t>
      </w:r>
      <w:r w:rsidRPr="77059F4C" w:rsidR="7A0B3F91">
        <w:rPr>
          <w:rFonts w:ascii="Aptos" w:hAnsi="Aptos" w:eastAsia="Aptos" w:cs="Aptos"/>
          <w:b w:val="0"/>
          <w:bCs w:val="0"/>
          <w:i w:val="0"/>
          <w:iCs w:val="0"/>
          <w:caps w:val="0"/>
          <w:smallCaps w:val="0"/>
          <w:noProof w:val="0"/>
          <w:sz w:val="28"/>
          <w:szCs w:val="28"/>
          <w:lang w:val="en-US"/>
        </w:rPr>
        <w:t xml:space="preserve"> to 1:00 </w:t>
      </w:r>
      <w:r w:rsidRPr="77059F4C" w:rsidR="7A0B3F91">
        <w:rPr>
          <w:rFonts w:ascii="Aptos" w:hAnsi="Aptos" w:eastAsia="Aptos" w:cs="Aptos"/>
          <w:noProof w:val="0"/>
          <w:sz w:val="28"/>
          <w:szCs w:val="28"/>
          <w:lang w:val="en-US"/>
        </w:rPr>
        <w:t>pm,</w:t>
      </w:r>
      <w:r w:rsidRPr="77059F4C" w:rsidR="101F2B74">
        <w:rPr>
          <w:rFonts w:ascii="Aptos" w:hAnsi="Aptos" w:eastAsia="Aptos" w:cs="Aptos"/>
          <w:b w:val="0"/>
          <w:bCs w:val="0"/>
          <w:i w:val="0"/>
          <w:iCs w:val="0"/>
          <w:caps w:val="0"/>
          <w:smallCaps w:val="0"/>
          <w:noProof w:val="0"/>
          <w:sz w:val="28"/>
          <w:szCs w:val="28"/>
          <w:lang w:val="en-US"/>
        </w:rPr>
        <w:t xml:space="preserve"> </w:t>
      </w:r>
      <w:r w:rsidRPr="77059F4C" w:rsidR="101F2B74">
        <w:rPr>
          <w:rFonts w:ascii="Aptos" w:hAnsi="Aptos" w:eastAsia="Aptos" w:cs="Aptos"/>
          <w:b w:val="0"/>
          <w:bCs w:val="0"/>
          <w:i w:val="0"/>
          <w:iCs w:val="0"/>
          <w:caps w:val="0"/>
          <w:smallCaps w:val="0"/>
          <w:noProof w:val="0"/>
          <w:sz w:val="28"/>
          <w:szCs w:val="28"/>
          <w:lang w:val="en-US"/>
        </w:rPr>
        <w:t>located</w:t>
      </w:r>
      <w:r w:rsidRPr="77059F4C" w:rsidR="101F2B74">
        <w:rPr>
          <w:rFonts w:ascii="Aptos" w:hAnsi="Aptos" w:eastAsia="Aptos" w:cs="Aptos"/>
          <w:b w:val="0"/>
          <w:bCs w:val="0"/>
          <w:i w:val="0"/>
          <w:iCs w:val="0"/>
          <w:caps w:val="0"/>
          <w:smallCaps w:val="0"/>
          <w:noProof w:val="0"/>
          <w:sz w:val="28"/>
          <w:szCs w:val="28"/>
          <w:lang w:val="en-US"/>
        </w:rPr>
        <w:t xml:space="preserve"> in ASC 204 </w:t>
      </w:r>
      <w:r w:rsidRPr="77059F4C" w:rsidR="7D429334">
        <w:rPr>
          <w:rFonts w:ascii="Aptos" w:hAnsi="Aptos" w:eastAsia="Aptos" w:cs="Aptos"/>
          <w:noProof w:val="0"/>
          <w:sz w:val="28"/>
          <w:szCs w:val="28"/>
          <w:lang w:val="en-US"/>
        </w:rPr>
        <w:t>- The</w:t>
      </w:r>
      <w:r w:rsidRPr="77059F4C" w:rsidR="101F2B74">
        <w:rPr>
          <w:rFonts w:ascii="Aptos" w:hAnsi="Aptos" w:eastAsia="Aptos" w:cs="Aptos"/>
          <w:b w:val="0"/>
          <w:bCs w:val="0"/>
          <w:i w:val="0"/>
          <w:iCs w:val="0"/>
          <w:caps w:val="0"/>
          <w:smallCaps w:val="0"/>
          <w:noProof w:val="0"/>
          <w:sz w:val="28"/>
          <w:szCs w:val="28"/>
          <w:lang w:val="en-US"/>
        </w:rPr>
        <w:t xml:space="preserve"> Fitness Center</w:t>
      </w:r>
    </w:p>
    <w:p w:rsidR="0A268779" w:rsidP="77059F4C" w:rsidRDefault="0A268779" w14:paraId="6AB201D7" w14:textId="65E59B87">
      <w:pPr>
        <w:spacing w:before="240" w:beforeAutospacing="off" w:after="240" w:afterAutospacing="off" w:line="360" w:lineRule="auto"/>
        <w:rPr>
          <w:rFonts w:ascii="Aptos" w:hAnsi="Aptos" w:eastAsia="Aptos" w:cs="Aptos"/>
          <w:b w:val="1"/>
          <w:bCs w:val="1"/>
          <w:i w:val="0"/>
          <w:iCs w:val="0"/>
          <w:caps w:val="1"/>
          <w:noProof w:val="0"/>
          <w:color w:val="0070C0"/>
          <w:sz w:val="28"/>
          <w:szCs w:val="28"/>
          <w:lang w:val="en-US"/>
        </w:rPr>
      </w:pPr>
      <w:r w:rsidRPr="77059F4C" w:rsidR="0A268779">
        <w:rPr>
          <w:rFonts w:ascii="Aptos" w:hAnsi="Aptos" w:eastAsia="Aptos" w:cs="Aptos"/>
          <w:b w:val="1"/>
          <w:bCs w:val="1"/>
          <w:i w:val="0"/>
          <w:iCs w:val="0"/>
          <w:caps w:val="0"/>
          <w:smallCaps w:val="0"/>
          <w:noProof w:val="0"/>
          <w:color w:val="0070C0"/>
          <w:sz w:val="28"/>
          <w:szCs w:val="28"/>
          <w:lang w:val="en-US"/>
        </w:rPr>
        <w:t>Get Yourself Tested (GYT</w:t>
      </w:r>
      <w:r w:rsidRPr="77059F4C" w:rsidR="0A268779">
        <w:rPr>
          <w:rFonts w:ascii="Aptos" w:hAnsi="Aptos" w:eastAsia="Aptos" w:cs="Aptos"/>
          <w:b w:val="1"/>
          <w:bCs w:val="1"/>
          <w:i w:val="0"/>
          <w:iCs w:val="0"/>
          <w:caps w:val="0"/>
          <w:smallCaps w:val="0"/>
          <w:noProof w:val="0"/>
          <w:color w:val="0070C0"/>
          <w:sz w:val="28"/>
          <w:szCs w:val="28"/>
          <w:lang w:val="en-US"/>
        </w:rPr>
        <w:t>)</w:t>
      </w:r>
    </w:p>
    <w:p w:rsidR="0A268779" w:rsidP="77059F4C" w:rsidRDefault="0A268779" w14:paraId="2BAB54AB" w14:textId="318BEC2D">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77059F4C" w:rsidR="0A268779">
        <w:rPr>
          <w:rFonts w:ascii="Aptos" w:hAnsi="Aptos" w:eastAsia="Aptos" w:cs="Aptos"/>
          <w:b w:val="0"/>
          <w:bCs w:val="0"/>
          <w:i w:val="0"/>
          <w:iCs w:val="0"/>
          <w:caps w:val="0"/>
          <w:smallCaps w:val="0"/>
          <w:noProof w:val="0"/>
          <w:sz w:val="28"/>
          <w:szCs w:val="28"/>
          <w:lang w:val="en-US"/>
        </w:rPr>
        <w:t xml:space="preserve">Come down to Student Health Services to get STD tested. Available to all students, appointments are recommended and can be made by scanning the QR code or by visiting </w:t>
      </w:r>
      <w:hyperlink r:id="R91be2a83396b4bf7">
        <w:r w:rsidRPr="77059F4C" w:rsidR="0A268779">
          <w:rPr>
            <w:rStyle w:val="Hyperlink"/>
            <w:rFonts w:ascii="Aptos" w:hAnsi="Aptos" w:eastAsia="Aptos" w:cs="Aptos"/>
            <w:b w:val="0"/>
            <w:bCs w:val="0"/>
            <w:i w:val="0"/>
            <w:iCs w:val="0"/>
            <w:caps w:val="0"/>
            <w:smallCaps w:val="0"/>
            <w:noProof w:val="0"/>
            <w:sz w:val="28"/>
            <w:szCs w:val="28"/>
            <w:lang w:val="en-US"/>
          </w:rPr>
          <w:t>StudenthealthEHR.southernct.edu.</w:t>
        </w:r>
      </w:hyperlink>
      <w:r w:rsidRPr="77059F4C" w:rsidR="0A268779">
        <w:rPr>
          <w:rFonts w:ascii="Aptos" w:hAnsi="Aptos" w:eastAsia="Aptos" w:cs="Aptos"/>
          <w:b w:val="0"/>
          <w:bCs w:val="0"/>
          <w:i w:val="0"/>
          <w:iCs w:val="0"/>
          <w:caps w:val="0"/>
          <w:smallCaps w:val="0"/>
          <w:noProof w:val="0"/>
          <w:sz w:val="28"/>
          <w:szCs w:val="28"/>
          <w:lang w:val="en-US"/>
        </w:rPr>
        <w:t xml:space="preserve"> </w:t>
      </w:r>
      <w:r w:rsidRPr="77059F4C" w:rsidR="0A268779">
        <w:rPr>
          <w:rFonts w:ascii="Aptos" w:hAnsi="Aptos" w:eastAsia="Aptos" w:cs="Aptos"/>
          <w:b w:val="0"/>
          <w:bCs w:val="0"/>
          <w:i w:val="0"/>
          <w:iCs w:val="0"/>
          <w:caps w:val="0"/>
          <w:smallCaps w:val="0"/>
          <w:noProof w:val="0"/>
          <w:sz w:val="28"/>
          <w:szCs w:val="28"/>
          <w:lang w:val="en-US"/>
        </w:rPr>
        <w:t>Walk-ins are also available.</w:t>
      </w:r>
    </w:p>
    <w:p w:rsidR="0A268779" w:rsidP="77059F4C" w:rsidRDefault="0A268779" w14:paraId="55B0D29B" w14:textId="01C281D4">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77059F4C" w:rsidR="0A268779">
        <w:rPr>
          <w:rFonts w:ascii="Aptos" w:hAnsi="Aptos" w:eastAsia="Aptos" w:cs="Aptos"/>
          <w:b w:val="1"/>
          <w:bCs w:val="1"/>
          <w:i w:val="0"/>
          <w:iCs w:val="0"/>
          <w:caps w:val="0"/>
          <w:smallCaps w:val="0"/>
          <w:noProof w:val="0"/>
          <w:color w:val="0070C0"/>
          <w:sz w:val="28"/>
          <w:szCs w:val="28"/>
          <w:lang w:val="en-US"/>
        </w:rPr>
        <w:t>QPR Suicide Prevention Training</w:t>
      </w:r>
    </w:p>
    <w:p w:rsidR="0A268779" w:rsidP="77059F4C" w:rsidRDefault="0A268779" w14:paraId="7B2C771A" w14:textId="05976C92">
      <w:pPr>
        <w:spacing w:before="240" w:beforeAutospacing="off" w:after="240" w:afterAutospacing="off" w:line="360" w:lineRule="auto"/>
      </w:pPr>
      <w:r w:rsidRPr="77059F4C" w:rsidR="0A268779">
        <w:rPr>
          <w:rFonts w:ascii="Aptos" w:hAnsi="Aptos" w:eastAsia="Aptos" w:cs="Aptos"/>
          <w:b w:val="1"/>
          <w:bCs w:val="1"/>
          <w:i w:val="0"/>
          <w:iCs w:val="0"/>
          <w:caps w:val="0"/>
          <w:smallCaps w:val="0"/>
          <w:noProof w:val="0"/>
          <w:sz w:val="28"/>
          <w:szCs w:val="28"/>
          <w:lang w:val="en-US"/>
        </w:rPr>
        <w:t xml:space="preserve">90 Minutes, in person | </w:t>
      </w:r>
      <w:r w:rsidRPr="77059F4C" w:rsidR="0A268779">
        <w:rPr>
          <w:rFonts w:ascii="Aptos" w:hAnsi="Aptos" w:eastAsia="Aptos" w:cs="Aptos"/>
          <w:b w:val="0"/>
          <w:bCs w:val="0"/>
          <w:i w:val="0"/>
          <w:iCs w:val="0"/>
          <w:caps w:val="0"/>
          <w:smallCaps w:val="0"/>
          <w:noProof w:val="0"/>
          <w:sz w:val="28"/>
          <w:szCs w:val="28"/>
          <w:lang w:val="en-US"/>
        </w:rPr>
        <w:t>All dates are posted on OwlConnect</w:t>
      </w:r>
    </w:p>
    <w:p w:rsidR="0A268779" w:rsidP="77059F4C" w:rsidRDefault="0A268779" w14:paraId="01A2852C" w14:textId="68A71660">
      <w:pPr>
        <w:spacing w:before="240" w:beforeAutospacing="off" w:after="240" w:afterAutospacing="off" w:line="360" w:lineRule="auto"/>
      </w:pPr>
      <w:r w:rsidRPr="77059F4C" w:rsidR="0A268779">
        <w:rPr>
          <w:rFonts w:ascii="Aptos" w:hAnsi="Aptos" w:eastAsia="Aptos" w:cs="Aptos"/>
          <w:b w:val="0"/>
          <w:bCs w:val="0"/>
          <w:i w:val="0"/>
          <w:iCs w:val="0"/>
          <w:caps w:val="0"/>
          <w:smallCaps w:val="0"/>
          <w:noProof w:val="0"/>
          <w:sz w:val="28"/>
          <w:szCs w:val="28"/>
          <w:lang w:val="en-US"/>
        </w:rPr>
        <w:t xml:space="preserve">QPR's mission is to reduce suicidal behaviors and save lives through effective suicide prevention training. By </w:t>
      </w:r>
      <w:r w:rsidRPr="77059F4C" w:rsidR="0A268779">
        <w:rPr>
          <w:rFonts w:ascii="Aptos" w:hAnsi="Aptos" w:eastAsia="Aptos" w:cs="Aptos"/>
          <w:b w:val="1"/>
          <w:bCs w:val="1"/>
          <w:i w:val="0"/>
          <w:iCs w:val="0"/>
          <w:caps w:val="0"/>
          <w:smallCaps w:val="0"/>
          <w:noProof w:val="0"/>
          <w:sz w:val="28"/>
          <w:szCs w:val="28"/>
          <w:lang w:val="en-US"/>
        </w:rPr>
        <w:t>recognizing signs of crisis</w:t>
      </w:r>
      <w:r w:rsidRPr="77059F4C" w:rsidR="0A268779">
        <w:rPr>
          <w:rFonts w:ascii="Aptos" w:hAnsi="Aptos" w:eastAsia="Aptos" w:cs="Aptos"/>
          <w:b w:val="0"/>
          <w:bCs w:val="0"/>
          <w:i w:val="0"/>
          <w:iCs w:val="0"/>
          <w:caps w:val="0"/>
          <w:smallCaps w:val="0"/>
          <w:noProof w:val="0"/>
          <w:sz w:val="28"/>
          <w:szCs w:val="28"/>
          <w:lang w:val="en-US"/>
        </w:rPr>
        <w:t>, anyone can be empowered to make a positive difference in someone's life.</w:t>
      </w:r>
    </w:p>
    <w:p w:rsidR="1C7DAC19" w:rsidP="77059F4C" w:rsidRDefault="1C7DAC19" w14:paraId="3581AFFA" w14:textId="5AAE0567">
      <w:pPr>
        <w:pStyle w:val="Heading2"/>
        <w:keepNext w:val="1"/>
        <w:keepLines w:val="1"/>
        <w:spacing w:before="200" w:after="0" w:line="360" w:lineRule="auto"/>
        <w:rPr>
          <w:rFonts w:ascii="Aptos" w:hAnsi="Aptos" w:eastAsia="Aptos" w:cs="Aptos"/>
          <w:b w:val="1"/>
          <w:bCs w:val="1"/>
          <w:i w:val="0"/>
          <w:iCs w:val="0"/>
          <w:caps w:val="0"/>
          <w:smallCaps w:val="0"/>
          <w:noProof w:val="0"/>
          <w:color w:val="0070C0"/>
          <w:sz w:val="32"/>
          <w:szCs w:val="32"/>
          <w:lang w:val="en-US"/>
        </w:rPr>
      </w:pPr>
      <w:r w:rsidRPr="77059F4C" w:rsidR="1C7DAC19">
        <w:rPr>
          <w:rFonts w:ascii="Aptos" w:hAnsi="Aptos" w:eastAsia="Aptos" w:cs="Aptos"/>
          <w:b w:val="1"/>
          <w:bCs w:val="1"/>
          <w:i w:val="0"/>
          <w:iCs w:val="0"/>
          <w:caps w:val="0"/>
          <w:smallCaps w:val="0"/>
          <w:noProof w:val="0"/>
          <w:color w:val="0070C0"/>
          <w:sz w:val="32"/>
          <w:szCs w:val="32"/>
          <w:lang w:val="en-US"/>
        </w:rPr>
        <w:t>Spring Recap</w:t>
      </w:r>
    </w:p>
    <w:p w:rsidR="1C7DAC19" w:rsidP="77059F4C" w:rsidRDefault="1C7DAC19" w14:paraId="7AA86FCC" w14:textId="7CF5E77B">
      <w:pPr>
        <w:spacing w:before="0" w:beforeAutospacing="off" w:after="200" w:afterAutospacing="off" w:line="360" w:lineRule="auto"/>
        <w:ind w:left="0" w:right="0"/>
        <w:jc w:val="left"/>
        <w:rPr>
          <w:rFonts w:ascii="Aptos" w:hAnsi="Aptos" w:eastAsia="Aptos" w:cs="Aptos"/>
          <w:b w:val="0"/>
          <w:bCs w:val="0"/>
          <w:i w:val="0"/>
          <w:iCs w:val="0"/>
          <w:caps w:val="0"/>
          <w:smallCaps w:val="0"/>
          <w:noProof w:val="0"/>
          <w:color w:val="000000" w:themeColor="text1" w:themeTint="FF" w:themeShade="FF"/>
          <w:sz w:val="28"/>
          <w:szCs w:val="28"/>
          <w:lang w:val="en-US"/>
        </w:rPr>
      </w:pPr>
      <w:r w:rsidRPr="77059F4C" w:rsidR="1C7DAC19">
        <w:rPr>
          <w:rFonts w:ascii="Aptos" w:hAnsi="Aptos" w:eastAsia="Aptos" w:cs="Aptos"/>
          <w:b w:val="0"/>
          <w:bCs w:val="0"/>
          <w:i w:val="0"/>
          <w:iCs w:val="0"/>
          <w:caps w:val="0"/>
          <w:smallCaps w:val="0"/>
          <w:noProof w:val="0"/>
          <w:color w:val="000000" w:themeColor="text1" w:themeTint="FF" w:themeShade="FF"/>
          <w:sz w:val="28"/>
          <w:szCs w:val="28"/>
          <w:lang w:val="en-US"/>
        </w:rPr>
        <w:t xml:space="preserve">Photos from the </w:t>
      </w:r>
      <w:r w:rsidRPr="77059F4C" w:rsidR="1FB42EA7">
        <w:rPr>
          <w:rFonts w:ascii="Aptos" w:hAnsi="Aptos" w:eastAsia="Aptos" w:cs="Aptos"/>
          <w:b w:val="0"/>
          <w:bCs w:val="0"/>
          <w:i w:val="0"/>
          <w:iCs w:val="0"/>
          <w:caps w:val="0"/>
          <w:smallCaps w:val="0"/>
          <w:noProof w:val="0"/>
          <w:color w:val="000000" w:themeColor="text1" w:themeTint="FF" w:themeShade="FF"/>
          <w:sz w:val="28"/>
          <w:szCs w:val="28"/>
          <w:lang w:val="en-US"/>
        </w:rPr>
        <w:t>spring</w:t>
      </w:r>
      <w:r w:rsidRPr="77059F4C" w:rsidR="1C7DAC19">
        <w:rPr>
          <w:rFonts w:ascii="Aptos" w:hAnsi="Aptos" w:eastAsia="Aptos" w:cs="Aptos"/>
          <w:b w:val="0"/>
          <w:bCs w:val="0"/>
          <w:i w:val="0"/>
          <w:iCs w:val="0"/>
          <w:caps w:val="0"/>
          <w:smallCaps w:val="0"/>
          <w:noProof w:val="0"/>
          <w:color w:val="000000" w:themeColor="text1" w:themeTint="FF" w:themeShade="FF"/>
          <w:sz w:val="28"/>
          <w:szCs w:val="28"/>
          <w:lang w:val="en-US"/>
        </w:rPr>
        <w:t xml:space="preserve"> semester</w:t>
      </w:r>
    </w:p>
    <w:p w:rsidR="1C7DAC19" w:rsidP="77059F4C" w:rsidRDefault="1C7DAC19" w14:paraId="269480EF" w14:textId="58693775">
      <w:pPr>
        <w:pStyle w:val="Heading2"/>
        <w:spacing w:line="360" w:lineRule="auto"/>
      </w:pPr>
      <w:r w:rsidRPr="77059F4C" w:rsidR="1C7DAC19">
        <w:rPr>
          <w:rFonts w:ascii="Aptos" w:hAnsi="Aptos"/>
          <w:color w:val="0070C0"/>
          <w:sz w:val="32"/>
          <w:szCs w:val="32"/>
        </w:rPr>
        <w:t>Summer Mental Health Toolkit</w:t>
      </w:r>
    </w:p>
    <w:p w:rsidR="793A7089" w:rsidP="77059F4C" w:rsidRDefault="793A7089" w14:paraId="2F360347" w14:textId="384EE000">
      <w:pPr>
        <w:pStyle w:val="Normal"/>
        <w:spacing w:before="240" w:beforeAutospacing="off" w:after="240" w:afterAutospacing="off" w:line="360" w:lineRule="auto"/>
      </w:pPr>
      <w:r w:rsidRPr="77059F4C" w:rsidR="1C7DAC19">
        <w:rPr>
          <w:rFonts w:ascii="Aptos" w:hAnsi="Aptos" w:eastAsia="Aptos" w:cs="Aptos"/>
          <w:b w:val="0"/>
          <w:bCs w:val="0"/>
          <w:i w:val="0"/>
          <w:iCs w:val="0"/>
          <w:caps w:val="0"/>
          <w:smallCaps w:val="0"/>
          <w:noProof w:val="0"/>
          <w:color w:val="0070C0"/>
          <w:sz w:val="28"/>
          <w:szCs w:val="28"/>
          <w:lang w:val="en-US"/>
        </w:rPr>
        <w:t>What’s</w:t>
      </w:r>
      <w:r w:rsidRPr="77059F4C" w:rsidR="1C7DAC19">
        <w:rPr>
          <w:rFonts w:ascii="Aptos" w:hAnsi="Aptos" w:eastAsia="Aptos" w:cs="Aptos"/>
          <w:b w:val="0"/>
          <w:bCs w:val="0"/>
          <w:i w:val="0"/>
          <w:iCs w:val="0"/>
          <w:caps w:val="0"/>
          <w:smallCaps w:val="0"/>
          <w:noProof w:val="0"/>
          <w:color w:val="0070C0"/>
          <w:sz w:val="28"/>
          <w:szCs w:val="28"/>
          <w:lang w:val="en-US"/>
        </w:rPr>
        <w:t xml:space="preserve"> in our </w:t>
      </w:r>
      <w:r w:rsidRPr="77059F4C" w:rsidR="1C7DAC19">
        <w:rPr>
          <w:rFonts w:ascii="Aptos" w:hAnsi="Aptos" w:eastAsia="Aptos" w:cs="Aptos"/>
          <w:noProof w:val="0"/>
          <w:color w:val="0070C0"/>
          <w:sz w:val="28"/>
          <w:szCs w:val="28"/>
          <w:lang w:val="en-US"/>
        </w:rPr>
        <w:t>toolkit?</w:t>
      </w:r>
    </w:p>
    <w:p w:rsidR="793A7089" w:rsidP="77059F4C" w:rsidRDefault="793A7089" w14:paraId="5D8D2236" w14:textId="6B7F6474">
      <w:pPr>
        <w:pStyle w:val="Normal"/>
        <w:spacing w:before="240" w:beforeAutospacing="off" w:after="240" w:afterAutospacing="off" w:line="360" w:lineRule="auto"/>
        <w:rPr>
          <w:rFonts w:ascii="Aptos" w:hAnsi="Aptos" w:eastAsia="Aptos" w:cs="Aptos"/>
          <w:noProof w:val="0"/>
          <w:color w:val="auto"/>
          <w:sz w:val="28"/>
          <w:szCs w:val="28"/>
          <w:lang w:val="en-US"/>
        </w:rPr>
      </w:pPr>
      <w:r w:rsidRPr="77059F4C" w:rsidR="1C7DAC19">
        <w:rPr>
          <w:rFonts w:ascii="Aptos" w:hAnsi="Aptos" w:eastAsia="Aptos" w:cs="Aptos"/>
          <w:noProof w:val="0"/>
          <w:color w:val="auto"/>
          <w:sz w:val="28"/>
          <w:szCs w:val="28"/>
          <w:lang w:val="en-US"/>
        </w:rPr>
        <w:t>One Minute for Me: Self-Care Ideas</w:t>
      </w:r>
    </w:p>
    <w:p w:rsidR="793A7089" w:rsidP="77059F4C" w:rsidRDefault="793A7089" w14:paraId="48155F85" w14:textId="16243585">
      <w:pPr>
        <w:pStyle w:val="Normal"/>
        <w:spacing w:before="240" w:beforeAutospacing="off" w:after="240" w:afterAutospacing="off" w:line="360" w:lineRule="auto"/>
        <w:rPr>
          <w:rFonts w:ascii="Aptos" w:hAnsi="Aptos" w:eastAsia="Aptos" w:cs="Aptos"/>
          <w:noProof w:val="0"/>
          <w:color w:val="auto"/>
          <w:sz w:val="28"/>
          <w:szCs w:val="28"/>
          <w:lang w:val="en-US"/>
        </w:rPr>
      </w:pPr>
      <w:r w:rsidRPr="77059F4C" w:rsidR="1C7DAC19">
        <w:rPr>
          <w:rFonts w:ascii="Aptos" w:hAnsi="Aptos" w:eastAsia="Aptos" w:cs="Aptos"/>
          <w:noProof w:val="0"/>
          <w:color w:val="auto"/>
          <w:sz w:val="28"/>
          <w:szCs w:val="28"/>
          <w:lang w:val="en-US"/>
        </w:rPr>
        <w:t>Mental Health Grocery List</w:t>
      </w:r>
    </w:p>
    <w:p w:rsidR="793A7089" w:rsidP="77059F4C" w:rsidRDefault="793A7089" w14:paraId="69070CA6" w14:textId="6356DEC9">
      <w:pPr>
        <w:pStyle w:val="Normal"/>
        <w:spacing w:before="240" w:beforeAutospacing="off" w:after="240" w:afterAutospacing="off" w:line="360" w:lineRule="auto"/>
        <w:rPr>
          <w:rFonts w:ascii="Aptos" w:hAnsi="Aptos" w:eastAsia="Aptos" w:cs="Aptos"/>
          <w:noProof w:val="0"/>
          <w:color w:val="auto"/>
          <w:sz w:val="28"/>
          <w:szCs w:val="28"/>
          <w:lang w:val="en-US"/>
        </w:rPr>
      </w:pPr>
      <w:r w:rsidRPr="77059F4C" w:rsidR="1C7DAC19">
        <w:rPr>
          <w:rFonts w:ascii="Aptos" w:hAnsi="Aptos" w:eastAsia="Aptos" w:cs="Aptos"/>
          <w:noProof w:val="0"/>
          <w:color w:val="auto"/>
          <w:sz w:val="28"/>
          <w:szCs w:val="28"/>
          <w:lang w:val="en-US"/>
        </w:rPr>
        <w:t>Mental Health Checklist</w:t>
      </w:r>
    </w:p>
    <w:p w:rsidR="793A7089" w:rsidP="77059F4C" w:rsidRDefault="793A7089" w14:paraId="0169AADE" w14:textId="324D6AB5">
      <w:pPr>
        <w:pStyle w:val="Normal"/>
        <w:spacing w:before="240" w:beforeAutospacing="off" w:after="240" w:afterAutospacing="off" w:line="360" w:lineRule="auto"/>
        <w:rPr>
          <w:rFonts w:ascii="Aptos" w:hAnsi="Aptos" w:eastAsia="Aptos" w:cs="Aptos"/>
          <w:noProof w:val="0"/>
          <w:color w:val="auto"/>
          <w:sz w:val="28"/>
          <w:szCs w:val="28"/>
          <w:lang w:val="en-US"/>
        </w:rPr>
      </w:pPr>
      <w:r w:rsidRPr="77059F4C" w:rsidR="1C7DAC19">
        <w:rPr>
          <w:rFonts w:ascii="Aptos" w:hAnsi="Aptos" w:eastAsia="Aptos" w:cs="Aptos"/>
          <w:noProof w:val="0"/>
          <w:color w:val="auto"/>
          <w:sz w:val="28"/>
          <w:szCs w:val="28"/>
          <w:lang w:val="en-US"/>
        </w:rPr>
        <w:t>Summer Mental Health Playlist</w:t>
      </w:r>
    </w:p>
    <w:p w:rsidR="793A7089" w:rsidP="77059F4C" w:rsidRDefault="793A7089" w14:paraId="124618D2" w14:textId="16D8200B">
      <w:pPr>
        <w:pStyle w:val="Normal"/>
        <w:spacing w:before="240" w:beforeAutospacing="off" w:after="240" w:afterAutospacing="off" w:line="360" w:lineRule="auto"/>
      </w:pPr>
      <w:r w:rsidRPr="77059F4C" w:rsidR="1C7DAC19">
        <w:rPr>
          <w:rFonts w:ascii="Aptos" w:hAnsi="Aptos" w:eastAsia="Aptos" w:cs="Aptos"/>
          <w:noProof w:val="0"/>
          <w:color w:val="0070C0"/>
          <w:sz w:val="28"/>
          <w:szCs w:val="28"/>
          <w:lang w:val="en-US"/>
        </w:rPr>
        <w:t>Embrace the Calm</w:t>
      </w:r>
    </w:p>
    <w:p w:rsidR="793A7089" w:rsidP="77059F4C" w:rsidRDefault="793A7089" w14:paraId="1BF37ED6" w14:textId="24798611">
      <w:pPr>
        <w:spacing w:before="240" w:beforeAutospacing="off" w:after="240" w:afterAutospacing="off" w:line="480" w:lineRule="auto"/>
        <w:rPr>
          <w:rFonts w:ascii="Aptos" w:hAnsi="Aptos" w:eastAsia="Aptos" w:cs="Aptos"/>
          <w:b w:val="0"/>
          <w:bCs w:val="0"/>
          <w:i w:val="0"/>
          <w:iCs w:val="0"/>
          <w:caps w:val="0"/>
          <w:smallCaps w:val="0"/>
          <w:noProof w:val="0"/>
          <w:sz w:val="28"/>
          <w:szCs w:val="28"/>
          <w:lang w:val="en-US"/>
        </w:rPr>
      </w:pPr>
      <w:r w:rsidRPr="77059F4C" w:rsidR="1C7DAC19">
        <w:rPr>
          <w:rFonts w:ascii="Aptos" w:hAnsi="Aptos" w:eastAsia="Aptos" w:cs="Aptos"/>
          <w:b w:val="0"/>
          <w:bCs w:val="0"/>
          <w:i w:val="0"/>
          <w:iCs w:val="0"/>
          <w:caps w:val="0"/>
          <w:smallCaps w:val="0"/>
          <w:noProof w:val="0"/>
          <w:sz w:val="28"/>
          <w:szCs w:val="28"/>
          <w:lang w:val="en-US"/>
        </w:rPr>
        <w:t xml:space="preserve">Pick up a podcast: Whether </w:t>
      </w:r>
      <w:r w:rsidRPr="77059F4C" w:rsidR="1C7DAC19">
        <w:rPr>
          <w:rFonts w:ascii="Aptos" w:hAnsi="Aptos" w:eastAsia="Aptos" w:cs="Aptos"/>
          <w:b w:val="0"/>
          <w:bCs w:val="0"/>
          <w:i w:val="0"/>
          <w:iCs w:val="0"/>
          <w:caps w:val="0"/>
          <w:smallCaps w:val="0"/>
          <w:noProof w:val="0"/>
          <w:sz w:val="28"/>
          <w:szCs w:val="28"/>
          <w:lang w:val="en-US"/>
        </w:rPr>
        <w:t>it’s</w:t>
      </w:r>
      <w:r w:rsidRPr="77059F4C" w:rsidR="1C7DAC19">
        <w:rPr>
          <w:rFonts w:ascii="Aptos" w:hAnsi="Aptos" w:eastAsia="Aptos" w:cs="Aptos"/>
          <w:b w:val="0"/>
          <w:bCs w:val="0"/>
          <w:i w:val="0"/>
          <w:iCs w:val="0"/>
          <w:caps w:val="0"/>
          <w:smallCaps w:val="0"/>
          <w:noProof w:val="0"/>
          <w:sz w:val="28"/>
          <w:szCs w:val="28"/>
          <w:lang w:val="en-US"/>
        </w:rPr>
        <w:t xml:space="preserve"> about</w:t>
      </w:r>
      <w:r w:rsidRPr="77059F4C" w:rsidR="1C7DAC19">
        <w:rPr>
          <w:rFonts w:ascii="Aptos" w:hAnsi="Aptos" w:eastAsia="Aptos" w:cs="Aptos"/>
          <w:b w:val="0"/>
          <w:bCs w:val="0"/>
          <w:i w:val="0"/>
          <w:iCs w:val="0"/>
          <w:caps w:val="0"/>
          <w:smallCaps w:val="0"/>
          <w:noProof w:val="0"/>
          <w:sz w:val="28"/>
          <w:szCs w:val="28"/>
          <w:lang w:val="en-US"/>
        </w:rPr>
        <w:t xml:space="preserve"> mental health, creativity, or your dream career, podcasts are a low-pressure way to keep your brain engaged—perfect for walks, car rides, or just chilling.</w:t>
      </w:r>
    </w:p>
    <w:p w:rsidR="28C79971" w:rsidP="77059F4C" w:rsidRDefault="28C79971" w14:paraId="56C1F2F7" w14:textId="2B030BBF">
      <w:pPr>
        <w:pStyle w:val="Heading2"/>
        <w:suppressLineNumbers w:val="0"/>
        <w:spacing w:before="200" w:beforeAutospacing="off" w:after="0" w:afterAutospacing="off" w:line="360" w:lineRule="auto"/>
        <w:ind w:left="0" w:right="0"/>
        <w:jc w:val="left"/>
        <w:rPr>
          <w:rFonts w:ascii="Aptos" w:hAnsi="Aptos"/>
          <w:color w:val="0070C0"/>
          <w:sz w:val="32"/>
          <w:szCs w:val="32"/>
        </w:rPr>
      </w:pPr>
      <w:r w:rsidRPr="77059F4C" w:rsidR="16524744">
        <w:rPr>
          <w:rFonts w:ascii="Aptos" w:hAnsi="Aptos"/>
          <w:color w:val="0070C0"/>
          <w:sz w:val="32"/>
          <w:szCs w:val="32"/>
        </w:rPr>
        <w:t>One Minute for Me: Self – Care Ideas:</w:t>
      </w:r>
      <w:r w:rsidRPr="77059F4C" w:rsidR="16524744">
        <w:rPr>
          <w:rFonts w:ascii="Aptos" w:hAnsi="Aptos"/>
          <w:color w:val="0070C0"/>
          <w:sz w:val="32"/>
          <w:szCs w:val="32"/>
        </w:rPr>
        <w:t xml:space="preserve"> </w:t>
      </w:r>
      <w:r w:rsidRPr="77059F4C" w:rsidR="16524744">
        <w:rPr>
          <w:rFonts w:ascii="Aptos" w:hAnsi="Aptos"/>
          <w:color w:val="0070C0"/>
          <w:sz w:val="32"/>
          <w:szCs w:val="32"/>
        </w:rPr>
        <w:t xml:space="preserve"> </w:t>
      </w:r>
    </w:p>
    <w:p w:rsidR="1F4842FA" w:rsidP="77059F4C" w:rsidRDefault="1F4842FA" w14:paraId="54136B8C" w14:textId="24D01E87">
      <w:pPr>
        <w:pStyle w:val="Normal"/>
        <w:rPr>
          <w:rFonts w:ascii="Aptos" w:hAnsi="Aptos" w:eastAsia="Aptos" w:cs="Aptos"/>
          <w:sz w:val="28"/>
          <w:szCs w:val="28"/>
        </w:rPr>
      </w:pPr>
      <w:r w:rsidRPr="77059F4C" w:rsidR="1F4842FA">
        <w:rPr>
          <w:rFonts w:ascii="Aptos" w:hAnsi="Aptos" w:eastAsia="Aptos" w:cs="Aptos"/>
          <w:sz w:val="28"/>
          <w:szCs w:val="28"/>
        </w:rPr>
        <w:t xml:space="preserve">Check out this link: </w:t>
      </w:r>
      <w:hyperlink r:id="R8ca9d7200e1b49fd">
        <w:r w:rsidRPr="77059F4C" w:rsidR="1F4842FA">
          <w:rPr>
            <w:rStyle w:val="Hyperlink"/>
            <w:rFonts w:ascii="Aptos" w:hAnsi="Aptos" w:eastAsia="Aptos" w:cs="Aptos"/>
            <w:sz w:val="28"/>
            <w:szCs w:val="28"/>
          </w:rPr>
          <w:t>https://www.healthadvocate.com/video/HA-M-2005022-OneMinuteForMe.html</w:t>
        </w:r>
      </w:hyperlink>
    </w:p>
    <w:p w:rsidR="28C79971" w:rsidP="77059F4C" w:rsidRDefault="28C79971" w14:paraId="11C98916" w14:textId="03D0D739">
      <w:pPr>
        <w:pStyle w:val="Heading2"/>
        <w:suppressLineNumbers w:val="0"/>
        <w:bidi w:val="0"/>
        <w:spacing w:before="200" w:beforeAutospacing="off" w:after="0" w:afterAutospacing="off" w:line="360" w:lineRule="auto"/>
        <w:ind w:left="0" w:right="0"/>
        <w:jc w:val="left"/>
        <w:rPr>
          <w:rFonts w:ascii="Aptos" w:hAnsi="Aptos" w:eastAsia="Aptos" w:cs="Aptos"/>
          <w:b w:val="1"/>
          <w:bCs w:val="1"/>
          <w:i w:val="0"/>
          <w:iCs w:val="0"/>
          <w:caps w:val="0"/>
          <w:smallCaps w:val="0"/>
          <w:noProof w:val="0"/>
          <w:sz w:val="32"/>
          <w:szCs w:val="32"/>
          <w:lang w:val="en-US"/>
        </w:rPr>
      </w:pPr>
      <w:r w:rsidRPr="77059F4C" w:rsidR="47480ED1">
        <w:rPr>
          <w:rFonts w:ascii="Aptos" w:hAnsi="Aptos" w:eastAsia="Aptos" w:cs="Aptos"/>
          <w:b w:val="1"/>
          <w:bCs w:val="1"/>
          <w:i w:val="0"/>
          <w:iCs w:val="0"/>
          <w:caps w:val="0"/>
          <w:smallCaps w:val="0"/>
          <w:noProof w:val="0"/>
          <w:sz w:val="32"/>
          <w:szCs w:val="32"/>
          <w:lang w:val="en-US"/>
        </w:rPr>
        <w:t>M</w:t>
      </w:r>
      <w:r w:rsidRPr="77059F4C" w:rsidR="1200973C">
        <w:rPr>
          <w:rFonts w:ascii="Aptos" w:hAnsi="Aptos" w:eastAsia="Aptos" w:cs="Aptos"/>
          <w:b w:val="1"/>
          <w:bCs w:val="1"/>
          <w:i w:val="0"/>
          <w:iCs w:val="0"/>
          <w:caps w:val="0"/>
          <w:smallCaps w:val="0"/>
          <w:noProof w:val="0"/>
          <w:sz w:val="32"/>
          <w:szCs w:val="32"/>
          <w:lang w:val="en-US"/>
        </w:rPr>
        <w:t xml:space="preserve">ental Health Grocery List </w:t>
      </w:r>
    </w:p>
    <w:p w:rsidR="1200973C" w:rsidP="77059F4C" w:rsidRDefault="1200973C" w14:paraId="74442A4C" w14:textId="62797BBA">
      <w:pPr>
        <w:spacing w:before="240" w:beforeAutospacing="off" w:after="240" w:afterAutospacing="off" w:line="360" w:lineRule="auto"/>
      </w:pPr>
      <w:r w:rsidRPr="77059F4C" w:rsidR="1200973C">
        <w:rPr>
          <w:rFonts w:ascii="Aptos" w:hAnsi="Aptos" w:eastAsia="Aptos" w:cs="Aptos"/>
          <w:b w:val="0"/>
          <w:bCs w:val="0"/>
          <w:i w:val="0"/>
          <w:iCs w:val="0"/>
          <w:caps w:val="0"/>
          <w:smallCaps w:val="0"/>
          <w:noProof w:val="0"/>
          <w:sz w:val="28"/>
          <w:szCs w:val="28"/>
          <w:lang w:val="en-US"/>
        </w:rPr>
        <w:t>The foods on this list are good sources of Omega 3 Fatty Acids, Folate, Folic Acid, Vitamin D, or Vitamin B12—all of which are backed by scientific research to affect brain health (but not replace treatment for mental health conditions). Don’t feel pressured to buy all of the items on this list, but try to pick a few from each category, if possible, for a well-rounded diet with mental health in mind.</w:t>
      </w:r>
    </w:p>
    <w:p w:rsidR="1200973C" w:rsidP="77059F4C" w:rsidRDefault="1200973C" w14:paraId="0321B620" w14:textId="0FCD09C0">
      <w:pPr>
        <w:spacing w:before="240" w:beforeAutospacing="off" w:after="240" w:afterAutospacing="off" w:line="420" w:lineRule="auto"/>
      </w:pPr>
      <w:r w:rsidRPr="77059F4C" w:rsidR="1200973C">
        <w:rPr>
          <w:rFonts w:ascii="Aptos" w:hAnsi="Aptos" w:eastAsia="Aptos" w:cs="Aptos"/>
          <w:b w:val="1"/>
          <w:bCs w:val="1"/>
          <w:i w:val="0"/>
          <w:iCs w:val="0"/>
          <w:caps w:val="0"/>
          <w:smallCaps w:val="0"/>
          <w:noProof w:val="0"/>
          <w:sz w:val="28"/>
          <w:szCs w:val="28"/>
          <w:lang w:val="en-US"/>
        </w:rPr>
        <w:t xml:space="preserve">Meat, Poultry, Seafood </w:t>
      </w:r>
    </w:p>
    <w:p w:rsidR="1200973C" w:rsidP="77059F4C" w:rsidRDefault="1200973C" w14:paraId="2C7D4F18" w14:textId="192CF3CC">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Albacore tuna</w:t>
      </w:r>
    </w:p>
    <w:p w:rsidR="1200973C" w:rsidP="77059F4C" w:rsidRDefault="1200973C" w14:paraId="00F9DEFF" w14:textId="608B76FB">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Anchovies</w:t>
      </w:r>
    </w:p>
    <w:p w:rsidR="1200973C" w:rsidP="77059F4C" w:rsidRDefault="1200973C" w14:paraId="3A31FBDE" w14:textId="12F4B6B2">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Chicken</w:t>
      </w:r>
    </w:p>
    <w:p w:rsidR="1200973C" w:rsidP="77059F4C" w:rsidRDefault="1200973C" w14:paraId="301071DA" w14:textId="3D0221E9">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Clams</w:t>
      </w:r>
    </w:p>
    <w:p w:rsidR="1200973C" w:rsidP="77059F4C" w:rsidRDefault="1200973C" w14:paraId="713418E8" w14:textId="5733A92B">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Cod</w:t>
      </w:r>
    </w:p>
    <w:p w:rsidR="1200973C" w:rsidP="77059F4C" w:rsidRDefault="1200973C" w14:paraId="3F64F403" w14:textId="10346BF0">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Grass-fed beef (small amounts)</w:t>
      </w:r>
    </w:p>
    <w:p w:rsidR="1200973C" w:rsidP="77059F4C" w:rsidRDefault="1200973C" w14:paraId="532CCEBC" w14:textId="3473150A">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Grass-fed lamb (small amounts)</w:t>
      </w:r>
    </w:p>
    <w:p w:rsidR="1200973C" w:rsidP="77059F4C" w:rsidRDefault="1200973C" w14:paraId="575B4886" w14:textId="107233E7">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Mackerel</w:t>
      </w:r>
    </w:p>
    <w:p w:rsidR="1200973C" w:rsidP="77059F4C" w:rsidRDefault="1200973C" w14:paraId="55F7A980" w14:textId="291814B9">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Perch</w:t>
      </w:r>
    </w:p>
    <w:p w:rsidR="1200973C" w:rsidP="77059F4C" w:rsidRDefault="1200973C" w14:paraId="7D59F0DD" w14:textId="2F951323">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Salmon</w:t>
      </w:r>
    </w:p>
    <w:p w:rsidR="1200973C" w:rsidP="77059F4C" w:rsidRDefault="1200973C" w14:paraId="76C76C2C" w14:textId="15E56A9A">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Sardines</w:t>
      </w:r>
    </w:p>
    <w:p w:rsidR="1200973C" w:rsidP="77059F4C" w:rsidRDefault="1200973C" w14:paraId="297E2CC6" w14:textId="232E975F">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Trout</w:t>
      </w:r>
    </w:p>
    <w:p w:rsidR="1200973C" w:rsidP="77059F4C" w:rsidRDefault="1200973C" w14:paraId="5B56A282" w14:textId="7E35E722">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Turkey</w:t>
      </w:r>
    </w:p>
    <w:p w:rsidR="1200973C" w:rsidP="77059F4C" w:rsidRDefault="1200973C" w14:paraId="2D8DCEED" w14:textId="7A7AC98A">
      <w:pPr>
        <w:pStyle w:val="ListParagraph"/>
        <w:numPr>
          <w:ilvl w:val="0"/>
          <w:numId w:val="30"/>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Yellowfin tuna</w:t>
      </w:r>
    </w:p>
    <w:p w:rsidR="1200973C" w:rsidP="77059F4C" w:rsidRDefault="1200973C" w14:paraId="23D11C65" w14:textId="2FC6E4C3">
      <w:pPr>
        <w:spacing w:before="240" w:beforeAutospacing="off" w:after="240" w:afterAutospacing="off" w:line="420" w:lineRule="auto"/>
      </w:pPr>
      <w:r w:rsidRPr="77059F4C" w:rsidR="1200973C">
        <w:rPr>
          <w:rFonts w:ascii="Aptos" w:hAnsi="Aptos" w:eastAsia="Aptos" w:cs="Aptos"/>
          <w:b w:val="1"/>
          <w:bCs w:val="1"/>
          <w:i w:val="0"/>
          <w:iCs w:val="0"/>
          <w:caps w:val="0"/>
          <w:smallCaps w:val="0"/>
          <w:noProof w:val="0"/>
          <w:sz w:val="28"/>
          <w:szCs w:val="28"/>
          <w:lang w:val="en-US"/>
        </w:rPr>
        <w:t xml:space="preserve">Dairy </w:t>
      </w:r>
    </w:p>
    <w:p w:rsidR="1200973C" w:rsidP="77059F4C" w:rsidRDefault="1200973C" w14:paraId="06D6E8B6" w14:textId="5A7095F6">
      <w:pPr>
        <w:pStyle w:val="ListParagraph"/>
        <w:numPr>
          <w:ilvl w:val="0"/>
          <w:numId w:val="31"/>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 xml:space="preserve">Eggs </w:t>
      </w:r>
    </w:p>
    <w:p w:rsidR="1200973C" w:rsidP="77059F4C" w:rsidRDefault="1200973C" w14:paraId="092B1CBC" w14:textId="07B61C51">
      <w:pPr>
        <w:pStyle w:val="ListParagraph"/>
        <w:numPr>
          <w:ilvl w:val="0"/>
          <w:numId w:val="31"/>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 xml:space="preserve">Milk (Vitamin D fortified) </w:t>
      </w:r>
    </w:p>
    <w:p w:rsidR="1200973C" w:rsidP="77059F4C" w:rsidRDefault="1200973C" w14:paraId="51B24B8C" w14:textId="7DB6FEDE">
      <w:pPr>
        <w:pStyle w:val="ListParagraph"/>
        <w:numPr>
          <w:ilvl w:val="0"/>
          <w:numId w:val="31"/>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Non-processed cheese</w:t>
      </w:r>
    </w:p>
    <w:p w:rsidR="1200973C" w:rsidP="77059F4C" w:rsidRDefault="1200973C" w14:paraId="28DF9271" w14:textId="3B1C6F95">
      <w:pPr>
        <w:spacing w:before="330" w:beforeAutospacing="off" w:after="330" w:afterAutospacing="off"/>
        <w:jc w:val="both"/>
      </w:pPr>
      <w:r w:rsidRPr="77059F4C" w:rsidR="1200973C">
        <w:rPr>
          <w:rFonts w:ascii="Aptos" w:hAnsi="Aptos" w:eastAsia="Aptos" w:cs="Aptos"/>
          <w:b w:val="1"/>
          <w:bCs w:val="1"/>
          <w:i w:val="0"/>
          <w:iCs w:val="0"/>
          <w:caps w:val="0"/>
          <w:smallCaps w:val="0"/>
          <w:noProof w:val="0"/>
          <w:color w:val="1A1A1A"/>
          <w:sz w:val="33"/>
          <w:szCs w:val="33"/>
          <w:lang w:val="en-US"/>
        </w:rPr>
        <w:t xml:space="preserve">Dressing/Seasoning </w:t>
      </w:r>
    </w:p>
    <w:p w:rsidR="1200973C" w:rsidP="77059F4C" w:rsidRDefault="1200973C" w14:paraId="7D29E188" w14:textId="5BAC8715">
      <w:pPr>
        <w:pStyle w:val="ListParagraph"/>
        <w:numPr>
          <w:ilvl w:val="0"/>
          <w:numId w:val="32"/>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Apple cider vinegar</w:t>
      </w:r>
    </w:p>
    <w:p w:rsidR="1200973C" w:rsidP="77059F4C" w:rsidRDefault="1200973C" w14:paraId="6356EB29" w14:textId="5BDE1ACB">
      <w:pPr>
        <w:pStyle w:val="ListParagraph"/>
        <w:numPr>
          <w:ilvl w:val="0"/>
          <w:numId w:val="32"/>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Balsamic vinegar</w:t>
      </w:r>
    </w:p>
    <w:p w:rsidR="1200973C" w:rsidP="77059F4C" w:rsidRDefault="1200973C" w14:paraId="0D45E8E8" w14:textId="12091526">
      <w:pPr>
        <w:pStyle w:val="ListParagraph"/>
        <w:numPr>
          <w:ilvl w:val="0"/>
          <w:numId w:val="32"/>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Extra virgin olive oil</w:t>
      </w:r>
    </w:p>
    <w:p w:rsidR="1200973C" w:rsidP="77059F4C" w:rsidRDefault="1200973C" w14:paraId="3B01AF64" w14:textId="6AD7EBB3">
      <w:pPr>
        <w:pStyle w:val="ListParagraph"/>
        <w:numPr>
          <w:ilvl w:val="0"/>
          <w:numId w:val="32"/>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Fresh herbs (basil, cilantro, etc.)</w:t>
      </w:r>
    </w:p>
    <w:p w:rsidR="1200973C" w:rsidP="77059F4C" w:rsidRDefault="1200973C" w14:paraId="23ACFD00" w14:textId="19F7550C">
      <w:pPr>
        <w:pStyle w:val="ListParagraph"/>
        <w:numPr>
          <w:ilvl w:val="0"/>
          <w:numId w:val="32"/>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Garlic</w:t>
      </w:r>
    </w:p>
    <w:p w:rsidR="1200973C" w:rsidP="77059F4C" w:rsidRDefault="1200973C" w14:paraId="00A66867" w14:textId="3692C09A">
      <w:pPr>
        <w:spacing w:before="330" w:beforeAutospacing="off" w:after="330" w:afterAutospacing="off"/>
        <w:jc w:val="both"/>
      </w:pPr>
      <w:r w:rsidRPr="77059F4C" w:rsidR="1200973C">
        <w:rPr>
          <w:rFonts w:ascii="Aptos" w:hAnsi="Aptos" w:eastAsia="Aptos" w:cs="Aptos"/>
          <w:b w:val="1"/>
          <w:bCs w:val="1"/>
          <w:i w:val="0"/>
          <w:iCs w:val="0"/>
          <w:caps w:val="0"/>
          <w:smallCaps w:val="0"/>
          <w:noProof w:val="0"/>
          <w:color w:val="1A1A1A"/>
          <w:sz w:val="33"/>
          <w:szCs w:val="33"/>
          <w:lang w:val="en-US"/>
        </w:rPr>
        <w:t xml:space="preserve">Vegetables </w:t>
      </w:r>
    </w:p>
    <w:p w:rsidR="1200973C" w:rsidP="77059F4C" w:rsidRDefault="1200973C" w14:paraId="6CAC3241" w14:textId="16FCD676">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Asparagus</w:t>
      </w:r>
    </w:p>
    <w:p w:rsidR="1200973C" w:rsidP="77059F4C" w:rsidRDefault="1200973C" w14:paraId="2C870DCC" w14:textId="4A680754">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Broccoli</w:t>
      </w:r>
    </w:p>
    <w:p w:rsidR="1200973C" w:rsidP="77059F4C" w:rsidRDefault="1200973C" w14:paraId="35D3260B" w14:textId="44A8CC48">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Brussels sprouts</w:t>
      </w:r>
    </w:p>
    <w:p w:rsidR="1200973C" w:rsidP="77059F4C" w:rsidRDefault="1200973C" w14:paraId="03C5DDD1" w14:textId="1F45D3A8">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Cabbage</w:t>
      </w:r>
    </w:p>
    <w:p w:rsidR="1200973C" w:rsidP="77059F4C" w:rsidRDefault="1200973C" w14:paraId="19064F5C" w14:textId="2D26867F">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Cauliflower</w:t>
      </w:r>
    </w:p>
    <w:p w:rsidR="1200973C" w:rsidP="77059F4C" w:rsidRDefault="1200973C" w14:paraId="24825FC7" w14:textId="045C3331">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Celery</w:t>
      </w:r>
    </w:p>
    <w:p w:rsidR="1200973C" w:rsidP="77059F4C" w:rsidRDefault="1200973C" w14:paraId="35E3A97E" w14:textId="542BD6E6">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Chard</w:t>
      </w:r>
    </w:p>
    <w:p w:rsidR="1200973C" w:rsidP="77059F4C" w:rsidRDefault="1200973C" w14:paraId="68C175C3" w14:textId="6F042DC9">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Collard greens</w:t>
      </w:r>
    </w:p>
    <w:p w:rsidR="1200973C" w:rsidP="77059F4C" w:rsidRDefault="1200973C" w14:paraId="65558A17" w14:textId="65BAD3E7">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Kale</w:t>
      </w:r>
    </w:p>
    <w:p w:rsidR="1200973C" w:rsidP="77059F4C" w:rsidRDefault="1200973C" w14:paraId="70B03D80" w14:textId="7ADBDDA2">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Mustard greens</w:t>
      </w:r>
    </w:p>
    <w:p w:rsidR="1200973C" w:rsidP="77059F4C" w:rsidRDefault="1200973C" w14:paraId="16EE7E4F" w14:textId="07D225CD">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Onions</w:t>
      </w:r>
    </w:p>
    <w:p w:rsidR="1200973C" w:rsidP="77059F4C" w:rsidRDefault="1200973C" w14:paraId="2CCC4763" w14:textId="17802BA5">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Pumpkin</w:t>
      </w:r>
    </w:p>
    <w:p w:rsidR="1200973C" w:rsidP="77059F4C" w:rsidRDefault="1200973C" w14:paraId="46BD9D64" w14:textId="5F3FA64D">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Romaine lettuce</w:t>
      </w:r>
    </w:p>
    <w:p w:rsidR="1200973C" w:rsidP="77059F4C" w:rsidRDefault="1200973C" w14:paraId="4CDB14FB" w14:textId="73E8CB9A">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Spinach</w:t>
      </w:r>
    </w:p>
    <w:p w:rsidR="1200973C" w:rsidP="77059F4C" w:rsidRDefault="1200973C" w14:paraId="4A062F7B" w14:textId="0FE8FDB9">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Squash</w:t>
      </w:r>
    </w:p>
    <w:p w:rsidR="1200973C" w:rsidP="77059F4C" w:rsidRDefault="1200973C" w14:paraId="463B8F05" w14:textId="26FAF55C">
      <w:pPr>
        <w:pStyle w:val="ListParagraph"/>
        <w:numPr>
          <w:ilvl w:val="0"/>
          <w:numId w:val="33"/>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Sweet potatoes</w:t>
      </w:r>
    </w:p>
    <w:p w:rsidR="1200973C" w:rsidP="77059F4C" w:rsidRDefault="1200973C" w14:paraId="22A636A6" w14:textId="0F7D5F0A">
      <w:pPr>
        <w:spacing w:before="330" w:beforeAutospacing="off" w:after="330" w:afterAutospacing="off"/>
        <w:jc w:val="both"/>
      </w:pPr>
      <w:r w:rsidRPr="77059F4C" w:rsidR="1200973C">
        <w:rPr>
          <w:rFonts w:ascii="Aptos" w:hAnsi="Aptos" w:eastAsia="Aptos" w:cs="Aptos"/>
          <w:b w:val="1"/>
          <w:bCs w:val="1"/>
          <w:i w:val="0"/>
          <w:iCs w:val="0"/>
          <w:caps w:val="0"/>
          <w:smallCaps w:val="0"/>
          <w:noProof w:val="0"/>
          <w:color w:val="1A1A1A"/>
          <w:sz w:val="33"/>
          <w:szCs w:val="33"/>
          <w:lang w:val="en-US"/>
        </w:rPr>
        <w:t xml:space="preserve">Grains </w:t>
      </w:r>
    </w:p>
    <w:p w:rsidR="1200973C" w:rsidP="77059F4C" w:rsidRDefault="1200973C" w14:paraId="3DFD4349" w14:textId="7548388F">
      <w:pPr>
        <w:pStyle w:val="ListParagraph"/>
        <w:numPr>
          <w:ilvl w:val="0"/>
          <w:numId w:val="34"/>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Barley</w:t>
      </w:r>
    </w:p>
    <w:p w:rsidR="1200973C" w:rsidP="77059F4C" w:rsidRDefault="1200973C" w14:paraId="2F5607A5" w14:textId="5F51BCAA">
      <w:pPr>
        <w:pStyle w:val="ListParagraph"/>
        <w:numPr>
          <w:ilvl w:val="0"/>
          <w:numId w:val="34"/>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Brown rice</w:t>
      </w:r>
    </w:p>
    <w:p w:rsidR="1200973C" w:rsidP="77059F4C" w:rsidRDefault="1200973C" w14:paraId="7ECB6EB7" w14:textId="7BEB156A">
      <w:pPr>
        <w:pStyle w:val="ListParagraph"/>
        <w:numPr>
          <w:ilvl w:val="0"/>
          <w:numId w:val="34"/>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Buckwheat</w:t>
      </w:r>
    </w:p>
    <w:p w:rsidR="1200973C" w:rsidP="77059F4C" w:rsidRDefault="1200973C" w14:paraId="31368512" w14:textId="613D5ABA">
      <w:pPr>
        <w:pStyle w:val="ListParagraph"/>
        <w:numPr>
          <w:ilvl w:val="0"/>
          <w:numId w:val="34"/>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Bulgur</w:t>
      </w:r>
    </w:p>
    <w:p w:rsidR="1200973C" w:rsidP="77059F4C" w:rsidRDefault="1200973C" w14:paraId="1B8F8DD4" w14:textId="720D230F">
      <w:pPr>
        <w:pStyle w:val="ListParagraph"/>
        <w:numPr>
          <w:ilvl w:val="0"/>
          <w:numId w:val="34"/>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Quinoa</w:t>
      </w:r>
    </w:p>
    <w:p w:rsidR="1200973C" w:rsidP="77059F4C" w:rsidRDefault="1200973C" w14:paraId="467CE567" w14:textId="4D2B28F8">
      <w:pPr>
        <w:pStyle w:val="ListParagraph"/>
        <w:numPr>
          <w:ilvl w:val="0"/>
          <w:numId w:val="34"/>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Unsweetened whole grain breakfast cereals (e.g., muesli)</w:t>
      </w:r>
    </w:p>
    <w:p w:rsidR="1200973C" w:rsidP="77059F4C" w:rsidRDefault="1200973C" w14:paraId="16362D3C" w14:textId="7FB0591B">
      <w:pPr>
        <w:pStyle w:val="ListParagraph"/>
        <w:numPr>
          <w:ilvl w:val="0"/>
          <w:numId w:val="34"/>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Whole grain bread (rye, spelt, or whole wheat)</w:t>
      </w:r>
    </w:p>
    <w:p w:rsidR="1200973C" w:rsidP="77059F4C" w:rsidRDefault="1200973C" w14:paraId="092F20A9" w14:textId="05211985">
      <w:pPr>
        <w:pStyle w:val="ListParagraph"/>
        <w:numPr>
          <w:ilvl w:val="0"/>
          <w:numId w:val="34"/>
        </w:numPr>
        <w:spacing w:before="0" w:beforeAutospacing="off" w:after="0" w:afterAutospacing="off"/>
        <w:jc w:val="both"/>
        <w:rPr>
          <w:rFonts w:ascii="Aptos" w:hAnsi="Aptos" w:eastAsia="Aptos" w:cs="Aptos"/>
          <w:b w:val="0"/>
          <w:bCs w:val="0"/>
          <w:i w:val="0"/>
          <w:iCs w:val="0"/>
          <w:caps w:val="0"/>
          <w:smallCaps w:val="0"/>
          <w:noProof w:val="0"/>
          <w:color w:val="1A1A1A"/>
          <w:sz w:val="27"/>
          <w:szCs w:val="27"/>
          <w:lang w:val="en-US"/>
        </w:rPr>
      </w:pPr>
      <w:r w:rsidRPr="77059F4C" w:rsidR="1200973C">
        <w:rPr>
          <w:rFonts w:ascii="Aptos" w:hAnsi="Aptos" w:eastAsia="Aptos" w:cs="Aptos"/>
          <w:b w:val="0"/>
          <w:bCs w:val="0"/>
          <w:i w:val="0"/>
          <w:iCs w:val="0"/>
          <w:caps w:val="0"/>
          <w:smallCaps w:val="0"/>
          <w:noProof w:val="0"/>
          <w:color w:val="1A1A1A"/>
          <w:sz w:val="27"/>
          <w:szCs w:val="27"/>
          <w:lang w:val="en-US"/>
        </w:rPr>
        <w:t>Whole oats / Whole grain oatmeal</w:t>
      </w:r>
    </w:p>
    <w:p w:rsidR="1200973C" w:rsidP="77059F4C" w:rsidRDefault="1200973C" w14:paraId="03247DBF" w14:textId="3DB17CE1">
      <w:pPr>
        <w:spacing w:before="240" w:beforeAutospacing="off" w:after="240" w:afterAutospacing="off" w:line="420" w:lineRule="auto"/>
      </w:pPr>
      <w:r w:rsidRPr="77059F4C" w:rsidR="1200973C">
        <w:rPr>
          <w:rFonts w:ascii="Aptos" w:hAnsi="Aptos" w:eastAsia="Aptos" w:cs="Aptos"/>
          <w:b w:val="1"/>
          <w:bCs w:val="1"/>
          <w:i w:val="0"/>
          <w:iCs w:val="0"/>
          <w:caps w:val="0"/>
          <w:smallCaps w:val="0"/>
          <w:noProof w:val="0"/>
          <w:sz w:val="28"/>
          <w:szCs w:val="28"/>
          <w:lang w:val="en-US"/>
        </w:rPr>
        <w:t xml:space="preserve">Beans and Legumes </w:t>
      </w:r>
    </w:p>
    <w:p w:rsidR="1200973C" w:rsidP="77059F4C" w:rsidRDefault="1200973C" w14:paraId="3437D3D0" w14:textId="62CC5FAD">
      <w:pPr>
        <w:pStyle w:val="ListParagraph"/>
        <w:numPr>
          <w:ilvl w:val="0"/>
          <w:numId w:val="35"/>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Black beans</w:t>
      </w:r>
    </w:p>
    <w:p w:rsidR="1200973C" w:rsidP="77059F4C" w:rsidRDefault="1200973C" w14:paraId="55FF9493" w14:textId="7052D1FB">
      <w:pPr>
        <w:pStyle w:val="ListParagraph"/>
        <w:numPr>
          <w:ilvl w:val="0"/>
          <w:numId w:val="35"/>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Black-eyed peas</w:t>
      </w:r>
    </w:p>
    <w:p w:rsidR="1200973C" w:rsidP="77059F4C" w:rsidRDefault="1200973C" w14:paraId="4A3198F0" w14:textId="15821552">
      <w:pPr>
        <w:pStyle w:val="ListParagraph"/>
        <w:numPr>
          <w:ilvl w:val="0"/>
          <w:numId w:val="35"/>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Chickpeas / Garbanzo beans</w:t>
      </w:r>
    </w:p>
    <w:p w:rsidR="1200973C" w:rsidP="77059F4C" w:rsidRDefault="1200973C" w14:paraId="36F21ECC" w14:textId="6FBE2A2E">
      <w:pPr>
        <w:pStyle w:val="ListParagraph"/>
        <w:numPr>
          <w:ilvl w:val="0"/>
          <w:numId w:val="35"/>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Kidney beans</w:t>
      </w:r>
    </w:p>
    <w:p w:rsidR="1200973C" w:rsidP="77059F4C" w:rsidRDefault="1200973C" w14:paraId="5C8D7313" w14:textId="341F012C">
      <w:pPr>
        <w:pStyle w:val="ListParagraph"/>
        <w:numPr>
          <w:ilvl w:val="0"/>
          <w:numId w:val="35"/>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Lentils</w:t>
      </w:r>
    </w:p>
    <w:p w:rsidR="1200973C" w:rsidP="77059F4C" w:rsidRDefault="1200973C" w14:paraId="4EF8BFBB" w14:textId="368BC246">
      <w:pPr>
        <w:pStyle w:val="ListParagraph"/>
        <w:numPr>
          <w:ilvl w:val="0"/>
          <w:numId w:val="35"/>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Lima beans</w:t>
      </w:r>
    </w:p>
    <w:p w:rsidR="1200973C" w:rsidP="77059F4C" w:rsidRDefault="1200973C" w14:paraId="334C909A" w14:textId="46356C7F">
      <w:pPr>
        <w:pStyle w:val="ListParagraph"/>
        <w:numPr>
          <w:ilvl w:val="0"/>
          <w:numId w:val="35"/>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Peas</w:t>
      </w:r>
    </w:p>
    <w:p w:rsidR="1200973C" w:rsidP="77059F4C" w:rsidRDefault="1200973C" w14:paraId="307256E9" w14:textId="27BA9FE6">
      <w:pPr>
        <w:pStyle w:val="ListParagraph"/>
        <w:numPr>
          <w:ilvl w:val="0"/>
          <w:numId w:val="35"/>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Soybeans / Edamame</w:t>
      </w:r>
    </w:p>
    <w:p w:rsidR="1200973C" w:rsidP="77059F4C" w:rsidRDefault="1200973C" w14:paraId="37A7D2A7" w14:textId="071E763F">
      <w:pPr>
        <w:spacing w:before="240" w:beforeAutospacing="off" w:after="240" w:afterAutospacing="off" w:line="420" w:lineRule="auto"/>
      </w:pPr>
      <w:r w:rsidRPr="77059F4C" w:rsidR="1200973C">
        <w:rPr>
          <w:rFonts w:ascii="Aptos" w:hAnsi="Aptos" w:eastAsia="Aptos" w:cs="Aptos"/>
          <w:b w:val="1"/>
          <w:bCs w:val="1"/>
          <w:i w:val="0"/>
          <w:iCs w:val="0"/>
          <w:caps w:val="0"/>
          <w:smallCaps w:val="0"/>
          <w:noProof w:val="0"/>
          <w:sz w:val="28"/>
          <w:szCs w:val="28"/>
          <w:lang w:val="en-US"/>
        </w:rPr>
        <w:t xml:space="preserve">Probiotics </w:t>
      </w:r>
    </w:p>
    <w:p w:rsidR="1200973C" w:rsidP="77059F4C" w:rsidRDefault="1200973C" w14:paraId="63DB614A" w14:textId="33FE0ACF">
      <w:pPr>
        <w:pStyle w:val="ListParagraph"/>
        <w:numPr>
          <w:ilvl w:val="0"/>
          <w:numId w:val="36"/>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Kefir</w:t>
      </w:r>
    </w:p>
    <w:p w:rsidR="1200973C" w:rsidP="77059F4C" w:rsidRDefault="1200973C" w14:paraId="10310E67" w14:textId="1D1E7D75">
      <w:pPr>
        <w:pStyle w:val="ListParagraph"/>
        <w:numPr>
          <w:ilvl w:val="0"/>
          <w:numId w:val="36"/>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Kimchi (unpasteurized)</w:t>
      </w:r>
    </w:p>
    <w:p w:rsidR="1200973C" w:rsidP="77059F4C" w:rsidRDefault="1200973C" w14:paraId="4D28A67D" w14:textId="35B036E1">
      <w:pPr>
        <w:pStyle w:val="ListParagraph"/>
        <w:numPr>
          <w:ilvl w:val="0"/>
          <w:numId w:val="36"/>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Kombucha</w:t>
      </w:r>
    </w:p>
    <w:p w:rsidR="1200973C" w:rsidP="77059F4C" w:rsidRDefault="1200973C" w14:paraId="1EF752A7" w14:textId="23BE233B">
      <w:pPr>
        <w:pStyle w:val="ListParagraph"/>
        <w:numPr>
          <w:ilvl w:val="0"/>
          <w:numId w:val="36"/>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Non-sweetened yogurt (with live or active cultures)</w:t>
      </w:r>
    </w:p>
    <w:p w:rsidR="1200973C" w:rsidP="77059F4C" w:rsidRDefault="1200973C" w14:paraId="7DE2C0FD" w14:textId="00ED49DB">
      <w:pPr>
        <w:pStyle w:val="ListParagraph"/>
        <w:numPr>
          <w:ilvl w:val="0"/>
          <w:numId w:val="36"/>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Sauerkraut (unpasteurized)</w:t>
      </w:r>
    </w:p>
    <w:p w:rsidR="1200973C" w:rsidP="77059F4C" w:rsidRDefault="1200973C" w14:paraId="2CAF2A8D" w14:textId="65914430">
      <w:pPr>
        <w:pStyle w:val="ListParagraph"/>
        <w:numPr>
          <w:ilvl w:val="0"/>
          <w:numId w:val="36"/>
        </w:numPr>
        <w:spacing w:before="0" w:beforeAutospacing="off" w:after="0" w:afterAutospacing="off"/>
        <w:rPr>
          <w:rFonts w:ascii="Aptos" w:hAnsi="Aptos" w:eastAsia="Aptos" w:cs="Aptos"/>
          <w:b w:val="0"/>
          <w:bCs w:val="0"/>
          <w:i w:val="0"/>
          <w:iCs w:val="0"/>
          <w:noProof w:val="0"/>
          <w:sz w:val="28"/>
          <w:szCs w:val="28"/>
          <w:lang w:val="en-US"/>
        </w:rPr>
      </w:pPr>
      <w:r w:rsidRPr="77059F4C" w:rsidR="1200973C">
        <w:rPr>
          <w:rFonts w:ascii="Aptos" w:hAnsi="Aptos" w:eastAsia="Aptos" w:cs="Aptos"/>
          <w:b w:val="0"/>
          <w:bCs w:val="0"/>
          <w:i w:val="0"/>
          <w:iCs w:val="0"/>
          <w:noProof w:val="0"/>
          <w:sz w:val="28"/>
          <w:szCs w:val="28"/>
          <w:lang w:val="en-US"/>
        </w:rPr>
        <w:t>Tempeh</w:t>
      </w:r>
    </w:p>
    <w:p w:rsidR="1511EA70" w:rsidP="5B5531D0" w:rsidRDefault="1511EA70" w14:paraId="732985A1" w14:textId="50051E22">
      <w:pPr>
        <w:pStyle w:val="Heading2"/>
        <w:suppressLineNumbers w:val="0"/>
        <w:bidi w:val="0"/>
        <w:spacing w:before="200" w:beforeAutospacing="off" w:after="0" w:afterAutospacing="off" w:line="360" w:lineRule="auto"/>
        <w:ind w:left="0" w:right="0"/>
        <w:jc w:val="left"/>
      </w:pPr>
      <w:r w:rsidRPr="77059F4C" w:rsidR="1200973C">
        <w:rPr>
          <w:rFonts w:ascii="Aptos" w:hAnsi="Aptos"/>
          <w:color w:val="0070C0"/>
          <w:sz w:val="32"/>
          <w:szCs w:val="32"/>
        </w:rPr>
        <w:t xml:space="preserve">Mental Health Challenge: Summer Edition </w:t>
      </w:r>
    </w:p>
    <w:p w:rsidR="1200973C" w:rsidP="77059F4C" w:rsidRDefault="1200973C" w14:paraId="176777D5" w14:textId="0AF42B68">
      <w:pPr>
        <w:pStyle w:val="ListParagraph"/>
        <w:numPr>
          <w:ilvl w:val="0"/>
          <w:numId w:val="37"/>
        </w:numPr>
        <w:bidi w:val="0"/>
        <w:rPr>
          <w:rFonts w:ascii="Aptos" w:hAnsi="Aptos" w:eastAsia="Aptos" w:cs="Aptos"/>
          <w:sz w:val="28"/>
          <w:szCs w:val="28"/>
        </w:rPr>
      </w:pPr>
      <w:r w:rsidRPr="77059F4C" w:rsidR="1200973C">
        <w:rPr>
          <w:rFonts w:ascii="Aptos" w:hAnsi="Aptos" w:eastAsia="Aptos" w:cs="Aptos"/>
          <w:sz w:val="28"/>
          <w:szCs w:val="28"/>
        </w:rPr>
        <w:t>Check in on your own mental health. Take a mental health test at mhascreening.org.</w:t>
      </w:r>
    </w:p>
    <w:p w:rsidR="1200973C" w:rsidP="77059F4C" w:rsidRDefault="1200973C" w14:paraId="53B6DA41" w14:textId="24DEC367">
      <w:pPr>
        <w:pStyle w:val="ListParagraph"/>
        <w:numPr>
          <w:ilvl w:val="0"/>
          <w:numId w:val="37"/>
        </w:numPr>
        <w:bidi w:val="0"/>
        <w:rPr>
          <w:rFonts w:ascii="Aptos" w:hAnsi="Aptos" w:eastAsia="Aptos" w:cs="Aptos"/>
          <w:sz w:val="28"/>
          <w:szCs w:val="28"/>
        </w:rPr>
      </w:pPr>
      <w:r w:rsidRPr="77059F4C" w:rsidR="1200973C">
        <w:rPr>
          <w:rFonts w:ascii="Aptos" w:hAnsi="Aptos" w:eastAsia="Aptos" w:cs="Aptos"/>
          <w:sz w:val="28"/>
          <w:szCs w:val="28"/>
        </w:rPr>
        <w:t>Write a letter to yourself to celebrate all your wins and hard work</w:t>
      </w:r>
    </w:p>
    <w:p w:rsidR="1200973C" w:rsidP="77059F4C" w:rsidRDefault="1200973C" w14:paraId="51DD6121" w14:textId="328C586F">
      <w:pPr>
        <w:pStyle w:val="ListParagraph"/>
        <w:numPr>
          <w:ilvl w:val="0"/>
          <w:numId w:val="37"/>
        </w:numPr>
        <w:bidi w:val="0"/>
        <w:rPr>
          <w:rFonts w:ascii="Aptos" w:hAnsi="Aptos" w:eastAsia="Aptos" w:cs="Aptos"/>
          <w:sz w:val="28"/>
          <w:szCs w:val="28"/>
        </w:rPr>
      </w:pPr>
      <w:r w:rsidRPr="77059F4C" w:rsidR="1200973C">
        <w:rPr>
          <w:rFonts w:ascii="Aptos" w:hAnsi="Aptos" w:eastAsia="Aptos" w:cs="Aptos"/>
          <w:sz w:val="28"/>
          <w:szCs w:val="28"/>
        </w:rPr>
        <w:t>Think of one person whom you'd like to strengthen your relationship with</w:t>
      </w:r>
    </w:p>
    <w:p w:rsidR="1200973C" w:rsidP="77059F4C" w:rsidRDefault="1200973C" w14:paraId="730F5591" w14:textId="5C211B56">
      <w:pPr>
        <w:pStyle w:val="ListParagraph"/>
        <w:numPr>
          <w:ilvl w:val="0"/>
          <w:numId w:val="37"/>
        </w:numPr>
        <w:bidi w:val="0"/>
        <w:rPr>
          <w:rFonts w:ascii="Aptos" w:hAnsi="Aptos" w:eastAsia="Aptos" w:cs="Aptos"/>
          <w:sz w:val="28"/>
          <w:szCs w:val="28"/>
        </w:rPr>
      </w:pPr>
      <w:r w:rsidRPr="77059F4C" w:rsidR="1200973C">
        <w:rPr>
          <w:rFonts w:ascii="Aptos" w:hAnsi="Aptos" w:eastAsia="Aptos" w:cs="Aptos"/>
          <w:sz w:val="28"/>
          <w:szCs w:val="28"/>
        </w:rPr>
        <w:t>Experiment with a new recipe, write a poem, paint, color, or try a Pinterest project.</w:t>
      </w:r>
    </w:p>
    <w:p w:rsidR="1200973C" w:rsidP="77059F4C" w:rsidRDefault="1200973C" w14:paraId="18EC95E5" w14:textId="293392E4">
      <w:pPr>
        <w:pStyle w:val="Heading2"/>
        <w:suppressLineNumbers w:val="0"/>
        <w:spacing w:before="200" w:beforeAutospacing="off" w:after="0" w:afterAutospacing="off" w:line="360" w:lineRule="auto"/>
        <w:ind w:left="0" w:right="0"/>
        <w:jc w:val="left"/>
      </w:pPr>
      <w:r w:rsidRPr="77059F4C" w:rsidR="1200973C">
        <w:rPr>
          <w:rFonts w:ascii="Aptos" w:hAnsi="Aptos"/>
          <w:color w:val="0070C0"/>
          <w:sz w:val="32"/>
          <w:szCs w:val="32"/>
        </w:rPr>
        <w:t>The Wellbeing Playlist</w:t>
      </w:r>
    </w:p>
    <w:p w:rsidR="1200973C" w:rsidP="77059F4C" w:rsidRDefault="1200973C" w14:paraId="234DA4A6" w14:textId="0460BEBB">
      <w:pPr>
        <w:pStyle w:val="Normal"/>
        <w:rPr>
          <w:rFonts w:ascii="Aptos" w:hAnsi="Aptos" w:eastAsia="Aptos" w:cs="Aptos"/>
          <w:sz w:val="28"/>
          <w:szCs w:val="28"/>
        </w:rPr>
      </w:pPr>
      <w:r w:rsidRPr="77059F4C" w:rsidR="1200973C">
        <w:rPr>
          <w:rFonts w:ascii="Aptos" w:hAnsi="Aptos" w:eastAsia="Aptos" w:cs="Aptos"/>
          <w:sz w:val="28"/>
          <w:szCs w:val="28"/>
        </w:rPr>
        <w:t>Toast x Original Koffee [Recommended by Vikky]</w:t>
      </w:r>
    </w:p>
    <w:p w:rsidR="1200973C" w:rsidP="77059F4C" w:rsidRDefault="1200973C" w14:paraId="2745C6AD" w14:textId="0AFE3405">
      <w:pPr>
        <w:pStyle w:val="Normal"/>
        <w:rPr>
          <w:rFonts w:ascii="Aptos" w:hAnsi="Aptos" w:eastAsia="Aptos" w:cs="Aptos"/>
          <w:sz w:val="28"/>
          <w:szCs w:val="28"/>
        </w:rPr>
      </w:pPr>
      <w:r w:rsidRPr="77059F4C" w:rsidR="1200973C">
        <w:rPr>
          <w:rFonts w:ascii="Aptos" w:hAnsi="Aptos" w:eastAsia="Aptos" w:cs="Aptos"/>
          <w:sz w:val="28"/>
          <w:szCs w:val="28"/>
        </w:rPr>
        <w:t>Finesse (Remix) x Bruno Mars feat. Cardi B [Recommended by Allyson]</w:t>
      </w:r>
    </w:p>
    <w:p w:rsidR="1200973C" w:rsidP="77059F4C" w:rsidRDefault="1200973C" w14:paraId="13CB7144" w14:textId="08E3D291">
      <w:pPr>
        <w:pStyle w:val="Normal"/>
        <w:rPr>
          <w:rFonts w:ascii="Aptos" w:hAnsi="Aptos" w:eastAsia="Aptos" w:cs="Aptos"/>
          <w:sz w:val="28"/>
          <w:szCs w:val="28"/>
        </w:rPr>
      </w:pPr>
      <w:r w:rsidRPr="77059F4C" w:rsidR="1200973C">
        <w:rPr>
          <w:rFonts w:ascii="Aptos" w:hAnsi="Aptos" w:eastAsia="Aptos" w:cs="Aptos"/>
          <w:sz w:val="28"/>
          <w:szCs w:val="28"/>
        </w:rPr>
        <w:t>Feels Like Summer x Samuel Jack [Recommended by Erin]</w:t>
      </w:r>
    </w:p>
    <w:p w:rsidR="1200973C" w:rsidP="77059F4C" w:rsidRDefault="1200973C" w14:paraId="25B2CBAE" w14:textId="3F716795">
      <w:pPr>
        <w:pStyle w:val="Normal"/>
        <w:rPr>
          <w:rFonts w:ascii="Aptos" w:hAnsi="Aptos" w:eastAsia="Aptos" w:cs="Aptos"/>
          <w:sz w:val="28"/>
          <w:szCs w:val="28"/>
        </w:rPr>
      </w:pPr>
      <w:r w:rsidRPr="77059F4C" w:rsidR="1200973C">
        <w:rPr>
          <w:rFonts w:ascii="Aptos" w:hAnsi="Aptos" w:eastAsia="Aptos" w:cs="Aptos"/>
          <w:sz w:val="28"/>
          <w:szCs w:val="28"/>
        </w:rPr>
        <w:t>Psychologique x Tiakola [Recommended by Jacyntha]</w:t>
      </w:r>
    </w:p>
    <w:p w:rsidR="1200973C" w:rsidP="77059F4C" w:rsidRDefault="1200973C" w14:paraId="1AA26B19" w14:textId="4B6D18D8">
      <w:pPr>
        <w:pStyle w:val="Normal"/>
        <w:rPr>
          <w:rFonts w:ascii="Aptos" w:hAnsi="Aptos" w:eastAsia="Aptos" w:cs="Aptos"/>
          <w:sz w:val="28"/>
          <w:szCs w:val="28"/>
        </w:rPr>
      </w:pPr>
      <w:r w:rsidRPr="77059F4C" w:rsidR="1200973C">
        <w:rPr>
          <w:rFonts w:ascii="Aptos" w:hAnsi="Aptos" w:eastAsia="Aptos" w:cs="Aptos"/>
          <w:sz w:val="28"/>
          <w:szCs w:val="28"/>
        </w:rPr>
        <w:t>Ribs x Lorde [Recommended by Ashley]</w:t>
      </w:r>
    </w:p>
    <w:p w:rsidR="1200973C" w:rsidP="77059F4C" w:rsidRDefault="1200973C" w14:paraId="5EC0446C" w14:textId="40DE8CB7">
      <w:pPr>
        <w:pStyle w:val="Normal"/>
        <w:rPr>
          <w:rFonts w:ascii="Aptos" w:hAnsi="Aptos" w:eastAsia="Aptos" w:cs="Aptos"/>
          <w:sz w:val="28"/>
          <w:szCs w:val="28"/>
        </w:rPr>
      </w:pPr>
      <w:r w:rsidRPr="77059F4C" w:rsidR="1200973C">
        <w:rPr>
          <w:rFonts w:ascii="Aptos" w:hAnsi="Aptos" w:eastAsia="Aptos" w:cs="Aptos"/>
          <w:sz w:val="28"/>
          <w:szCs w:val="28"/>
        </w:rPr>
        <w:t>Downtown x Macklemore &amp; Ryan Lewis [Recommended by Nick]</w:t>
      </w:r>
    </w:p>
    <w:p w:rsidR="674BE70A" w:rsidP="385611CD" w:rsidRDefault="674BE70A" w14:paraId="7CF00C8E" w14:textId="6E2689D1">
      <w:pPr>
        <w:pStyle w:val="Heading2"/>
        <w:spacing w:line="360" w:lineRule="auto"/>
        <w:rPr>
          <w:rFonts w:ascii="Aptos" w:hAnsi="Aptos"/>
          <w:color w:val="0070C0"/>
          <w:sz w:val="32"/>
          <w:szCs w:val="32"/>
        </w:rPr>
      </w:pPr>
      <w:r w:rsidRPr="77059F4C" w:rsidR="1C9BDBF4">
        <w:rPr>
          <w:rFonts w:ascii="Aptos" w:hAnsi="Aptos"/>
          <w:color w:val="0070C0"/>
          <w:sz w:val="32"/>
          <w:szCs w:val="32"/>
        </w:rPr>
        <w:t>Quick Chats</w:t>
      </w:r>
    </w:p>
    <w:p w:rsidR="7CC58F8B" w:rsidP="77059F4C" w:rsidRDefault="7CC58F8B" w14:paraId="7AAA86EB" w14:textId="244F7F4C">
      <w:pPr>
        <w:pStyle w:val="Normal"/>
        <w:suppressLineNumbers w:val="0"/>
        <w:bidi w:val="0"/>
        <w:spacing w:before="0" w:beforeAutospacing="off" w:after="200" w:afterAutospacing="off" w:line="360" w:lineRule="auto"/>
        <w:ind w:left="0" w:right="0"/>
        <w:jc w:val="left"/>
      </w:pPr>
      <w:r w:rsidRPr="77059F4C" w:rsidR="7CC58F8B">
        <w:rPr>
          <w:rFonts w:ascii="Aptos" w:hAnsi="Aptos" w:eastAsia="ＭＳ ゴシック" w:cs="" w:eastAsiaTheme="majorEastAsia" w:cstheme="majorBidi"/>
          <w:b w:val="1"/>
          <w:bCs w:val="1"/>
          <w:color w:val="0070C0"/>
          <w:sz w:val="28"/>
          <w:szCs w:val="28"/>
        </w:rPr>
        <w:t>Truth or Toss</w:t>
      </w:r>
    </w:p>
    <w:p w:rsidR="7CC58F8B" w:rsidP="77059F4C" w:rsidRDefault="7CC58F8B" w14:paraId="7C5FF492" w14:textId="741135E3">
      <w:pPr>
        <w:pStyle w:val="Normal"/>
        <w:suppressLineNumbers w:val="0"/>
        <w:bidi w:val="0"/>
        <w:spacing w:before="240" w:beforeAutospacing="off" w:after="240" w:afterAutospacing="off" w:line="360" w:lineRule="auto"/>
        <w:ind w:left="0" w:right="0"/>
        <w:jc w:val="left"/>
      </w:pPr>
      <w:r w:rsidRPr="77059F4C" w:rsidR="7CC58F8B">
        <w:rPr>
          <w:rFonts w:ascii="Aptos" w:hAnsi="Aptos" w:eastAsia="Aptos" w:cs="Aptos"/>
          <w:b w:val="0"/>
          <w:bCs w:val="0"/>
          <w:i w:val="0"/>
          <w:iCs w:val="0"/>
          <w:caps w:val="0"/>
          <w:smallCaps w:val="0"/>
          <w:noProof w:val="0"/>
          <w:sz w:val="28"/>
          <w:szCs w:val="28"/>
          <w:lang w:val="en-US"/>
        </w:rPr>
        <w:t>"Talking about mental health means you're being dramatic."</w:t>
      </w:r>
    </w:p>
    <w:p w:rsidR="7CC58F8B" w:rsidP="77059F4C" w:rsidRDefault="7CC58F8B" w14:paraId="323CCC3E" w14:textId="78D32F99">
      <w:pPr>
        <w:pStyle w:val="Normal"/>
        <w:bidi w:val="0"/>
        <w:spacing w:before="240" w:beforeAutospacing="off" w:after="240" w:afterAutospacing="off" w:line="360" w:lineRule="auto"/>
        <w:ind w:left="0" w:right="0"/>
        <w:jc w:val="left"/>
      </w:pPr>
      <w:r w:rsidRPr="77059F4C" w:rsidR="7CC58F8B">
        <w:rPr>
          <w:rFonts w:ascii="Aptos" w:hAnsi="Aptos" w:eastAsia="Aptos" w:cs="Aptos"/>
          <w:b w:val="0"/>
          <w:bCs w:val="0"/>
          <w:i w:val="0"/>
          <w:iCs w:val="0"/>
          <w:caps w:val="0"/>
          <w:smallCaps w:val="0"/>
          <w:noProof w:val="0"/>
          <w:sz w:val="28"/>
          <w:szCs w:val="28"/>
          <w:lang w:val="en-US"/>
        </w:rPr>
        <w:t>Toss it. Talking about your mental health is a sign of strength, not weakness—it helps reduce stigma and opens the door to healing.</w:t>
      </w:r>
    </w:p>
    <w:p w:rsidR="003436F2" w:rsidP="25A68C54" w:rsidRDefault="003436F2" w14:paraId="4BD5B93C" w14:textId="5269CBE0">
      <w:pPr>
        <w:spacing w:line="360" w:lineRule="auto"/>
        <w:rPr>
          <w:rFonts w:ascii="Aptos" w:hAnsi="Aptos" w:eastAsia="ＭＳ ゴシック" w:cs="" w:eastAsiaTheme="majorEastAsia" w:cstheme="majorBidi"/>
          <w:b w:val="1"/>
          <w:bCs w:val="1"/>
          <w:color w:val="0070C0" w:themeColor="accent1"/>
          <w:sz w:val="28"/>
          <w:szCs w:val="28"/>
        </w:rPr>
      </w:pPr>
      <w:r w:rsidRPr="77059F4C" w:rsidR="585DD634">
        <w:rPr>
          <w:rFonts w:ascii="Aptos" w:hAnsi="Aptos" w:eastAsia="ＭＳ ゴシック" w:cs="" w:eastAsiaTheme="majorEastAsia" w:cstheme="majorBidi"/>
          <w:b w:val="1"/>
          <w:bCs w:val="1"/>
          <w:color w:val="0070C0"/>
          <w:sz w:val="28"/>
          <w:szCs w:val="28"/>
        </w:rPr>
        <w:t>Self-Care Share</w:t>
      </w:r>
    </w:p>
    <w:p w:rsidR="567A8D79" w:rsidP="77059F4C" w:rsidRDefault="567A8D79" w14:paraId="1F3DB5F3" w14:textId="346AF5B7">
      <w:pPr>
        <w:pStyle w:val="Normal"/>
        <w:spacing w:line="360" w:lineRule="auto"/>
      </w:pPr>
      <w:r w:rsidRPr="77059F4C" w:rsidR="567A8D79">
        <w:rPr>
          <w:rFonts w:ascii="Aptos" w:hAnsi="Aptos" w:eastAsia="Aptos" w:cs="Aptos"/>
          <w:b w:val="0"/>
          <w:bCs w:val="0"/>
          <w:i w:val="0"/>
          <w:iCs w:val="0"/>
          <w:noProof w:val="0"/>
          <w:sz w:val="28"/>
          <w:szCs w:val="28"/>
          <w:lang w:val="en-US"/>
        </w:rPr>
        <w:t>This summer, self-care might look like creating a flexible routine, catching up on rest, or spending time doing things that bring you joy—use this season to recharge and reconnect with yourself.</w:t>
      </w:r>
    </w:p>
    <w:p w:rsidR="00867C30" w:rsidP="25A68C54" w:rsidRDefault="00867C30" w14:paraId="616E7AF4" w14:textId="57B7CFD0">
      <w:pPr>
        <w:pStyle w:val="Normal"/>
        <w:spacing w:line="360" w:lineRule="auto"/>
        <w:rPr>
          <w:rFonts w:ascii="Aptos" w:hAnsi="Aptos" w:eastAsia="ＭＳ ゴシック" w:cs="" w:eastAsiaTheme="majorEastAsia" w:cstheme="majorBidi"/>
          <w:b w:val="1"/>
          <w:bCs w:val="1"/>
          <w:color w:val="0070C0" w:themeColor="accent1"/>
          <w:sz w:val="28"/>
          <w:szCs w:val="28"/>
        </w:rPr>
      </w:pPr>
      <w:r w:rsidRPr="385611CD" w:rsidR="5629FCE6">
        <w:rPr>
          <w:rFonts w:ascii="Aptos" w:hAnsi="Aptos" w:eastAsia="Aptos" w:cs="Aptos"/>
          <w:b w:val="1"/>
          <w:bCs w:val="1"/>
          <w:i w:val="0"/>
          <w:iCs w:val="0"/>
          <w:noProof w:val="0"/>
          <w:color w:val="0070C0"/>
          <w:sz w:val="28"/>
          <w:szCs w:val="28"/>
          <w:lang w:val="en-US"/>
        </w:rPr>
        <w:t>Relationship Real Talk</w:t>
      </w:r>
      <w:r w:rsidRPr="385611CD" w:rsidR="5629FCE6">
        <w:rPr>
          <w:rFonts w:ascii="Aptos" w:hAnsi="Aptos" w:eastAsia="ＭＳ ゴシック" w:cs="" w:eastAsiaTheme="majorEastAsia" w:cstheme="majorBidi"/>
          <w:b w:val="1"/>
          <w:bCs w:val="1"/>
          <w:color w:val="0070C0"/>
          <w:sz w:val="28"/>
          <w:szCs w:val="28"/>
        </w:rPr>
        <w:t xml:space="preserve"> </w:t>
      </w:r>
    </w:p>
    <w:p w:rsidR="010BACFB" w:rsidP="5B5531D0" w:rsidRDefault="010BACFB" w14:paraId="498E499A" w14:textId="421A7FAB">
      <w:pPr>
        <w:pStyle w:val="Normal"/>
        <w:spacing w:before="240" w:beforeAutospacing="off" w:after="240" w:afterAutospacing="off" w:line="360" w:lineRule="auto"/>
      </w:pPr>
      <w:r w:rsidRPr="77059F4C" w:rsidR="4B1D692A">
        <w:rPr>
          <w:rFonts w:ascii="Aptos" w:hAnsi="Aptos" w:eastAsia="Aptos" w:cs="Aptos"/>
          <w:b w:val="0"/>
          <w:bCs w:val="0"/>
          <w:i w:val="0"/>
          <w:iCs w:val="0"/>
          <w:caps w:val="0"/>
          <w:smallCaps w:val="0"/>
          <w:noProof w:val="0"/>
          <w:sz w:val="28"/>
          <w:szCs w:val="28"/>
          <w:lang w:val="en-US"/>
        </w:rPr>
        <w:t xml:space="preserve">A SCSU </w:t>
      </w:r>
      <w:r w:rsidRPr="77059F4C" w:rsidR="4B1D692A">
        <w:rPr>
          <w:rFonts w:ascii="Aptos" w:hAnsi="Aptos" w:eastAsia="Aptos" w:cs="Aptos"/>
          <w:noProof w:val="0"/>
          <w:sz w:val="28"/>
          <w:szCs w:val="28"/>
          <w:lang w:val="en-US"/>
        </w:rPr>
        <w:t>student</w:t>
      </w:r>
      <w:r w:rsidRPr="77059F4C" w:rsidR="4B1D692A">
        <w:rPr>
          <w:rFonts w:ascii="Aptos" w:hAnsi="Aptos" w:eastAsia="Aptos" w:cs="Aptos"/>
          <w:b w:val="0"/>
          <w:bCs w:val="0"/>
          <w:i w:val="0"/>
          <w:iCs w:val="0"/>
          <w:caps w:val="0"/>
          <w:smallCaps w:val="0"/>
          <w:noProof w:val="0"/>
          <w:sz w:val="28"/>
          <w:szCs w:val="28"/>
          <w:lang w:val="en-US"/>
        </w:rPr>
        <w:t xml:space="preserve"> asked:</w:t>
      </w:r>
      <w:r w:rsidRPr="77059F4C" w:rsidR="5DB12BE4">
        <w:rPr>
          <w:rFonts w:ascii="Aptos" w:hAnsi="Aptos" w:eastAsia="Aptos" w:cs="Aptos"/>
          <w:b w:val="0"/>
          <w:bCs w:val="0"/>
          <w:i w:val="0"/>
          <w:iCs w:val="0"/>
          <w:caps w:val="0"/>
          <w:smallCaps w:val="0"/>
          <w:noProof w:val="0"/>
          <w:sz w:val="28"/>
          <w:szCs w:val="28"/>
          <w:lang w:val="en-US"/>
        </w:rPr>
        <w:t xml:space="preserve"> Do I need to distance myself from friends who are still using substances now that I’m sober?</w:t>
      </w:r>
    </w:p>
    <w:p w:rsidR="010BACFB" w:rsidP="5B5531D0" w:rsidRDefault="010BACFB" w14:paraId="711E2D5B" w14:textId="5D28E421">
      <w:pPr>
        <w:pStyle w:val="Normal"/>
        <w:spacing w:before="240" w:beforeAutospacing="off" w:after="240" w:afterAutospacing="off" w:line="360" w:lineRule="auto"/>
      </w:pPr>
      <w:r w:rsidRPr="77059F4C" w:rsidR="4B1D692A">
        <w:rPr>
          <w:rFonts w:ascii="Aptos" w:hAnsi="Aptos" w:eastAsia="Aptos" w:cs="Aptos"/>
          <w:b w:val="0"/>
          <w:bCs w:val="0"/>
          <w:i w:val="0"/>
          <w:iCs w:val="0"/>
          <w:caps w:val="0"/>
          <w:smallCaps w:val="0"/>
          <w:noProof w:val="0"/>
          <w:sz w:val="28"/>
          <w:szCs w:val="28"/>
          <w:lang w:val="en-US"/>
        </w:rPr>
        <w:t>We answered</w:t>
      </w:r>
      <w:r w:rsidRPr="77059F4C" w:rsidR="4B1D692A">
        <w:rPr>
          <w:rFonts w:ascii="Aptos" w:hAnsi="Aptos" w:eastAsia="Aptos" w:cs="Aptos"/>
          <w:noProof w:val="0"/>
          <w:sz w:val="28"/>
          <w:szCs w:val="28"/>
          <w:lang w:val="en-US"/>
        </w:rPr>
        <w:t xml:space="preserve">, </w:t>
      </w:r>
      <w:r w:rsidRPr="77059F4C" w:rsidR="385CEE72">
        <w:rPr>
          <w:rFonts w:ascii="Aptos" w:hAnsi="Aptos" w:eastAsia="Aptos" w:cs="Aptos"/>
          <w:noProof w:val="0"/>
          <w:sz w:val="28"/>
          <w:szCs w:val="28"/>
          <w:lang w:val="en-US"/>
        </w:rPr>
        <w:t>"</w:t>
      </w:r>
      <w:r w:rsidRPr="77059F4C" w:rsidR="5E940A0A">
        <w:rPr>
          <w:rFonts w:ascii="Aptos" w:hAnsi="Aptos" w:eastAsia="Aptos" w:cs="Aptos"/>
          <w:b w:val="0"/>
          <w:bCs w:val="0"/>
          <w:i w:val="0"/>
          <w:iCs w:val="0"/>
          <w:noProof w:val="0"/>
          <w:sz w:val="28"/>
          <w:szCs w:val="28"/>
          <w:lang w:val="en-US"/>
        </w:rPr>
        <w:t xml:space="preserve"> It depends. Some friendships might hold strong, especially if they support your recovery and respect your boundaries. But if the only thing you had in common was using—and they’re pressuring you or making you feel stuck—it might be time to lovingly let go. Sobriety is about healing, growing, and surrounding yourself with people who lift you up, not pull you back. Remember, it's okay to outgrow relationships that no longer align with your values.</w:t>
      </w:r>
    </w:p>
    <w:p w:rsidR="5E940A0A" w:rsidP="77059F4C" w:rsidRDefault="5E940A0A" w14:paraId="0F542EEA" w14:textId="01C96F1E">
      <w:pPr>
        <w:spacing w:before="240" w:beforeAutospacing="off" w:after="240" w:afterAutospacing="off" w:line="360" w:lineRule="auto"/>
      </w:pPr>
      <w:r w:rsidRPr="77059F4C" w:rsidR="5E940A0A">
        <w:rPr>
          <w:rFonts w:ascii="Aptos" w:hAnsi="Aptos" w:eastAsia="Aptos" w:cs="Aptos"/>
          <w:b w:val="1"/>
          <w:bCs w:val="1"/>
          <w:i w:val="0"/>
          <w:iCs w:val="0"/>
          <w:caps w:val="0"/>
          <w:smallCaps w:val="0"/>
          <w:noProof w:val="0"/>
          <w:color w:val="0070C0"/>
          <w:sz w:val="28"/>
          <w:szCs w:val="28"/>
          <w:lang w:val="en-US"/>
        </w:rPr>
        <w:t>Looking for support?</w:t>
      </w:r>
    </w:p>
    <w:p w:rsidR="5E940A0A" w:rsidP="77059F4C" w:rsidRDefault="5E940A0A" w14:paraId="27DD08F0" w14:textId="5C4BA50E">
      <w:pPr>
        <w:spacing w:before="240" w:beforeAutospacing="off" w:after="240" w:afterAutospacing="off" w:line="360" w:lineRule="auto"/>
      </w:pPr>
      <w:r w:rsidRPr="77059F4C" w:rsidR="5E940A0A">
        <w:rPr>
          <w:rFonts w:ascii="Aptos" w:hAnsi="Aptos" w:eastAsia="Aptos" w:cs="Aptos"/>
          <w:b w:val="0"/>
          <w:bCs w:val="0"/>
          <w:i w:val="0"/>
          <w:iCs w:val="0"/>
          <w:caps w:val="0"/>
          <w:smallCaps w:val="0"/>
          <w:noProof w:val="0"/>
          <w:sz w:val="28"/>
          <w:szCs w:val="28"/>
          <w:lang w:val="en-US"/>
        </w:rPr>
        <w:t xml:space="preserve">Connect with </w:t>
      </w:r>
      <w:hyperlink r:id="Rb7f29f5e56dc48a5">
        <w:r w:rsidRPr="77059F4C" w:rsidR="5E940A0A">
          <w:rPr>
            <w:rStyle w:val="Hyperlink"/>
            <w:rFonts w:ascii="Aptos" w:hAnsi="Aptos" w:eastAsia="Aptos" w:cs="Aptos"/>
            <w:b w:val="0"/>
            <w:bCs w:val="0"/>
            <w:i w:val="0"/>
            <w:iCs w:val="0"/>
            <w:caps w:val="0"/>
            <w:smallCaps w:val="0"/>
            <w:noProof w:val="0"/>
            <w:sz w:val="28"/>
            <w:szCs w:val="28"/>
            <w:lang w:val="en-US"/>
          </w:rPr>
          <w:t>SCSU’s Recovery &amp; Drug Services</w:t>
        </w:r>
      </w:hyperlink>
      <w:r w:rsidRPr="77059F4C" w:rsidR="5E940A0A">
        <w:rPr>
          <w:rFonts w:ascii="Aptos" w:hAnsi="Aptos" w:eastAsia="Aptos" w:cs="Aptos"/>
          <w:b w:val="0"/>
          <w:bCs w:val="0"/>
          <w:i w:val="0"/>
          <w:iCs w:val="0"/>
          <w:caps w:val="0"/>
          <w:smallCaps w:val="0"/>
          <w:noProof w:val="0"/>
          <w:sz w:val="28"/>
          <w:szCs w:val="28"/>
          <w:lang w:val="en-US"/>
        </w:rPr>
        <w:t xml:space="preserve"> to receive confidential support and resources to help you navigate life in recovery.</w:t>
      </w:r>
    </w:p>
    <w:p w:rsidR="5E940A0A" w:rsidP="77059F4C" w:rsidRDefault="5E940A0A" w14:paraId="115ADBF1" w14:textId="335C21E3">
      <w:pPr>
        <w:pStyle w:val="Heading2"/>
        <w:suppressLineNumbers w:val="0"/>
        <w:spacing w:before="200" w:beforeAutospacing="off" w:after="0" w:afterAutospacing="off" w:line="360" w:lineRule="auto"/>
        <w:ind w:left="0" w:right="0"/>
        <w:jc w:val="left"/>
      </w:pPr>
      <w:r w:rsidRPr="77059F4C" w:rsidR="5E940A0A">
        <w:rPr>
          <w:rFonts w:ascii="Aptos" w:hAnsi="Aptos"/>
          <w:color w:val="0070C0"/>
          <w:sz w:val="32"/>
          <w:szCs w:val="32"/>
        </w:rPr>
        <w:t xml:space="preserve">Let’s Talk About Sex </w:t>
      </w:r>
    </w:p>
    <w:p w:rsidR="5E940A0A" w:rsidP="77059F4C" w:rsidRDefault="5E940A0A" w14:paraId="3C44E294" w14:textId="7E733353">
      <w:pPr>
        <w:pStyle w:val="Normal"/>
        <w:rPr>
          <w:rFonts w:ascii="Aptos" w:hAnsi="Aptos" w:eastAsia="Aptos" w:cs="Aptos"/>
          <w:b w:val="0"/>
          <w:bCs w:val="0"/>
          <w:i w:val="0"/>
          <w:iCs w:val="0"/>
          <w:noProof w:val="0"/>
          <w:sz w:val="28"/>
          <w:szCs w:val="28"/>
          <w:lang w:val="en-US"/>
        </w:rPr>
      </w:pPr>
      <w:r w:rsidRPr="77059F4C" w:rsidR="5E940A0A">
        <w:rPr>
          <w:rFonts w:ascii="Aptos" w:hAnsi="Aptos" w:eastAsia="Aptos" w:cs="Aptos"/>
          <w:b w:val="0"/>
          <w:bCs w:val="0"/>
          <w:i w:val="0"/>
          <w:iCs w:val="0"/>
          <w:noProof w:val="0"/>
          <w:sz w:val="28"/>
          <w:szCs w:val="28"/>
          <w:lang w:val="en-US"/>
        </w:rPr>
        <w:t>As you head into summer, remember that sexual health is part of your overall well-being. Stay informed, communicate openly with partners, and prioritize consent, protection, and regular check-ups. Your safety, boundaries, and comfort always come first.</w:t>
      </w:r>
    </w:p>
    <w:p w:rsidR="5E940A0A" w:rsidP="77059F4C" w:rsidRDefault="5E940A0A" w14:paraId="1E879370" w14:textId="127B07FF">
      <w:pPr>
        <w:pStyle w:val="Heading2"/>
        <w:suppressLineNumbers w:val="0"/>
        <w:bidi w:val="0"/>
        <w:spacing w:before="0" w:beforeAutospacing="off" w:after="0" w:afterAutospacing="off" w:line="360" w:lineRule="auto"/>
        <w:ind w:left="0" w:right="0"/>
        <w:jc w:val="left"/>
      </w:pPr>
      <w:r w:rsidRPr="77059F4C" w:rsidR="5E940A0A">
        <w:rPr>
          <w:rFonts w:ascii="Aptos" w:hAnsi="Aptos"/>
          <w:color w:val="0070C0"/>
          <w:sz w:val="32"/>
          <w:szCs w:val="32"/>
        </w:rPr>
        <w:t>Fit for Thought</w:t>
      </w:r>
    </w:p>
    <w:p w:rsidR="5E940A0A" w:rsidP="77059F4C" w:rsidRDefault="5E940A0A" w14:paraId="2993FF6E" w14:textId="6C177D36">
      <w:pPr>
        <w:pStyle w:val="Heading2"/>
        <w:suppressLineNumbers w:val="0"/>
        <w:bidi w:val="0"/>
        <w:spacing w:before="0" w:beforeAutospacing="off" w:after="0" w:afterAutospacing="off" w:line="360" w:lineRule="auto"/>
        <w:ind w:left="0" w:right="0"/>
        <w:jc w:val="left"/>
        <w:rPr>
          <w:rFonts w:ascii="Aptos" w:hAnsi="Aptos" w:eastAsia="Aptos" w:cs="Aptos"/>
          <w:b w:val="0"/>
          <w:bCs w:val="0"/>
          <w:i w:val="0"/>
          <w:iCs w:val="0"/>
          <w:caps w:val="0"/>
          <w:smallCaps w:val="0"/>
          <w:noProof w:val="0"/>
          <w:color w:val="0070C0"/>
          <w:sz w:val="28"/>
          <w:szCs w:val="28"/>
          <w:lang w:val="en-US"/>
        </w:rPr>
      </w:pPr>
      <w:r w:rsidRPr="77059F4C" w:rsidR="5E940A0A">
        <w:rPr>
          <w:rFonts w:ascii="Aptos" w:hAnsi="Aptos" w:eastAsia="Aptos" w:cs="Aptos"/>
          <w:b w:val="0"/>
          <w:bCs w:val="0"/>
          <w:i w:val="0"/>
          <w:iCs w:val="0"/>
          <w:caps w:val="0"/>
          <w:smallCaps w:val="0"/>
          <w:noProof w:val="0"/>
          <w:color w:val="0070C0"/>
          <w:sz w:val="28"/>
          <w:szCs w:val="28"/>
          <w:lang w:val="en-US"/>
        </w:rPr>
        <w:t>"Create Your Summer Power Plate"</w:t>
      </w:r>
    </w:p>
    <w:p w:rsidR="5E940A0A" w:rsidP="77059F4C" w:rsidRDefault="5E940A0A" w14:paraId="6FBCB8C3" w14:textId="7BD62E23">
      <w:pPr>
        <w:bidi w:val="0"/>
        <w:spacing w:before="0" w:beforeAutospacing="off" w:after="240" w:afterAutospacing="off" w:line="360" w:lineRule="auto"/>
        <w:jc w:val="left"/>
      </w:pPr>
      <w:r w:rsidRPr="77059F4C" w:rsidR="5E940A0A">
        <w:rPr>
          <w:rFonts w:ascii="Aptos" w:hAnsi="Aptos" w:eastAsia="Aptos" w:cs="Aptos"/>
          <w:b w:val="0"/>
          <w:bCs w:val="0"/>
          <w:i w:val="0"/>
          <w:iCs w:val="0"/>
          <w:caps w:val="0"/>
          <w:smallCaps w:val="0"/>
          <w:noProof w:val="0"/>
          <w:sz w:val="28"/>
          <w:szCs w:val="28"/>
          <w:lang w:val="en-US"/>
        </w:rPr>
        <w:t>Sketch or list your ideal balanced summer meal using our Mental Health Grocery List:</w:t>
      </w:r>
    </w:p>
    <w:p w:rsidR="5E940A0A" w:rsidP="77059F4C" w:rsidRDefault="5E940A0A" w14:paraId="5DEA3185" w14:textId="6E818B76">
      <w:pPr>
        <w:pStyle w:val="ListParagraph"/>
        <w:numPr>
          <w:ilvl w:val="0"/>
          <w:numId w:val="38"/>
        </w:numPr>
        <w:bidi w:val="0"/>
        <w:spacing w:before="0" w:beforeAutospacing="off" w:after="0" w:afterAutospacing="off"/>
        <w:jc w:val="left"/>
        <w:rPr>
          <w:rFonts w:ascii="Aptos" w:hAnsi="Aptos" w:eastAsia="Aptos" w:cs="Aptos"/>
          <w:b w:val="0"/>
          <w:bCs w:val="0"/>
          <w:i w:val="0"/>
          <w:iCs w:val="0"/>
          <w:noProof w:val="0"/>
          <w:sz w:val="28"/>
          <w:szCs w:val="28"/>
          <w:lang w:val="en-US"/>
        </w:rPr>
      </w:pPr>
      <w:r w:rsidRPr="77059F4C" w:rsidR="5E940A0A">
        <w:rPr>
          <w:rFonts w:ascii="Aptos" w:hAnsi="Aptos" w:eastAsia="Aptos" w:cs="Aptos"/>
          <w:b w:val="0"/>
          <w:bCs w:val="0"/>
          <w:i w:val="0"/>
          <w:iCs w:val="0"/>
          <w:noProof w:val="0"/>
          <w:sz w:val="28"/>
          <w:szCs w:val="28"/>
          <w:lang w:val="en-US"/>
        </w:rPr>
        <w:t>1 protein (grilled chicken, tofu, tuna, etc.)</w:t>
      </w:r>
    </w:p>
    <w:p w:rsidR="5E940A0A" w:rsidP="77059F4C" w:rsidRDefault="5E940A0A" w14:paraId="508629D3" w14:textId="3A9E2411">
      <w:pPr>
        <w:pStyle w:val="ListParagraph"/>
        <w:numPr>
          <w:ilvl w:val="0"/>
          <w:numId w:val="38"/>
        </w:numPr>
        <w:bidi w:val="0"/>
        <w:spacing w:before="0" w:beforeAutospacing="off" w:after="0" w:afterAutospacing="off"/>
        <w:jc w:val="left"/>
        <w:rPr>
          <w:rFonts w:ascii="Aptos" w:hAnsi="Aptos" w:eastAsia="Aptos" w:cs="Aptos"/>
          <w:b w:val="0"/>
          <w:bCs w:val="0"/>
          <w:i w:val="0"/>
          <w:iCs w:val="0"/>
          <w:noProof w:val="0"/>
          <w:sz w:val="28"/>
          <w:szCs w:val="28"/>
          <w:lang w:val="en-US"/>
        </w:rPr>
      </w:pPr>
      <w:r w:rsidRPr="77059F4C" w:rsidR="5E940A0A">
        <w:rPr>
          <w:rFonts w:ascii="Aptos" w:hAnsi="Aptos" w:eastAsia="Aptos" w:cs="Aptos"/>
          <w:b w:val="0"/>
          <w:bCs w:val="0"/>
          <w:i w:val="0"/>
          <w:iCs w:val="0"/>
          <w:noProof w:val="0"/>
          <w:sz w:val="28"/>
          <w:szCs w:val="28"/>
          <w:lang w:val="en-US"/>
        </w:rPr>
        <w:t>1 complex carb (quinoa, brown rice, sweet potatoes)</w:t>
      </w:r>
    </w:p>
    <w:p w:rsidR="5E940A0A" w:rsidP="77059F4C" w:rsidRDefault="5E940A0A" w14:paraId="3A507168" w14:textId="5E6CB931">
      <w:pPr>
        <w:pStyle w:val="ListParagraph"/>
        <w:numPr>
          <w:ilvl w:val="0"/>
          <w:numId w:val="38"/>
        </w:numPr>
        <w:bidi w:val="0"/>
        <w:spacing w:before="0" w:beforeAutospacing="off" w:after="0" w:afterAutospacing="off"/>
        <w:jc w:val="left"/>
        <w:rPr>
          <w:rFonts w:ascii="Aptos" w:hAnsi="Aptos" w:eastAsia="Aptos" w:cs="Aptos"/>
          <w:b w:val="0"/>
          <w:bCs w:val="0"/>
          <w:i w:val="0"/>
          <w:iCs w:val="0"/>
          <w:noProof w:val="0"/>
          <w:sz w:val="28"/>
          <w:szCs w:val="28"/>
          <w:lang w:val="en-US"/>
        </w:rPr>
      </w:pPr>
      <w:r w:rsidRPr="77059F4C" w:rsidR="5E940A0A">
        <w:rPr>
          <w:rFonts w:ascii="Aptos" w:hAnsi="Aptos" w:eastAsia="Aptos" w:cs="Aptos"/>
          <w:b w:val="0"/>
          <w:bCs w:val="0"/>
          <w:i w:val="0"/>
          <w:iCs w:val="0"/>
          <w:noProof w:val="0"/>
          <w:sz w:val="28"/>
          <w:szCs w:val="28"/>
          <w:lang w:val="en-US"/>
        </w:rPr>
        <w:t>2+ colorful veggies or fruits</w:t>
      </w:r>
    </w:p>
    <w:p w:rsidR="5E940A0A" w:rsidP="77059F4C" w:rsidRDefault="5E940A0A" w14:paraId="6B42155E" w14:textId="003715C1">
      <w:pPr>
        <w:pStyle w:val="ListParagraph"/>
        <w:numPr>
          <w:ilvl w:val="0"/>
          <w:numId w:val="38"/>
        </w:numPr>
        <w:bidi w:val="0"/>
        <w:spacing w:before="0" w:beforeAutospacing="off" w:after="0" w:afterAutospacing="off"/>
        <w:jc w:val="left"/>
        <w:rPr>
          <w:rFonts w:ascii="Aptos" w:hAnsi="Aptos" w:eastAsia="Aptos" w:cs="Aptos"/>
          <w:b w:val="0"/>
          <w:bCs w:val="0"/>
          <w:i w:val="0"/>
          <w:iCs w:val="0"/>
          <w:noProof w:val="0"/>
          <w:sz w:val="28"/>
          <w:szCs w:val="28"/>
          <w:lang w:val="en-US"/>
        </w:rPr>
      </w:pPr>
      <w:r w:rsidRPr="77059F4C" w:rsidR="5E940A0A">
        <w:rPr>
          <w:rFonts w:ascii="Aptos" w:hAnsi="Aptos" w:eastAsia="Aptos" w:cs="Aptos"/>
          <w:b w:val="0"/>
          <w:bCs w:val="0"/>
          <w:i w:val="0"/>
          <w:iCs w:val="0"/>
          <w:noProof w:val="0"/>
          <w:sz w:val="28"/>
          <w:szCs w:val="28"/>
          <w:lang w:val="en-US"/>
        </w:rPr>
        <w:t>1 healthy fat (avocado, nuts, olive oil)</w:t>
      </w:r>
    </w:p>
    <w:p w:rsidR="5E940A0A" w:rsidP="77059F4C" w:rsidRDefault="5E940A0A" w14:paraId="234EBD22" w14:textId="0AEA7558">
      <w:pPr>
        <w:pStyle w:val="ListParagraph"/>
        <w:numPr>
          <w:ilvl w:val="0"/>
          <w:numId w:val="38"/>
        </w:numPr>
        <w:bidi w:val="0"/>
        <w:spacing w:before="0" w:beforeAutospacing="off" w:after="0" w:afterAutospacing="off"/>
        <w:jc w:val="left"/>
        <w:rPr>
          <w:rFonts w:ascii="Aptos" w:hAnsi="Aptos" w:eastAsia="Aptos" w:cs="Aptos"/>
          <w:b w:val="0"/>
          <w:bCs w:val="0"/>
          <w:i w:val="0"/>
          <w:iCs w:val="0"/>
          <w:noProof w:val="0"/>
          <w:sz w:val="28"/>
          <w:szCs w:val="28"/>
          <w:lang w:val="en-US"/>
        </w:rPr>
      </w:pPr>
      <w:r w:rsidRPr="77059F4C" w:rsidR="5E940A0A">
        <w:rPr>
          <w:rFonts w:ascii="Aptos" w:hAnsi="Aptos" w:eastAsia="Aptos" w:cs="Aptos"/>
          <w:b w:val="0"/>
          <w:bCs w:val="0"/>
          <w:i w:val="0"/>
          <w:iCs w:val="0"/>
          <w:noProof w:val="0"/>
          <w:sz w:val="28"/>
          <w:szCs w:val="28"/>
          <w:lang w:val="en-US"/>
        </w:rPr>
        <w:t>Bonus: Add a hydration goal or refreshing summer drink (like fruit-infused water or iced herbal tea)!</w:t>
      </w:r>
    </w:p>
    <w:p w:rsidR="6A7A365E" w:rsidP="5B5531D0" w:rsidRDefault="6A7A365E" w14:paraId="234F3AF3" w14:textId="20107CC9">
      <w:pPr>
        <w:pStyle w:val="Heading2"/>
        <w:spacing w:line="360" w:lineRule="auto"/>
      </w:pPr>
      <w:r w:rsidRPr="77059F4C" w:rsidR="7C478C35">
        <w:rPr>
          <w:rFonts w:ascii="Aptos" w:hAnsi="Aptos" w:eastAsia="ＭＳ ゴシック" w:cs="" w:eastAsiaTheme="majorEastAsia" w:cstheme="majorBidi"/>
          <w:b w:val="1"/>
          <w:bCs w:val="1"/>
          <w:color w:val="0070C0"/>
          <w:sz w:val="32"/>
          <w:szCs w:val="32"/>
        </w:rPr>
        <w:t xml:space="preserve">Mind Over Chatter: </w:t>
      </w:r>
      <w:r w:rsidRPr="77059F4C" w:rsidR="15312984">
        <w:rPr>
          <w:rFonts w:ascii="Aptos" w:hAnsi="Aptos" w:eastAsia="ＭＳ ゴシック" w:cs="" w:eastAsiaTheme="majorEastAsia" w:cstheme="majorBidi"/>
          <w:b w:val="1"/>
          <w:bCs w:val="1"/>
          <w:color w:val="0070C0"/>
          <w:sz w:val="32"/>
          <w:szCs w:val="32"/>
        </w:rPr>
        <w:t>Summer is Here!</w:t>
      </w:r>
    </w:p>
    <w:p w:rsidR="15312984" w:rsidP="77059F4C" w:rsidRDefault="15312984" w14:paraId="54A12474" w14:textId="54AFF8B5">
      <w:pPr>
        <w:pStyle w:val="Normal"/>
      </w:pPr>
      <w:r w:rsidRPr="77059F4C" w:rsidR="15312984">
        <w:rPr>
          <w:rFonts w:ascii="Aptos" w:hAnsi="Aptos" w:eastAsia="Aptos" w:cs="Aptos"/>
          <w:b w:val="0"/>
          <w:bCs w:val="0"/>
          <w:i w:val="0"/>
          <w:iCs w:val="0"/>
          <w:noProof w:val="0"/>
          <w:sz w:val="28"/>
          <w:szCs w:val="28"/>
          <w:lang w:val="en-US"/>
        </w:rPr>
        <w:t>Summer is a season of transition, so take a moment to check in with your inner world. What do you want to leave behind from this past semester, and what are you hoping to grow into this summer? Reflect on your emotional rhythms and write about what balance looks like for you in this next chapter.</w:t>
      </w:r>
    </w:p>
    <w:p w:rsidR="15312984" w:rsidP="77059F4C" w:rsidRDefault="15312984" w14:paraId="11F3DC93" w14:textId="630FDFC2">
      <w:pPr>
        <w:pStyle w:val="Normal"/>
      </w:pPr>
      <w:r w:rsidRPr="77059F4C" w:rsidR="15312984">
        <w:rPr>
          <w:rFonts w:ascii="Aptos" w:hAnsi="Aptos" w:eastAsia="Aptos" w:cs="Aptos"/>
          <w:b w:val="0"/>
          <w:bCs w:val="0"/>
          <w:i w:val="0"/>
          <w:iCs w:val="0"/>
          <w:noProof w:val="0"/>
          <w:color w:val="0070C0"/>
          <w:sz w:val="28"/>
          <w:szCs w:val="28"/>
          <w:lang w:val="en-US"/>
        </w:rPr>
        <w:t>"Let It Go, Let It Grow" Journal Activity</w:t>
      </w:r>
    </w:p>
    <w:p w:rsidR="15312984" w:rsidP="77059F4C" w:rsidRDefault="15312984" w14:paraId="42A83BEB" w14:textId="2C2EE7D5">
      <w:pPr>
        <w:pStyle w:val="ListParagraph"/>
        <w:numPr>
          <w:ilvl w:val="0"/>
          <w:numId w:val="39"/>
        </w:numPr>
        <w:spacing w:before="0" w:beforeAutospacing="off" w:after="0" w:afterAutospacing="off"/>
        <w:rPr>
          <w:rFonts w:ascii="Aptos" w:hAnsi="Aptos" w:eastAsia="Aptos" w:cs="Aptos"/>
          <w:b w:val="0"/>
          <w:bCs w:val="0"/>
          <w:i w:val="0"/>
          <w:iCs w:val="0"/>
          <w:noProof w:val="0"/>
          <w:sz w:val="28"/>
          <w:szCs w:val="28"/>
          <w:lang w:val="en-US"/>
        </w:rPr>
      </w:pPr>
      <w:r w:rsidRPr="77059F4C" w:rsidR="15312984">
        <w:rPr>
          <w:rFonts w:ascii="Aptos" w:hAnsi="Aptos" w:eastAsia="Aptos" w:cs="Aptos"/>
          <w:b w:val="0"/>
          <w:bCs w:val="0"/>
          <w:i w:val="0"/>
          <w:iCs w:val="0"/>
          <w:noProof w:val="0"/>
          <w:sz w:val="28"/>
          <w:szCs w:val="28"/>
          <w:lang w:val="en-US"/>
        </w:rPr>
        <w:t xml:space="preserve">Draw a line down the middle of your journal page. </w:t>
      </w:r>
    </w:p>
    <w:p w:rsidR="15312984" w:rsidP="77059F4C" w:rsidRDefault="15312984" w14:paraId="3A07F3CB" w14:textId="30721156">
      <w:pPr>
        <w:pStyle w:val="ListParagraph"/>
        <w:numPr>
          <w:ilvl w:val="0"/>
          <w:numId w:val="39"/>
        </w:numPr>
        <w:spacing w:before="0" w:beforeAutospacing="off" w:after="0" w:afterAutospacing="off"/>
        <w:rPr>
          <w:rFonts w:ascii="Aptos" w:hAnsi="Aptos" w:eastAsia="Aptos" w:cs="Aptos"/>
          <w:b w:val="0"/>
          <w:bCs w:val="0"/>
          <w:i w:val="0"/>
          <w:iCs w:val="0"/>
          <w:noProof w:val="0"/>
          <w:sz w:val="28"/>
          <w:szCs w:val="28"/>
          <w:lang w:val="en-US"/>
        </w:rPr>
      </w:pPr>
      <w:r w:rsidRPr="77059F4C" w:rsidR="15312984">
        <w:rPr>
          <w:rFonts w:ascii="Aptos" w:hAnsi="Aptos" w:eastAsia="Aptos" w:cs="Aptos"/>
          <w:b w:val="0"/>
          <w:bCs w:val="0"/>
          <w:i w:val="0"/>
          <w:iCs w:val="0"/>
          <w:noProof w:val="0"/>
          <w:sz w:val="28"/>
          <w:szCs w:val="28"/>
          <w:lang w:val="en-US"/>
        </w:rPr>
        <w:t xml:space="preserve">On the left, list what you're letting go of from the semester (e.g., stress, self-doubt, toxic habits). </w:t>
      </w:r>
    </w:p>
    <w:p w:rsidR="15312984" w:rsidP="77059F4C" w:rsidRDefault="15312984" w14:paraId="1C82DD66" w14:textId="193DBEA2">
      <w:pPr>
        <w:pStyle w:val="ListParagraph"/>
        <w:numPr>
          <w:ilvl w:val="0"/>
          <w:numId w:val="39"/>
        </w:numPr>
        <w:spacing w:before="0" w:beforeAutospacing="off" w:after="0" w:afterAutospacing="off"/>
        <w:rPr>
          <w:rFonts w:ascii="Aptos" w:hAnsi="Aptos" w:eastAsia="Aptos" w:cs="Aptos"/>
          <w:b w:val="0"/>
          <w:bCs w:val="0"/>
          <w:i w:val="0"/>
          <w:iCs w:val="0"/>
          <w:noProof w:val="0"/>
          <w:sz w:val="28"/>
          <w:szCs w:val="28"/>
          <w:lang w:val="en-US"/>
        </w:rPr>
      </w:pPr>
      <w:r w:rsidRPr="77059F4C" w:rsidR="15312984">
        <w:rPr>
          <w:rFonts w:ascii="Aptos" w:hAnsi="Aptos" w:eastAsia="Aptos" w:cs="Aptos"/>
          <w:b w:val="0"/>
          <w:bCs w:val="0"/>
          <w:i w:val="0"/>
          <w:iCs w:val="0"/>
          <w:noProof w:val="0"/>
          <w:sz w:val="28"/>
          <w:szCs w:val="28"/>
          <w:lang w:val="en-US"/>
        </w:rPr>
        <w:t xml:space="preserve">On the right, write what you're choosing to grow this summer (e.g., confidence, rest, joy). </w:t>
      </w:r>
    </w:p>
    <w:p w:rsidR="15312984" w:rsidP="77059F4C" w:rsidRDefault="15312984" w14:paraId="52190739" w14:textId="3F5F9905">
      <w:pPr>
        <w:pStyle w:val="ListParagraph"/>
        <w:numPr>
          <w:ilvl w:val="0"/>
          <w:numId w:val="39"/>
        </w:numPr>
        <w:spacing w:before="0" w:beforeAutospacing="off" w:after="0" w:afterAutospacing="off"/>
        <w:rPr>
          <w:rFonts w:ascii="Aptos" w:hAnsi="Aptos" w:eastAsia="Aptos" w:cs="Aptos"/>
          <w:b w:val="0"/>
          <w:bCs w:val="0"/>
          <w:i w:val="0"/>
          <w:iCs w:val="0"/>
          <w:noProof w:val="0"/>
          <w:sz w:val="28"/>
          <w:szCs w:val="28"/>
          <w:lang w:val="en-US"/>
        </w:rPr>
      </w:pPr>
      <w:r w:rsidRPr="77059F4C" w:rsidR="15312984">
        <w:rPr>
          <w:rFonts w:ascii="Aptos" w:hAnsi="Aptos" w:eastAsia="Aptos" w:cs="Aptos"/>
          <w:b w:val="0"/>
          <w:bCs w:val="0"/>
          <w:i w:val="0"/>
          <w:iCs w:val="0"/>
          <w:noProof w:val="0"/>
          <w:sz w:val="28"/>
          <w:szCs w:val="28"/>
          <w:lang w:val="en-US"/>
        </w:rPr>
        <w:t>Reflect on how each shift can support your mental health.</w:t>
      </w:r>
    </w:p>
    <w:p w:rsidR="5B5531D0" w:rsidP="77059F4C" w:rsidRDefault="5B5531D0" w14:paraId="2E5E7841" w14:textId="0ADA2F3F">
      <w:pPr>
        <w:pStyle w:val="Normal"/>
        <w:suppressLineNumbers w:val="0"/>
        <w:spacing w:before="240" w:beforeAutospacing="off" w:after="240" w:afterAutospacing="off" w:line="360" w:lineRule="auto"/>
        <w:ind w:left="0" w:right="0"/>
        <w:jc w:val="left"/>
      </w:pPr>
      <w:r w:rsidRPr="77059F4C" w:rsidR="7C478C35">
        <w:rPr>
          <w:rFonts w:ascii="Aptos" w:hAnsi="Aptos" w:eastAsia="Aptos" w:cs="Aptos"/>
          <w:b w:val="1"/>
          <w:bCs w:val="1"/>
          <w:i w:val="0"/>
          <w:iCs w:val="0"/>
          <w:caps w:val="0"/>
          <w:smallCaps w:val="0"/>
          <w:noProof w:val="0"/>
          <w:color w:val="0070C0"/>
          <w:sz w:val="28"/>
          <w:szCs w:val="28"/>
          <w:lang w:val="en-US"/>
        </w:rPr>
        <w:t>Rise and Shine</w:t>
      </w:r>
    </w:p>
    <w:p w:rsidR="5B5531D0" w:rsidP="77059F4C" w:rsidRDefault="5B5531D0" w14:paraId="43803D66" w14:textId="17C50F5F">
      <w:pPr>
        <w:pStyle w:val="Normal"/>
        <w:spacing w:before="240" w:beforeAutospacing="off" w:after="240" w:afterAutospacing="off" w:line="360" w:lineRule="auto"/>
      </w:pPr>
      <w:r w:rsidRPr="77059F4C" w:rsidR="7E8F2E07">
        <w:rPr>
          <w:rFonts w:ascii="Aptos" w:hAnsi="Aptos" w:eastAsia="Aptos" w:cs="Aptos"/>
          <w:b w:val="0"/>
          <w:bCs w:val="0"/>
          <w:i w:val="0"/>
          <w:iCs w:val="0"/>
          <w:noProof w:val="0"/>
          <w:sz w:val="28"/>
          <w:szCs w:val="28"/>
          <w:lang w:val="en-US"/>
        </w:rPr>
        <w:t xml:space="preserve">Every morning is a fresh start, no matter what yesterday looked like. This summer, challenge yourself to </w:t>
      </w:r>
      <w:r w:rsidRPr="77059F4C" w:rsidR="7E8F2E07">
        <w:rPr>
          <w:rFonts w:ascii="Aptos" w:hAnsi="Aptos" w:eastAsia="Aptos" w:cs="Aptos"/>
          <w:b w:val="1"/>
          <w:bCs w:val="1"/>
          <w:i w:val="0"/>
          <w:iCs w:val="0"/>
          <w:noProof w:val="0"/>
          <w:sz w:val="28"/>
          <w:szCs w:val="28"/>
          <w:lang w:val="en-US"/>
        </w:rPr>
        <w:t>wake up with intention</w:t>
      </w:r>
      <w:r w:rsidRPr="77059F4C" w:rsidR="7E8F2E07">
        <w:rPr>
          <w:rFonts w:ascii="Aptos" w:hAnsi="Aptos" w:eastAsia="Aptos" w:cs="Aptos"/>
          <w:b w:val="0"/>
          <w:bCs w:val="0"/>
          <w:i w:val="0"/>
          <w:iCs w:val="0"/>
          <w:noProof w:val="0"/>
          <w:sz w:val="28"/>
          <w:szCs w:val="28"/>
          <w:lang w:val="en-US"/>
        </w:rPr>
        <w:t>—even if that just means brushing your teeth and taking a deep breath. Small wins still count, and they build momentum.</w:t>
      </w:r>
      <w:r w:rsidRPr="77059F4C" w:rsidR="7E8F2E07">
        <w:rPr>
          <w:rFonts w:ascii="Aptos" w:hAnsi="Aptos" w:eastAsia="Aptos" w:cs="Aptos"/>
          <w:b w:val="0"/>
          <w:bCs w:val="0"/>
          <w:i w:val="0"/>
          <w:iCs w:val="0"/>
          <w:caps w:val="0"/>
          <w:smallCaps w:val="0"/>
          <w:noProof w:val="0"/>
          <w:sz w:val="28"/>
          <w:szCs w:val="28"/>
          <w:lang w:val="en-US"/>
        </w:rPr>
        <w:t xml:space="preserve"> </w:t>
      </w:r>
    </w:p>
    <w:sectPr w:rsidRPr="00E2051D" w:rsidR="00E2051D"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YNljpkv4" int2:invalidationBookmarkName="" int2:hashCode="MB8jIv4qMBfKhR" int2:id="OToCZfsW">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8">
    <w:nsid w:val="3d1f42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7348c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68676a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07b9b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6385b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a6ce4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82e8b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bbbce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a2a40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d6523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a5594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8d102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4b97a1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e58e4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8fd07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c9781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ec3fa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3ffe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b904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57573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c2912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d9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FF70623"/>
    <w:multiLevelType w:val="multilevel"/>
    <w:tmpl w:val="3BFE0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CB7C10"/>
    <w:multiLevelType w:val="hybridMultilevel"/>
    <w:tmpl w:val="86C831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F405871"/>
    <w:multiLevelType w:val="multilevel"/>
    <w:tmpl w:val="5DFAC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83E5E33"/>
    <w:multiLevelType w:val="hybridMultilevel"/>
    <w:tmpl w:val="360E48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89D25D5"/>
    <w:multiLevelType w:val="multilevel"/>
    <w:tmpl w:val="2A0A1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DEA1D64"/>
    <w:multiLevelType w:val="hybridMultilevel"/>
    <w:tmpl w:val="713CA0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75328F9"/>
    <w:multiLevelType w:val="multilevel"/>
    <w:tmpl w:val="40927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F715626"/>
    <w:multiLevelType w:val="multilevel"/>
    <w:tmpl w:val="88548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 w16cid:durableId="921530625">
    <w:abstractNumId w:val="8"/>
  </w:num>
  <w:num w:numId="2" w16cid:durableId="1866479018">
    <w:abstractNumId w:val="6"/>
  </w:num>
  <w:num w:numId="3" w16cid:durableId="221409879">
    <w:abstractNumId w:val="5"/>
  </w:num>
  <w:num w:numId="4" w16cid:durableId="393239561">
    <w:abstractNumId w:val="4"/>
  </w:num>
  <w:num w:numId="5" w16cid:durableId="1268537542">
    <w:abstractNumId w:val="7"/>
  </w:num>
  <w:num w:numId="6" w16cid:durableId="1291547924">
    <w:abstractNumId w:val="3"/>
  </w:num>
  <w:num w:numId="7" w16cid:durableId="128786209">
    <w:abstractNumId w:val="2"/>
  </w:num>
  <w:num w:numId="8" w16cid:durableId="274992559">
    <w:abstractNumId w:val="1"/>
  </w:num>
  <w:num w:numId="9" w16cid:durableId="798034170">
    <w:abstractNumId w:val="0"/>
  </w:num>
  <w:num w:numId="10" w16cid:durableId="62024622">
    <w:abstractNumId w:val="12"/>
  </w:num>
  <w:num w:numId="11" w16cid:durableId="1800420321">
    <w:abstractNumId w:val="14"/>
  </w:num>
  <w:num w:numId="12" w16cid:durableId="1634404509">
    <w:abstractNumId w:val="9"/>
  </w:num>
  <w:num w:numId="13" w16cid:durableId="1252619674">
    <w:abstractNumId w:val="15"/>
  </w:num>
  <w:num w:numId="14" w16cid:durableId="845248235">
    <w:abstractNumId w:val="16"/>
  </w:num>
  <w:num w:numId="15" w16cid:durableId="1549414594">
    <w:abstractNumId w:val="10"/>
  </w:num>
  <w:num w:numId="16" w16cid:durableId="1741903092">
    <w:abstractNumId w:val="13"/>
  </w:num>
  <w:num w:numId="17" w16cid:durableId="1937975065">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4E9"/>
    <w:rsid w:val="000203DE"/>
    <w:rsid w:val="00034616"/>
    <w:rsid w:val="000366B5"/>
    <w:rsid w:val="0006063C"/>
    <w:rsid w:val="000B1369"/>
    <w:rsid w:val="00110238"/>
    <w:rsid w:val="0015074B"/>
    <w:rsid w:val="00151C41"/>
    <w:rsid w:val="00154F49"/>
    <w:rsid w:val="00181F23"/>
    <w:rsid w:val="001C6020"/>
    <w:rsid w:val="001D0040"/>
    <w:rsid w:val="00210DD6"/>
    <w:rsid w:val="002624E1"/>
    <w:rsid w:val="0029639D"/>
    <w:rsid w:val="002C6454"/>
    <w:rsid w:val="002D59C6"/>
    <w:rsid w:val="00326F90"/>
    <w:rsid w:val="003321C2"/>
    <w:rsid w:val="00333525"/>
    <w:rsid w:val="003433E5"/>
    <w:rsid w:val="003436F2"/>
    <w:rsid w:val="003669DC"/>
    <w:rsid w:val="003703B7"/>
    <w:rsid w:val="003B5585"/>
    <w:rsid w:val="00407A0F"/>
    <w:rsid w:val="00412297"/>
    <w:rsid w:val="00412945"/>
    <w:rsid w:val="004A3DF1"/>
    <w:rsid w:val="004A4DDA"/>
    <w:rsid w:val="004D1438"/>
    <w:rsid w:val="00520D59"/>
    <w:rsid w:val="005377A8"/>
    <w:rsid w:val="005475C0"/>
    <w:rsid w:val="00565E2E"/>
    <w:rsid w:val="005A764D"/>
    <w:rsid w:val="005B0148"/>
    <w:rsid w:val="005B778B"/>
    <w:rsid w:val="005F8D07"/>
    <w:rsid w:val="006054BC"/>
    <w:rsid w:val="00612B19"/>
    <w:rsid w:val="00623C53"/>
    <w:rsid w:val="006322A9"/>
    <w:rsid w:val="006652BE"/>
    <w:rsid w:val="00671CD2"/>
    <w:rsid w:val="00692100"/>
    <w:rsid w:val="006DE436"/>
    <w:rsid w:val="00717C7A"/>
    <w:rsid w:val="00757998"/>
    <w:rsid w:val="00781676"/>
    <w:rsid w:val="00786597"/>
    <w:rsid w:val="00793A4E"/>
    <w:rsid w:val="007A7897"/>
    <w:rsid w:val="00804D88"/>
    <w:rsid w:val="00845E7C"/>
    <w:rsid w:val="00867C30"/>
    <w:rsid w:val="00867DC2"/>
    <w:rsid w:val="008B0B24"/>
    <w:rsid w:val="008E47BC"/>
    <w:rsid w:val="00933B29"/>
    <w:rsid w:val="009361B5"/>
    <w:rsid w:val="009638FA"/>
    <w:rsid w:val="0098414C"/>
    <w:rsid w:val="009A52E5"/>
    <w:rsid w:val="009B601F"/>
    <w:rsid w:val="009C5A9F"/>
    <w:rsid w:val="009F7407"/>
    <w:rsid w:val="00A0373B"/>
    <w:rsid w:val="00A04150"/>
    <w:rsid w:val="00A1A23C"/>
    <w:rsid w:val="00A22526"/>
    <w:rsid w:val="00A44175"/>
    <w:rsid w:val="00A6250C"/>
    <w:rsid w:val="00A63139"/>
    <w:rsid w:val="00A6675A"/>
    <w:rsid w:val="00A93F95"/>
    <w:rsid w:val="00AA1D8D"/>
    <w:rsid w:val="00AA71C8"/>
    <w:rsid w:val="00AA76DA"/>
    <w:rsid w:val="00AD3B64"/>
    <w:rsid w:val="00AD4CB0"/>
    <w:rsid w:val="00B025F4"/>
    <w:rsid w:val="00B03407"/>
    <w:rsid w:val="00B045A7"/>
    <w:rsid w:val="00B2318C"/>
    <w:rsid w:val="00B47730"/>
    <w:rsid w:val="00B87C77"/>
    <w:rsid w:val="00BB0478"/>
    <w:rsid w:val="00BD0C6D"/>
    <w:rsid w:val="00C00CDC"/>
    <w:rsid w:val="00C514DC"/>
    <w:rsid w:val="00C54004"/>
    <w:rsid w:val="00C676C1"/>
    <w:rsid w:val="00CB0664"/>
    <w:rsid w:val="00CB31C7"/>
    <w:rsid w:val="00CC4255"/>
    <w:rsid w:val="00CFCB5F"/>
    <w:rsid w:val="00D03508"/>
    <w:rsid w:val="00D073C0"/>
    <w:rsid w:val="00D0743A"/>
    <w:rsid w:val="00D16BA3"/>
    <w:rsid w:val="00D349BE"/>
    <w:rsid w:val="00D47B62"/>
    <w:rsid w:val="00E2051D"/>
    <w:rsid w:val="00E22549"/>
    <w:rsid w:val="00E24934"/>
    <w:rsid w:val="00E42CE5"/>
    <w:rsid w:val="00E43EBE"/>
    <w:rsid w:val="00E55BEA"/>
    <w:rsid w:val="00E826C5"/>
    <w:rsid w:val="00E90A3B"/>
    <w:rsid w:val="00EB7FC9"/>
    <w:rsid w:val="00EC315D"/>
    <w:rsid w:val="00F435B7"/>
    <w:rsid w:val="00F877FF"/>
    <w:rsid w:val="00F91F87"/>
    <w:rsid w:val="00F96F85"/>
    <w:rsid w:val="00FB5B93"/>
    <w:rsid w:val="00FB6E07"/>
    <w:rsid w:val="00FC581E"/>
    <w:rsid w:val="00FC693F"/>
    <w:rsid w:val="00FD020C"/>
    <w:rsid w:val="00FD652A"/>
    <w:rsid w:val="010BACFB"/>
    <w:rsid w:val="0134A4F4"/>
    <w:rsid w:val="017F37E7"/>
    <w:rsid w:val="01B0B7B4"/>
    <w:rsid w:val="01FB779F"/>
    <w:rsid w:val="0271F731"/>
    <w:rsid w:val="02BDFEC9"/>
    <w:rsid w:val="02CA0F7E"/>
    <w:rsid w:val="0301FE76"/>
    <w:rsid w:val="03178E58"/>
    <w:rsid w:val="03389BA1"/>
    <w:rsid w:val="03651454"/>
    <w:rsid w:val="039DD335"/>
    <w:rsid w:val="03C04E61"/>
    <w:rsid w:val="03D8D686"/>
    <w:rsid w:val="03DA11C6"/>
    <w:rsid w:val="0426A37A"/>
    <w:rsid w:val="045A6F9C"/>
    <w:rsid w:val="0475A08D"/>
    <w:rsid w:val="04B84FF0"/>
    <w:rsid w:val="0501587C"/>
    <w:rsid w:val="0593B437"/>
    <w:rsid w:val="06491560"/>
    <w:rsid w:val="06927C9B"/>
    <w:rsid w:val="06F24FCE"/>
    <w:rsid w:val="07056997"/>
    <w:rsid w:val="0706A5A4"/>
    <w:rsid w:val="078A3DCC"/>
    <w:rsid w:val="078FC6E6"/>
    <w:rsid w:val="07AA8E82"/>
    <w:rsid w:val="0807CA44"/>
    <w:rsid w:val="084D2693"/>
    <w:rsid w:val="0883BCF3"/>
    <w:rsid w:val="08956C60"/>
    <w:rsid w:val="08A88A50"/>
    <w:rsid w:val="08B0EECF"/>
    <w:rsid w:val="0975D916"/>
    <w:rsid w:val="098860E5"/>
    <w:rsid w:val="09ACA3C7"/>
    <w:rsid w:val="0A268779"/>
    <w:rsid w:val="0A3A113C"/>
    <w:rsid w:val="0A51A108"/>
    <w:rsid w:val="0A638B7D"/>
    <w:rsid w:val="0A918503"/>
    <w:rsid w:val="0A984BFC"/>
    <w:rsid w:val="0AEC3307"/>
    <w:rsid w:val="0B416399"/>
    <w:rsid w:val="0B49B850"/>
    <w:rsid w:val="0BAE50D0"/>
    <w:rsid w:val="0BB8B862"/>
    <w:rsid w:val="0C29B3E0"/>
    <w:rsid w:val="0CA1346D"/>
    <w:rsid w:val="0CEACB1E"/>
    <w:rsid w:val="0CECE0C2"/>
    <w:rsid w:val="0CF7A040"/>
    <w:rsid w:val="0D8099B8"/>
    <w:rsid w:val="0DC7E6E1"/>
    <w:rsid w:val="0E395199"/>
    <w:rsid w:val="0E528B22"/>
    <w:rsid w:val="0E6890ED"/>
    <w:rsid w:val="0EB468B8"/>
    <w:rsid w:val="0F70C094"/>
    <w:rsid w:val="0F755AE4"/>
    <w:rsid w:val="0F9A5151"/>
    <w:rsid w:val="0FBA8E90"/>
    <w:rsid w:val="101F2B74"/>
    <w:rsid w:val="108C83D0"/>
    <w:rsid w:val="109CA8A7"/>
    <w:rsid w:val="10F3C8CE"/>
    <w:rsid w:val="115290C0"/>
    <w:rsid w:val="11C221DB"/>
    <w:rsid w:val="11CDBAD1"/>
    <w:rsid w:val="1200973C"/>
    <w:rsid w:val="1214E8C0"/>
    <w:rsid w:val="1235D954"/>
    <w:rsid w:val="126CDC12"/>
    <w:rsid w:val="12E5FBCC"/>
    <w:rsid w:val="13106536"/>
    <w:rsid w:val="13B13730"/>
    <w:rsid w:val="1436B50E"/>
    <w:rsid w:val="1438E1E7"/>
    <w:rsid w:val="145B70C2"/>
    <w:rsid w:val="14659743"/>
    <w:rsid w:val="146FB5C4"/>
    <w:rsid w:val="149C8B44"/>
    <w:rsid w:val="1511EA70"/>
    <w:rsid w:val="15312984"/>
    <w:rsid w:val="15862A55"/>
    <w:rsid w:val="15BB9702"/>
    <w:rsid w:val="15E201FF"/>
    <w:rsid w:val="16524744"/>
    <w:rsid w:val="168F56C5"/>
    <w:rsid w:val="16915B1F"/>
    <w:rsid w:val="16D31360"/>
    <w:rsid w:val="16E019AE"/>
    <w:rsid w:val="1726C766"/>
    <w:rsid w:val="17A86786"/>
    <w:rsid w:val="17ABD43D"/>
    <w:rsid w:val="1819E290"/>
    <w:rsid w:val="18435088"/>
    <w:rsid w:val="18602F1D"/>
    <w:rsid w:val="18C0F17D"/>
    <w:rsid w:val="18EC0FAE"/>
    <w:rsid w:val="19014C85"/>
    <w:rsid w:val="191D3D71"/>
    <w:rsid w:val="19DFE8A5"/>
    <w:rsid w:val="19FC4EE4"/>
    <w:rsid w:val="1AD37820"/>
    <w:rsid w:val="1ADB458B"/>
    <w:rsid w:val="1ADE71AD"/>
    <w:rsid w:val="1AE25ABD"/>
    <w:rsid w:val="1AF399CB"/>
    <w:rsid w:val="1B1BDCC6"/>
    <w:rsid w:val="1B3BABFF"/>
    <w:rsid w:val="1B6CE6B1"/>
    <w:rsid w:val="1B6F3149"/>
    <w:rsid w:val="1BF6E3BA"/>
    <w:rsid w:val="1BFF152D"/>
    <w:rsid w:val="1C307B0A"/>
    <w:rsid w:val="1C7DAC19"/>
    <w:rsid w:val="1C9B5DC8"/>
    <w:rsid w:val="1C9BDBF4"/>
    <w:rsid w:val="1CFEB98B"/>
    <w:rsid w:val="1D0389BB"/>
    <w:rsid w:val="1D080338"/>
    <w:rsid w:val="1D6C79B4"/>
    <w:rsid w:val="1D8C3BD7"/>
    <w:rsid w:val="1D99F96E"/>
    <w:rsid w:val="1DCABE3D"/>
    <w:rsid w:val="1E7785FA"/>
    <w:rsid w:val="1EAE69A4"/>
    <w:rsid w:val="1F0FA2F3"/>
    <w:rsid w:val="1F4842FA"/>
    <w:rsid w:val="1F8765A8"/>
    <w:rsid w:val="1FB42EA7"/>
    <w:rsid w:val="1FF672F0"/>
    <w:rsid w:val="200AB675"/>
    <w:rsid w:val="2021842B"/>
    <w:rsid w:val="2021A6D8"/>
    <w:rsid w:val="2027068B"/>
    <w:rsid w:val="204B81CB"/>
    <w:rsid w:val="208D6C11"/>
    <w:rsid w:val="20C2F6CC"/>
    <w:rsid w:val="213B5CCA"/>
    <w:rsid w:val="21B4D391"/>
    <w:rsid w:val="21B94393"/>
    <w:rsid w:val="21C9587F"/>
    <w:rsid w:val="21CBBD12"/>
    <w:rsid w:val="229FA6C3"/>
    <w:rsid w:val="23043CF2"/>
    <w:rsid w:val="2306FB48"/>
    <w:rsid w:val="230E8A93"/>
    <w:rsid w:val="238A58BB"/>
    <w:rsid w:val="23C08F5D"/>
    <w:rsid w:val="23EF1E55"/>
    <w:rsid w:val="240C3AE0"/>
    <w:rsid w:val="243638B3"/>
    <w:rsid w:val="24642C0E"/>
    <w:rsid w:val="254F4376"/>
    <w:rsid w:val="2554C7A8"/>
    <w:rsid w:val="2578923A"/>
    <w:rsid w:val="257DBFEC"/>
    <w:rsid w:val="25A68C54"/>
    <w:rsid w:val="25A891E1"/>
    <w:rsid w:val="25B625FF"/>
    <w:rsid w:val="25F82318"/>
    <w:rsid w:val="2647C6BD"/>
    <w:rsid w:val="26535957"/>
    <w:rsid w:val="26BEB966"/>
    <w:rsid w:val="26E1923C"/>
    <w:rsid w:val="27035969"/>
    <w:rsid w:val="270BD58B"/>
    <w:rsid w:val="272DCB7A"/>
    <w:rsid w:val="2734B7CE"/>
    <w:rsid w:val="2739AA06"/>
    <w:rsid w:val="27446775"/>
    <w:rsid w:val="27EAB546"/>
    <w:rsid w:val="27FFC778"/>
    <w:rsid w:val="28237C42"/>
    <w:rsid w:val="283E16C7"/>
    <w:rsid w:val="285C1C22"/>
    <w:rsid w:val="28C0A50A"/>
    <w:rsid w:val="28C79971"/>
    <w:rsid w:val="2924ACF5"/>
    <w:rsid w:val="297ACE93"/>
    <w:rsid w:val="29891693"/>
    <w:rsid w:val="29962BBC"/>
    <w:rsid w:val="2A81D0F8"/>
    <w:rsid w:val="2AEECF79"/>
    <w:rsid w:val="2AF0B0D6"/>
    <w:rsid w:val="2B4098C3"/>
    <w:rsid w:val="2BA6C334"/>
    <w:rsid w:val="2BB75C3B"/>
    <w:rsid w:val="2BE6FAA9"/>
    <w:rsid w:val="2BE7093F"/>
    <w:rsid w:val="2BF7744C"/>
    <w:rsid w:val="2C2A39E4"/>
    <w:rsid w:val="2C9EEFB9"/>
    <w:rsid w:val="2CCDA9ED"/>
    <w:rsid w:val="2CD3ECA1"/>
    <w:rsid w:val="2CEE830E"/>
    <w:rsid w:val="2CFFC298"/>
    <w:rsid w:val="2D54C056"/>
    <w:rsid w:val="2D574E6F"/>
    <w:rsid w:val="2D7C04B7"/>
    <w:rsid w:val="2DAA6D81"/>
    <w:rsid w:val="2DBB9963"/>
    <w:rsid w:val="2DBE4A0A"/>
    <w:rsid w:val="2DE8A4B9"/>
    <w:rsid w:val="2DF3F279"/>
    <w:rsid w:val="2E1F52A5"/>
    <w:rsid w:val="2EDCAD59"/>
    <w:rsid w:val="2F37BD06"/>
    <w:rsid w:val="2F741D71"/>
    <w:rsid w:val="2FA33160"/>
    <w:rsid w:val="30236BCD"/>
    <w:rsid w:val="30DA8577"/>
    <w:rsid w:val="30FEC445"/>
    <w:rsid w:val="313E13CD"/>
    <w:rsid w:val="315294B1"/>
    <w:rsid w:val="316F4544"/>
    <w:rsid w:val="31B007EE"/>
    <w:rsid w:val="323B89A3"/>
    <w:rsid w:val="327542DA"/>
    <w:rsid w:val="32B8B499"/>
    <w:rsid w:val="3317C848"/>
    <w:rsid w:val="3368EDB8"/>
    <w:rsid w:val="338E08EC"/>
    <w:rsid w:val="33C7E70C"/>
    <w:rsid w:val="33FB3030"/>
    <w:rsid w:val="33FC5E5C"/>
    <w:rsid w:val="34053DD8"/>
    <w:rsid w:val="3409F5DD"/>
    <w:rsid w:val="341095F9"/>
    <w:rsid w:val="3469A254"/>
    <w:rsid w:val="3482FF23"/>
    <w:rsid w:val="348D0C66"/>
    <w:rsid w:val="34C46780"/>
    <w:rsid w:val="35287978"/>
    <w:rsid w:val="35498EEC"/>
    <w:rsid w:val="357BEC8B"/>
    <w:rsid w:val="35CBBB90"/>
    <w:rsid w:val="35EFC600"/>
    <w:rsid w:val="35FD49E4"/>
    <w:rsid w:val="362B05D6"/>
    <w:rsid w:val="363FBC56"/>
    <w:rsid w:val="365FB2C5"/>
    <w:rsid w:val="36C183A7"/>
    <w:rsid w:val="374AB03B"/>
    <w:rsid w:val="37FC1EBA"/>
    <w:rsid w:val="380BE786"/>
    <w:rsid w:val="380C3572"/>
    <w:rsid w:val="383D3D00"/>
    <w:rsid w:val="383F9331"/>
    <w:rsid w:val="385611CD"/>
    <w:rsid w:val="385CEE72"/>
    <w:rsid w:val="386AAE9E"/>
    <w:rsid w:val="38A02B87"/>
    <w:rsid w:val="39119DE8"/>
    <w:rsid w:val="3922F6AB"/>
    <w:rsid w:val="392A387C"/>
    <w:rsid w:val="3934FD59"/>
    <w:rsid w:val="393BB82E"/>
    <w:rsid w:val="394D8A03"/>
    <w:rsid w:val="398C686F"/>
    <w:rsid w:val="3A1535DE"/>
    <w:rsid w:val="3AAB4A34"/>
    <w:rsid w:val="3ABF124B"/>
    <w:rsid w:val="3AC7ADA3"/>
    <w:rsid w:val="3AD9F02D"/>
    <w:rsid w:val="3B11067E"/>
    <w:rsid w:val="3B2414E7"/>
    <w:rsid w:val="3B251857"/>
    <w:rsid w:val="3BD5E509"/>
    <w:rsid w:val="3BE52CFF"/>
    <w:rsid w:val="3C044BD3"/>
    <w:rsid w:val="3C13D383"/>
    <w:rsid w:val="3C3A2212"/>
    <w:rsid w:val="3C48795D"/>
    <w:rsid w:val="3C58B37C"/>
    <w:rsid w:val="3C72CCD5"/>
    <w:rsid w:val="3CD66777"/>
    <w:rsid w:val="3CF1DA38"/>
    <w:rsid w:val="3D00871B"/>
    <w:rsid w:val="3D2F817F"/>
    <w:rsid w:val="3D5B7A63"/>
    <w:rsid w:val="3DB9C962"/>
    <w:rsid w:val="3DEB3E52"/>
    <w:rsid w:val="3DFC1B5E"/>
    <w:rsid w:val="3E8703F6"/>
    <w:rsid w:val="3EC15203"/>
    <w:rsid w:val="3F21B376"/>
    <w:rsid w:val="3F46EF56"/>
    <w:rsid w:val="3F736204"/>
    <w:rsid w:val="3F812875"/>
    <w:rsid w:val="40CA163C"/>
    <w:rsid w:val="411116A3"/>
    <w:rsid w:val="4128194C"/>
    <w:rsid w:val="41580089"/>
    <w:rsid w:val="416170A3"/>
    <w:rsid w:val="41A21928"/>
    <w:rsid w:val="41F035B2"/>
    <w:rsid w:val="4235EEF6"/>
    <w:rsid w:val="4275130A"/>
    <w:rsid w:val="42811A17"/>
    <w:rsid w:val="42819E90"/>
    <w:rsid w:val="42984E84"/>
    <w:rsid w:val="431E7B9D"/>
    <w:rsid w:val="433BAB50"/>
    <w:rsid w:val="4397E64C"/>
    <w:rsid w:val="43C466A0"/>
    <w:rsid w:val="44B46CD7"/>
    <w:rsid w:val="45376B21"/>
    <w:rsid w:val="456FE658"/>
    <w:rsid w:val="458B6C42"/>
    <w:rsid w:val="45B2E6AA"/>
    <w:rsid w:val="45CC4C81"/>
    <w:rsid w:val="45F90CCB"/>
    <w:rsid w:val="4609374D"/>
    <w:rsid w:val="46210F11"/>
    <w:rsid w:val="466DEC81"/>
    <w:rsid w:val="46C06FD9"/>
    <w:rsid w:val="46DDC72B"/>
    <w:rsid w:val="46F896D9"/>
    <w:rsid w:val="47480ED1"/>
    <w:rsid w:val="4764A331"/>
    <w:rsid w:val="47A8AD2C"/>
    <w:rsid w:val="47DEFD60"/>
    <w:rsid w:val="4805ABFE"/>
    <w:rsid w:val="487DB685"/>
    <w:rsid w:val="48C0920D"/>
    <w:rsid w:val="48C1A41D"/>
    <w:rsid w:val="48C6C73B"/>
    <w:rsid w:val="48EE63B5"/>
    <w:rsid w:val="492594F3"/>
    <w:rsid w:val="4991402B"/>
    <w:rsid w:val="49AE7999"/>
    <w:rsid w:val="4A4A30AA"/>
    <w:rsid w:val="4AAE28DB"/>
    <w:rsid w:val="4AB29903"/>
    <w:rsid w:val="4ACB1A36"/>
    <w:rsid w:val="4B0EB38A"/>
    <w:rsid w:val="4B1D692A"/>
    <w:rsid w:val="4B391AFF"/>
    <w:rsid w:val="4C380456"/>
    <w:rsid w:val="4C923F2E"/>
    <w:rsid w:val="4D581AB0"/>
    <w:rsid w:val="4D5CCFCB"/>
    <w:rsid w:val="4DA2D0CE"/>
    <w:rsid w:val="4DD1A4C0"/>
    <w:rsid w:val="4DF0C837"/>
    <w:rsid w:val="4DF2113A"/>
    <w:rsid w:val="4E07C364"/>
    <w:rsid w:val="4E4ADCC0"/>
    <w:rsid w:val="4E71AE23"/>
    <w:rsid w:val="4E74FCF6"/>
    <w:rsid w:val="4E94685C"/>
    <w:rsid w:val="4ECD8D66"/>
    <w:rsid w:val="4EF05A1A"/>
    <w:rsid w:val="4F6A3D1B"/>
    <w:rsid w:val="4F9AE662"/>
    <w:rsid w:val="504386BA"/>
    <w:rsid w:val="5079D232"/>
    <w:rsid w:val="50E88A10"/>
    <w:rsid w:val="514FAECA"/>
    <w:rsid w:val="51D5489B"/>
    <w:rsid w:val="51DA1BEF"/>
    <w:rsid w:val="522973F1"/>
    <w:rsid w:val="5287E843"/>
    <w:rsid w:val="52D581A6"/>
    <w:rsid w:val="52EFDD82"/>
    <w:rsid w:val="53A2773D"/>
    <w:rsid w:val="53C99CD8"/>
    <w:rsid w:val="53D63B66"/>
    <w:rsid w:val="53EC7A49"/>
    <w:rsid w:val="53F33DEF"/>
    <w:rsid w:val="5410EB99"/>
    <w:rsid w:val="5453A648"/>
    <w:rsid w:val="5468E9A1"/>
    <w:rsid w:val="54DBD440"/>
    <w:rsid w:val="54FF7234"/>
    <w:rsid w:val="55183B55"/>
    <w:rsid w:val="559E7DC8"/>
    <w:rsid w:val="55A485F3"/>
    <w:rsid w:val="55A5388C"/>
    <w:rsid w:val="55E4A7F9"/>
    <w:rsid w:val="55E64761"/>
    <w:rsid w:val="5629FCE6"/>
    <w:rsid w:val="5661E253"/>
    <w:rsid w:val="567A8D79"/>
    <w:rsid w:val="574D0558"/>
    <w:rsid w:val="57685979"/>
    <w:rsid w:val="57C6CAA3"/>
    <w:rsid w:val="57C84FDD"/>
    <w:rsid w:val="57D70ECE"/>
    <w:rsid w:val="57EB9D00"/>
    <w:rsid w:val="57FD9818"/>
    <w:rsid w:val="580B5771"/>
    <w:rsid w:val="5828AE19"/>
    <w:rsid w:val="58374264"/>
    <w:rsid w:val="585DD634"/>
    <w:rsid w:val="5869DFA9"/>
    <w:rsid w:val="586FD9C5"/>
    <w:rsid w:val="5870D379"/>
    <w:rsid w:val="58BDB873"/>
    <w:rsid w:val="58DAAEEE"/>
    <w:rsid w:val="58F9EBC6"/>
    <w:rsid w:val="597F825F"/>
    <w:rsid w:val="5A45753D"/>
    <w:rsid w:val="5AE31097"/>
    <w:rsid w:val="5B3698F4"/>
    <w:rsid w:val="5B383E2C"/>
    <w:rsid w:val="5B5531D0"/>
    <w:rsid w:val="5B6EA86F"/>
    <w:rsid w:val="5B739041"/>
    <w:rsid w:val="5B840113"/>
    <w:rsid w:val="5BA034D0"/>
    <w:rsid w:val="5BD4C47D"/>
    <w:rsid w:val="5C2E15FF"/>
    <w:rsid w:val="5C4565B1"/>
    <w:rsid w:val="5C723834"/>
    <w:rsid w:val="5CA1710A"/>
    <w:rsid w:val="5DB034D1"/>
    <w:rsid w:val="5DB12BE4"/>
    <w:rsid w:val="5DD41D01"/>
    <w:rsid w:val="5DE4CD45"/>
    <w:rsid w:val="5DF8AA75"/>
    <w:rsid w:val="5E5692B4"/>
    <w:rsid w:val="5E71FE0D"/>
    <w:rsid w:val="5E7472B3"/>
    <w:rsid w:val="5E8425DD"/>
    <w:rsid w:val="5E940A0A"/>
    <w:rsid w:val="5EA0130D"/>
    <w:rsid w:val="5EA08475"/>
    <w:rsid w:val="5EB526F6"/>
    <w:rsid w:val="5ED27E99"/>
    <w:rsid w:val="5F235596"/>
    <w:rsid w:val="5F241839"/>
    <w:rsid w:val="5F381CA1"/>
    <w:rsid w:val="5F40F65B"/>
    <w:rsid w:val="5F78C1BE"/>
    <w:rsid w:val="5FA07B4F"/>
    <w:rsid w:val="5FBB65E9"/>
    <w:rsid w:val="5FC42C62"/>
    <w:rsid w:val="5FC44FBD"/>
    <w:rsid w:val="6021B283"/>
    <w:rsid w:val="60320381"/>
    <w:rsid w:val="6053384C"/>
    <w:rsid w:val="608AD0DB"/>
    <w:rsid w:val="60B6BEDE"/>
    <w:rsid w:val="61520F1D"/>
    <w:rsid w:val="615CABA4"/>
    <w:rsid w:val="6160A414"/>
    <w:rsid w:val="63278D2B"/>
    <w:rsid w:val="638D5963"/>
    <w:rsid w:val="6390E18F"/>
    <w:rsid w:val="63AD4EA5"/>
    <w:rsid w:val="63B2498D"/>
    <w:rsid w:val="63C26F49"/>
    <w:rsid w:val="63E1DEA0"/>
    <w:rsid w:val="63E56BE3"/>
    <w:rsid w:val="6425A5FC"/>
    <w:rsid w:val="648B5CB7"/>
    <w:rsid w:val="64A737A2"/>
    <w:rsid w:val="64FBF375"/>
    <w:rsid w:val="65ED5BF6"/>
    <w:rsid w:val="6647F7FE"/>
    <w:rsid w:val="6674F919"/>
    <w:rsid w:val="668BC778"/>
    <w:rsid w:val="66E48EF5"/>
    <w:rsid w:val="6718947B"/>
    <w:rsid w:val="6728FEFF"/>
    <w:rsid w:val="674BE70A"/>
    <w:rsid w:val="675F8AB3"/>
    <w:rsid w:val="681B1D2D"/>
    <w:rsid w:val="6870A2B5"/>
    <w:rsid w:val="6875A5E8"/>
    <w:rsid w:val="687D3217"/>
    <w:rsid w:val="6890FD26"/>
    <w:rsid w:val="6945D493"/>
    <w:rsid w:val="6968EBD5"/>
    <w:rsid w:val="6981C0AD"/>
    <w:rsid w:val="699C896E"/>
    <w:rsid w:val="69AD1C54"/>
    <w:rsid w:val="6A13A8D3"/>
    <w:rsid w:val="6A389C68"/>
    <w:rsid w:val="6A7A365E"/>
    <w:rsid w:val="6A85D50B"/>
    <w:rsid w:val="6ABF9493"/>
    <w:rsid w:val="6AD33E7C"/>
    <w:rsid w:val="6AD7A9F2"/>
    <w:rsid w:val="6B2AA5C2"/>
    <w:rsid w:val="6B59CC8C"/>
    <w:rsid w:val="6B774787"/>
    <w:rsid w:val="6B99A9A5"/>
    <w:rsid w:val="6BBEBA1C"/>
    <w:rsid w:val="6C1631FE"/>
    <w:rsid w:val="6C6560FB"/>
    <w:rsid w:val="6C7A9BF4"/>
    <w:rsid w:val="6C7B008E"/>
    <w:rsid w:val="6CB80EA4"/>
    <w:rsid w:val="6CC11092"/>
    <w:rsid w:val="6D2047E9"/>
    <w:rsid w:val="6D944E60"/>
    <w:rsid w:val="6DF2144F"/>
    <w:rsid w:val="6E69521E"/>
    <w:rsid w:val="6E6BC88D"/>
    <w:rsid w:val="6E8F5C3D"/>
    <w:rsid w:val="6E9E7304"/>
    <w:rsid w:val="6EC27793"/>
    <w:rsid w:val="6EC8DF82"/>
    <w:rsid w:val="6F9E4E17"/>
    <w:rsid w:val="6FBAADE5"/>
    <w:rsid w:val="6FCC6D56"/>
    <w:rsid w:val="6FF6DBA0"/>
    <w:rsid w:val="6FFB938F"/>
    <w:rsid w:val="7056C444"/>
    <w:rsid w:val="709130C4"/>
    <w:rsid w:val="71111D12"/>
    <w:rsid w:val="7171B1BF"/>
    <w:rsid w:val="71BED2D1"/>
    <w:rsid w:val="71E739C8"/>
    <w:rsid w:val="72688A61"/>
    <w:rsid w:val="72C7EC92"/>
    <w:rsid w:val="72E1750D"/>
    <w:rsid w:val="72E8E524"/>
    <w:rsid w:val="72FA3A0C"/>
    <w:rsid w:val="7307E2AA"/>
    <w:rsid w:val="7338548B"/>
    <w:rsid w:val="734C99BC"/>
    <w:rsid w:val="73840A46"/>
    <w:rsid w:val="73BDACF6"/>
    <w:rsid w:val="73FCABBC"/>
    <w:rsid w:val="742114A2"/>
    <w:rsid w:val="749EAE9A"/>
    <w:rsid w:val="756509D2"/>
    <w:rsid w:val="7591F4F4"/>
    <w:rsid w:val="75A71DF3"/>
    <w:rsid w:val="75BECCED"/>
    <w:rsid w:val="75C75812"/>
    <w:rsid w:val="76667A1D"/>
    <w:rsid w:val="76AC97EC"/>
    <w:rsid w:val="76B65613"/>
    <w:rsid w:val="77059F4C"/>
    <w:rsid w:val="771A27ED"/>
    <w:rsid w:val="77217007"/>
    <w:rsid w:val="77647790"/>
    <w:rsid w:val="777C0DAA"/>
    <w:rsid w:val="7792718D"/>
    <w:rsid w:val="78710EC8"/>
    <w:rsid w:val="78AF324E"/>
    <w:rsid w:val="78C15D6E"/>
    <w:rsid w:val="78EDD5C1"/>
    <w:rsid w:val="793A7089"/>
    <w:rsid w:val="793CE145"/>
    <w:rsid w:val="79A17070"/>
    <w:rsid w:val="79B99DB3"/>
    <w:rsid w:val="7A0B3F91"/>
    <w:rsid w:val="7A1FD5D6"/>
    <w:rsid w:val="7A4BFE9C"/>
    <w:rsid w:val="7A5DF124"/>
    <w:rsid w:val="7A7C94FD"/>
    <w:rsid w:val="7ABB245E"/>
    <w:rsid w:val="7AE177CF"/>
    <w:rsid w:val="7AE886A3"/>
    <w:rsid w:val="7B1DD418"/>
    <w:rsid w:val="7B76E4AB"/>
    <w:rsid w:val="7C24383F"/>
    <w:rsid w:val="7C45A510"/>
    <w:rsid w:val="7C478C35"/>
    <w:rsid w:val="7C765CC3"/>
    <w:rsid w:val="7CBC10E1"/>
    <w:rsid w:val="7CC58F8B"/>
    <w:rsid w:val="7D429334"/>
    <w:rsid w:val="7D77663C"/>
    <w:rsid w:val="7D8FE419"/>
    <w:rsid w:val="7D933C46"/>
    <w:rsid w:val="7D9A7A74"/>
    <w:rsid w:val="7DB5C1E5"/>
    <w:rsid w:val="7DB7FAA5"/>
    <w:rsid w:val="7DB90648"/>
    <w:rsid w:val="7E4199EF"/>
    <w:rsid w:val="7E79A41D"/>
    <w:rsid w:val="7E8F2E07"/>
    <w:rsid w:val="7E99FCA6"/>
    <w:rsid w:val="7EA752F4"/>
    <w:rsid w:val="7EB97DAE"/>
    <w:rsid w:val="7ED2D11B"/>
    <w:rsid w:val="7EF28157"/>
    <w:rsid w:val="7EF3D18B"/>
    <w:rsid w:val="7F5B623B"/>
    <w:rsid w:val="7F77F326"/>
    <w:rsid w:val="7F77F510"/>
    <w:rsid w:val="7F8A3997"/>
    <w:rsid w:val="7FB42BEB"/>
    <w:rsid w:val="7FEE0D9F"/>
    <w:rsid w:val="7FFB2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A9E876-9703-4861-BD1A-E55EB9F56D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624E1"/>
    <w:rPr>
      <w:color w:val="0000FF" w:themeColor="hyperlink"/>
      <w:u w:val="single"/>
    </w:rPr>
  </w:style>
  <w:style w:type="character" w:styleId="UnresolvedMention">
    <w:name w:val="Unresolved Mention"/>
    <w:basedOn w:val="DefaultParagraphFont"/>
    <w:uiPriority w:val="99"/>
    <w:semiHidden/>
    <w:unhideWhenUsed/>
    <w:rsid w:val="002624E1"/>
    <w:rPr>
      <w:color w:val="605E5C"/>
      <w:shd w:val="clear" w:color="auto" w:fill="E1DFDD"/>
    </w:rPr>
  </w:style>
  <w:style w:type="character" w:styleId="agcmg" w:customStyle="1">
    <w:name w:val="a_gcmg"/>
    <w:basedOn w:val="DefaultParagraphFont"/>
    <w:rsid w:val="00C54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4ea1d40ef22a4945" Type="http://schemas.openxmlformats.org/officeDocument/2006/relationships/hyperlink" Target="mailto:healthservices@southernct.edu" TargetMode="External"/><Relationship Id="rId7" Type="http://schemas.openxmlformats.org/officeDocument/2006/relationships/theme" Target="theme/theme1.xml"/><Relationship Id="R1b93ef9098ca4d58" Type="http://schemas.microsoft.com/office/2020/10/relationships/intelligence" Target="intelligence2.xml"/><Relationship Id="Rb7f29f5e56dc48a5" Type="http://schemas.openxmlformats.org/officeDocument/2006/relationships/hyperlink" Target="https://nam02.safelinks.protection.outlook.com/?url=https%3A%2F%2Finside.southernct.edu%2Faod&amp;data=05%7C02%7Cibitoyev1%40southernct.edu%7Ce64dd2363b784f6eed9308dd8346e8d9%7C58736863d60e40ce95c60723c7eaaf67%7C0%7C0%7C638811062762191142%7CUnknown%7CTWFpbGZsb3d8eyJFbXB0eU1hcGkiOnRydWUsIlYiOiIwLjAuMDAwMCIsIlAiOiJXaW4zMiIsIkFOIjoiTWFpbCIsIldUIjoyfQ%3D%3D%7C0%7C%7C%7C&amp;sdata=RyvltN%2FbLacAYQcCF2FD0IVSlFLVnbzkUJDqyS3nuPk%3D&amp;reserved=0" TargetMode="External"/><Relationship Id="rId2" Type="http://schemas.openxmlformats.org/officeDocument/2006/relationships/numbering" Target="numbering.xml"/><Relationship Id="R8ca9d7200e1b49fd" Type="http://schemas.openxmlformats.org/officeDocument/2006/relationships/hyperlink" Target="https://www.healthadvocate.com/video/HA-M-2005022-OneMinuteForMe.html" TargetMode="External"/><Relationship Id="rId1" Type="http://schemas.openxmlformats.org/officeDocument/2006/relationships/customXml" Target="../customXml/item1.xml"/><Relationship Id="rId6" Type="http://schemas.openxmlformats.org/officeDocument/2006/relationships/fontTable" Target="fontTable.xml"/><Relationship Id="Re068a6b0d1ed41aa" Type="http://schemas.openxmlformats.org/officeDocument/2006/relationships/hyperlink" Target="mailto:adamsv2@southernct.edu" TargetMode="Externa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91be2a83396b4bf7" Type="http://schemas.openxmlformats.org/officeDocument/2006/relationships/hyperlink" Target="https://owlconnect.southernct.edu/submitter/organization/healthservices/eventsubmission/studenthealthehr.southernct.edu"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8E6D08800B654C93B623E46CC40CC3" ma:contentTypeVersion="17" ma:contentTypeDescription="Create a new document." ma:contentTypeScope="" ma:versionID="2cc92a8cae197b790b368e7d1ce84e8a">
  <xsd:schema xmlns:xsd="http://www.w3.org/2001/XMLSchema" xmlns:xs="http://www.w3.org/2001/XMLSchema" xmlns:p="http://schemas.microsoft.com/office/2006/metadata/properties" xmlns:ns2="73ed8cf7-b581-404f-a3eb-ed628160d78e" xmlns:ns3="70ed8b40-b8ac-491b-99af-bdb8dab2f531" targetNamespace="http://schemas.microsoft.com/office/2006/metadata/properties" ma:root="true" ma:fieldsID="a420a73d272432eb638bc433933860f7" ns2:_="" ns3:_="">
    <xsd:import namespace="73ed8cf7-b581-404f-a3eb-ed628160d78e"/>
    <xsd:import namespace="70ed8b40-b8ac-491b-99af-bdb8dab2f5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d8cf7-b581-404f-a3eb-ed628160d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74e64d-0131-43eb-b4ed-e1281b0ac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d8b40-b8ac-491b-99af-bdb8dab2f5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767f11-5947-4b51-af03-6636568c72a1}" ma:internalName="TaxCatchAll" ma:showField="CatchAllData" ma:web="70ed8b40-b8ac-491b-99af-bdb8dab2f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ed8b40-b8ac-491b-99af-bdb8dab2f531" xsi:nil="true"/>
    <lcf76f155ced4ddcb4097134ff3c332f xmlns="73ed8cf7-b581-404f-a3eb-ed628160d7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7AD2118-CCFE-450C-8D9E-59C929865657}"/>
</file>

<file path=customXml/itemProps3.xml><?xml version="1.0" encoding="utf-8"?>
<ds:datastoreItem xmlns:ds="http://schemas.openxmlformats.org/officeDocument/2006/customXml" ds:itemID="{833B8B0F-2494-47DA-A90F-D2AA64ADCB75}"/>
</file>

<file path=customXml/itemProps4.xml><?xml version="1.0" encoding="utf-8"?>
<ds:datastoreItem xmlns:ds="http://schemas.openxmlformats.org/officeDocument/2006/customXml" ds:itemID="{32CEDB05-4B99-4FD6-9EF7-A9AF7D618A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WellStreet Journal</dc:title>
  <dc:subject>Volume 3, Issue 4 - May 2025</dc:subject>
  <dc:creator>SCSU Wellbeing Center</dc:creator>
  <cp:keywords/>
  <cp:lastModifiedBy>Simon, Ashley</cp:lastModifiedBy>
  <cp:revision>41</cp:revision>
  <dcterms:created xsi:type="dcterms:W3CDTF">2026-06-16T19:28:00Z</dcterms:created>
  <dcterms:modified xsi:type="dcterms:W3CDTF">2026-07-15T16:06:02Z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0x010100908E6D08800B654C93B623E46CC40CC3</vt:lpwstr>
  </property>
</Properties>
</file>