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373B" w:rsidR="00D03508" w:rsidP="25A68C54" w:rsidRDefault="00000000" w14:paraId="247F389A" w14:textId="332C6085">
      <w:pPr>
        <w:pStyle w:val="Heading1"/>
        <w:spacing w:line="360" w:lineRule="auto"/>
        <w:rPr>
          <w:rFonts w:ascii="Aptos" w:hAnsi="Aptos"/>
          <w:color w:val="0070C0"/>
          <w:sz w:val="36"/>
          <w:szCs w:val="36"/>
        </w:rPr>
      </w:pPr>
      <w:r w:rsidRPr="3469A254" w:rsidR="3BD5E509">
        <w:rPr>
          <w:rFonts w:ascii="Aptos" w:hAnsi="Aptos"/>
          <w:color w:val="0070C0"/>
          <w:sz w:val="36"/>
          <w:szCs w:val="36"/>
        </w:rPr>
        <w:t xml:space="preserve">The </w:t>
      </w:r>
      <w:r w:rsidRPr="3469A254" w:rsidR="3BD5E509">
        <w:rPr>
          <w:rFonts w:ascii="Aptos" w:hAnsi="Aptos"/>
          <w:color w:val="0070C0"/>
          <w:sz w:val="36"/>
          <w:szCs w:val="36"/>
        </w:rPr>
        <w:t>WellStreet</w:t>
      </w:r>
      <w:r w:rsidRPr="3469A254" w:rsidR="3BD5E509">
        <w:rPr>
          <w:rFonts w:ascii="Aptos" w:hAnsi="Aptos"/>
          <w:color w:val="0070C0"/>
          <w:sz w:val="36"/>
          <w:szCs w:val="36"/>
        </w:rPr>
        <w:t xml:space="preserve"> Journal </w:t>
      </w:r>
      <w:r w:rsidRPr="3469A254" w:rsidR="126CDC12">
        <w:rPr>
          <w:rFonts w:ascii="Aptos" w:hAnsi="Aptos"/>
          <w:color w:val="0070C0"/>
          <w:sz w:val="36"/>
          <w:szCs w:val="36"/>
        </w:rPr>
        <w:t>from</w:t>
      </w:r>
      <w:r w:rsidRPr="3469A254" w:rsidR="5DF8AA75">
        <w:rPr>
          <w:rFonts w:ascii="Aptos" w:hAnsi="Aptos"/>
          <w:color w:val="0070C0"/>
          <w:sz w:val="36"/>
          <w:szCs w:val="36"/>
        </w:rPr>
        <w:t xml:space="preserve"> </w:t>
      </w:r>
      <w:r w:rsidRPr="3469A254" w:rsidR="5E8425DD">
        <w:rPr>
          <w:rFonts w:ascii="Aptos" w:hAnsi="Aptos"/>
          <w:color w:val="0070C0"/>
          <w:sz w:val="36"/>
          <w:szCs w:val="36"/>
        </w:rPr>
        <w:t xml:space="preserve">March </w:t>
      </w:r>
      <w:r w:rsidRPr="3469A254" w:rsidR="3BD5E509">
        <w:rPr>
          <w:rFonts w:ascii="Aptos" w:hAnsi="Aptos"/>
          <w:color w:val="0070C0"/>
          <w:sz w:val="36"/>
          <w:szCs w:val="36"/>
        </w:rPr>
        <w:t>202</w:t>
      </w:r>
      <w:r w:rsidRPr="3469A254" w:rsidR="17A86786">
        <w:rPr>
          <w:rFonts w:ascii="Aptos" w:hAnsi="Aptos"/>
          <w:color w:val="0070C0"/>
          <w:sz w:val="36"/>
          <w:szCs w:val="36"/>
        </w:rPr>
        <w:t>5</w:t>
      </w:r>
    </w:p>
    <w:p w:rsidRPr="00A0373B" w:rsidR="00D03508" w:rsidP="25A68C54" w:rsidRDefault="00000000" w14:paraId="3FAB37D9" w14:textId="085BEBA6">
      <w:pPr>
        <w:spacing w:line="360" w:lineRule="auto"/>
        <w:rPr>
          <w:rFonts w:ascii="Aptos" w:hAnsi="Aptos"/>
          <w:sz w:val="28"/>
          <w:szCs w:val="28"/>
        </w:rPr>
      </w:pPr>
      <w:r w:rsidRPr="25A68C54" w:rsidR="07AA8E82">
        <w:rPr>
          <w:rFonts w:ascii="Aptos" w:hAnsi="Aptos"/>
          <w:sz w:val="28"/>
          <w:szCs w:val="28"/>
        </w:rPr>
        <w:t>Th</w:t>
      </w:r>
      <w:r w:rsidRPr="25A68C54" w:rsidR="46210F11">
        <w:rPr>
          <w:rFonts w:ascii="Aptos" w:hAnsi="Aptos"/>
          <w:sz w:val="28"/>
          <w:szCs w:val="28"/>
        </w:rPr>
        <w:t xml:space="preserve">is month on </w:t>
      </w:r>
      <w:r w:rsidRPr="25A68C54" w:rsidR="46210F11">
        <w:rPr>
          <w:rFonts w:ascii="Aptos" w:hAnsi="Aptos"/>
          <w:sz w:val="28"/>
          <w:szCs w:val="28"/>
        </w:rPr>
        <w:t>WellStreet</w:t>
      </w:r>
      <w:r w:rsidRPr="25A68C54" w:rsidR="46210F11">
        <w:rPr>
          <w:rFonts w:ascii="Aptos" w:hAnsi="Aptos"/>
          <w:sz w:val="28"/>
          <w:szCs w:val="28"/>
        </w:rPr>
        <w:t xml:space="preserve"> Journal</w:t>
      </w:r>
    </w:p>
    <w:p w:rsidRPr="00A0373B" w:rsidR="00D03508" w:rsidP="25A68C54" w:rsidRDefault="00000000" w14:paraId="268A59BF" w14:textId="77777777">
      <w:pPr>
        <w:pStyle w:val="Heading2"/>
        <w:spacing w:line="360" w:lineRule="auto"/>
        <w:rPr>
          <w:rFonts w:ascii="Aptos" w:hAnsi="Aptos"/>
          <w:color w:val="0070C0"/>
          <w:sz w:val="32"/>
          <w:szCs w:val="32"/>
        </w:rPr>
      </w:pPr>
      <w:r w:rsidRPr="3469A254" w:rsidR="1AD37820">
        <w:rPr>
          <w:rFonts w:ascii="Aptos" w:hAnsi="Aptos"/>
          <w:color w:val="0070C0"/>
          <w:sz w:val="32"/>
          <w:szCs w:val="32"/>
        </w:rPr>
        <w:t>Quote of the Day</w:t>
      </w:r>
    </w:p>
    <w:p w:rsidR="6F9E4E17" w:rsidP="3469A254" w:rsidRDefault="6F9E4E17" w14:paraId="3BEE4A89" w14:textId="233E49D0">
      <w:pPr>
        <w:spacing w:before="240" w:beforeAutospacing="off" w:after="240" w:afterAutospacing="off" w:line="360" w:lineRule="auto"/>
      </w:pPr>
      <w:r w:rsidRPr="3469A254" w:rsidR="6968EBD5">
        <w:rPr>
          <w:rFonts w:ascii="Aptos" w:hAnsi="Aptos" w:eastAsia="Aptos" w:cs="Aptos"/>
          <w:b w:val="1"/>
          <w:bCs w:val="1"/>
          <w:i w:val="0"/>
          <w:iCs w:val="0"/>
          <w:caps w:val="0"/>
          <w:smallCaps w:val="0"/>
          <w:noProof w:val="0"/>
          <w:sz w:val="28"/>
          <w:szCs w:val="28"/>
          <w:lang w:val="en-US"/>
        </w:rPr>
        <w:t xml:space="preserve">“We cannot all succeed when half of us </w:t>
      </w:r>
      <w:r w:rsidRPr="3469A254" w:rsidR="6968EBD5">
        <w:rPr>
          <w:rFonts w:ascii="Aptos" w:hAnsi="Aptos" w:eastAsia="Aptos" w:cs="Aptos"/>
          <w:b w:val="1"/>
          <w:bCs w:val="1"/>
          <w:i w:val="0"/>
          <w:iCs w:val="0"/>
          <w:caps w:val="0"/>
          <w:smallCaps w:val="0"/>
          <w:noProof w:val="0"/>
          <w:sz w:val="28"/>
          <w:szCs w:val="28"/>
          <w:lang w:val="en-US"/>
        </w:rPr>
        <w:t>are</w:t>
      </w:r>
      <w:r w:rsidRPr="3469A254" w:rsidR="6968EBD5">
        <w:rPr>
          <w:rFonts w:ascii="Aptos" w:hAnsi="Aptos" w:eastAsia="Aptos" w:cs="Aptos"/>
          <w:b w:val="1"/>
          <w:bCs w:val="1"/>
          <w:i w:val="0"/>
          <w:iCs w:val="0"/>
          <w:caps w:val="0"/>
          <w:smallCaps w:val="0"/>
          <w:noProof w:val="0"/>
          <w:sz w:val="28"/>
          <w:szCs w:val="28"/>
          <w:lang w:val="en-US"/>
        </w:rPr>
        <w:t xml:space="preserve"> held back." </w:t>
      </w:r>
    </w:p>
    <w:p w:rsidR="6F9E4E17" w:rsidP="3469A254" w:rsidRDefault="6F9E4E17" w14:paraId="48FFD157" w14:textId="277513CF">
      <w:pPr>
        <w:pStyle w:val="Normal"/>
        <w:spacing w:before="240" w:beforeAutospacing="off" w:after="240" w:afterAutospacing="off" w:line="360" w:lineRule="auto"/>
      </w:pPr>
      <w:r w:rsidRPr="3469A254" w:rsidR="6968EBD5">
        <w:rPr>
          <w:rFonts w:ascii="Aptos" w:hAnsi="Aptos" w:eastAsia="Aptos" w:cs="Aptos"/>
          <w:b w:val="0"/>
          <w:bCs w:val="0"/>
          <w:i w:val="0"/>
          <w:iCs w:val="0"/>
          <w:caps w:val="0"/>
          <w:smallCaps w:val="0"/>
          <w:noProof w:val="0"/>
          <w:sz w:val="28"/>
          <w:szCs w:val="28"/>
          <w:lang w:val="en-US"/>
        </w:rPr>
        <w:t xml:space="preserve">Quote by </w:t>
      </w:r>
      <w:r w:rsidRPr="3469A254" w:rsidR="6968EBD5">
        <w:rPr>
          <w:rFonts w:ascii="Aptos" w:hAnsi="Aptos" w:eastAsia="Aptos" w:cs="Aptos"/>
          <w:b w:val="1"/>
          <w:bCs w:val="1"/>
          <w:i w:val="0"/>
          <w:iCs w:val="0"/>
          <w:caps w:val="0"/>
          <w:smallCaps w:val="0"/>
          <w:noProof w:val="0"/>
          <w:sz w:val="28"/>
          <w:szCs w:val="28"/>
          <w:lang w:val="en-US"/>
        </w:rPr>
        <w:t>Malala Yousafzai</w:t>
      </w:r>
    </w:p>
    <w:p w:rsidR="6F9E4E17" w:rsidP="25A68C54" w:rsidRDefault="6F9E4E17" w14:paraId="0F405E78" w14:textId="3ECF962A">
      <w:pPr>
        <w:pStyle w:val="Heading2"/>
        <w:spacing w:line="360" w:lineRule="auto"/>
        <w:rPr>
          <w:rFonts w:ascii="Aptos" w:hAnsi="Aptos"/>
          <w:color w:val="0070C0"/>
          <w:sz w:val="32"/>
          <w:szCs w:val="32"/>
        </w:rPr>
      </w:pPr>
      <w:r w:rsidRPr="3469A254" w:rsidR="1D6C79B4">
        <w:rPr>
          <w:rFonts w:ascii="Aptos" w:hAnsi="Aptos"/>
          <w:color w:val="0070C0"/>
          <w:sz w:val="32"/>
          <w:szCs w:val="32"/>
        </w:rPr>
        <w:t>Wellness on the Way: Upcoming Events</w:t>
      </w:r>
    </w:p>
    <w:p w:rsidR="6B99A9A5" w:rsidP="3469A254" w:rsidRDefault="6B99A9A5" w14:paraId="078BF548" w14:textId="5F57B7C5">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3469A254" w:rsidR="2293E53C">
        <w:rPr>
          <w:rFonts w:ascii="Aptos" w:hAnsi="Aptos" w:eastAsia="Aptos" w:cs="Aptos"/>
          <w:b w:val="1"/>
          <w:bCs w:val="1"/>
          <w:i w:val="0"/>
          <w:iCs w:val="0"/>
          <w:caps w:val="0"/>
          <w:smallCaps w:val="0"/>
          <w:noProof w:val="0"/>
          <w:color w:val="0070C0"/>
          <w:sz w:val="28"/>
          <w:szCs w:val="28"/>
          <w:lang w:val="en-US"/>
        </w:rPr>
        <w:t xml:space="preserve">Understanding Consent: Empowering Students </w:t>
      </w:r>
      <w:r w:rsidRPr="3469A254" w:rsidR="2293E53C">
        <w:rPr>
          <w:rFonts w:ascii="Aptos" w:hAnsi="Aptos" w:eastAsia="Aptos" w:cs="Aptos"/>
          <w:b w:val="1"/>
          <w:bCs w:val="1"/>
          <w:i w:val="0"/>
          <w:iCs w:val="0"/>
          <w:caps w:val="0"/>
          <w:smallCaps w:val="0"/>
          <w:noProof w:val="0"/>
          <w:color w:val="0070C0"/>
          <w:sz w:val="28"/>
          <w:szCs w:val="28"/>
          <w:lang w:val="en-US"/>
        </w:rPr>
        <w:t>for</w:t>
      </w:r>
      <w:r w:rsidRPr="3469A254" w:rsidR="2293E53C">
        <w:rPr>
          <w:rFonts w:ascii="Aptos" w:hAnsi="Aptos" w:eastAsia="Aptos" w:cs="Aptos"/>
          <w:b w:val="1"/>
          <w:bCs w:val="1"/>
          <w:i w:val="0"/>
          <w:iCs w:val="0"/>
          <w:caps w:val="0"/>
          <w:smallCaps w:val="0"/>
          <w:noProof w:val="0"/>
          <w:color w:val="0070C0"/>
          <w:sz w:val="28"/>
          <w:szCs w:val="28"/>
          <w:lang w:val="en-US"/>
        </w:rPr>
        <w:t xml:space="preserve"> Healthy Relationships</w:t>
      </w:r>
    </w:p>
    <w:p w:rsidR="6B99A9A5" w:rsidP="3469A254" w:rsidRDefault="6B99A9A5" w14:paraId="39270101" w14:textId="4CAA20C2">
      <w:pPr>
        <w:pStyle w:val="Normal"/>
        <w:spacing w:before="240" w:beforeAutospacing="off" w:after="240" w:afterAutospacing="off" w:line="360" w:lineRule="auto"/>
      </w:pPr>
      <w:r w:rsidRPr="3469A254" w:rsidR="2293E53C">
        <w:rPr>
          <w:rFonts w:ascii="Aptos" w:hAnsi="Aptos" w:eastAsia="Aptos" w:cs="Aptos"/>
          <w:b w:val="0"/>
          <w:bCs w:val="0"/>
          <w:i w:val="0"/>
          <w:iCs w:val="0"/>
          <w:caps w:val="0"/>
          <w:smallCaps w:val="0"/>
          <w:noProof w:val="0"/>
          <w:sz w:val="28"/>
          <w:szCs w:val="28"/>
          <w:lang w:val="en-US"/>
        </w:rPr>
        <w:t xml:space="preserve">Wednesday, March 5th, </w:t>
      </w:r>
      <w:r w:rsidRPr="3469A254" w:rsidR="4C7E7BEC">
        <w:rPr>
          <w:rFonts w:ascii="Aptos" w:hAnsi="Aptos" w:eastAsia="Aptos" w:cs="Aptos"/>
          <w:b w:val="0"/>
          <w:bCs w:val="0"/>
          <w:i w:val="0"/>
          <w:iCs w:val="0"/>
          <w:caps w:val="0"/>
          <w:smallCaps w:val="0"/>
          <w:noProof w:val="0"/>
          <w:sz w:val="28"/>
          <w:szCs w:val="28"/>
          <w:lang w:val="en-US"/>
        </w:rPr>
        <w:t>f</w:t>
      </w:r>
      <w:r w:rsidRPr="3469A254" w:rsidR="2293E53C">
        <w:rPr>
          <w:rFonts w:ascii="Aptos" w:hAnsi="Aptos" w:eastAsia="Aptos" w:cs="Aptos"/>
          <w:b w:val="0"/>
          <w:bCs w:val="0"/>
          <w:i w:val="0"/>
          <w:iCs w:val="0"/>
          <w:caps w:val="0"/>
          <w:smallCaps w:val="0"/>
          <w:noProof w:val="0"/>
          <w:sz w:val="28"/>
          <w:szCs w:val="28"/>
          <w:lang w:val="en-US"/>
        </w:rPr>
        <w:t xml:space="preserve">rom </w:t>
      </w:r>
      <w:r w:rsidRPr="3469A254" w:rsidR="2293E53C">
        <w:rPr>
          <w:rFonts w:ascii="Aptos" w:hAnsi="Aptos" w:eastAsia="Aptos" w:cs="Aptos"/>
          <w:noProof w:val="0"/>
          <w:sz w:val="28"/>
          <w:szCs w:val="28"/>
          <w:lang w:val="en-US"/>
        </w:rPr>
        <w:t>12:30 to 2:30</w:t>
      </w:r>
      <w:r w:rsidRPr="3469A254" w:rsidR="2293E53C">
        <w:rPr>
          <w:rFonts w:ascii="Aptos" w:hAnsi="Aptos" w:eastAsia="Aptos" w:cs="Aptos"/>
          <w:b w:val="0"/>
          <w:bCs w:val="0"/>
          <w:i w:val="0"/>
          <w:iCs w:val="0"/>
          <w:caps w:val="0"/>
          <w:smallCaps w:val="0"/>
          <w:noProof w:val="0"/>
          <w:sz w:val="28"/>
          <w:szCs w:val="28"/>
          <w:lang w:val="en-US"/>
        </w:rPr>
        <w:t xml:space="preserve"> PM in the ASC Plaza</w:t>
      </w:r>
    </w:p>
    <w:p w:rsidR="6B99A9A5" w:rsidP="3469A254" w:rsidRDefault="6B99A9A5" w14:paraId="310940B1" w14:textId="7ADD9F8B">
      <w:pPr>
        <w:spacing w:before="240" w:beforeAutospacing="off" w:after="240" w:afterAutospacing="off" w:line="360" w:lineRule="auto"/>
      </w:pPr>
      <w:r w:rsidRPr="3469A254" w:rsidR="2293E53C">
        <w:rPr>
          <w:rFonts w:ascii="Aptos" w:hAnsi="Aptos" w:eastAsia="Aptos" w:cs="Aptos"/>
          <w:b w:val="0"/>
          <w:bCs w:val="0"/>
          <w:i w:val="0"/>
          <w:iCs w:val="0"/>
          <w:caps w:val="0"/>
          <w:smallCaps w:val="0"/>
          <w:noProof w:val="0"/>
          <w:sz w:val="28"/>
          <w:szCs w:val="28"/>
          <w:lang w:val="en-US"/>
        </w:rPr>
        <w:t xml:space="preserve">Join VPAS at Understanding Consent, a tabling event designed to raise awareness and promote education about </w:t>
      </w:r>
      <w:r w:rsidRPr="3469A254" w:rsidR="2293E53C">
        <w:rPr>
          <w:rFonts w:ascii="Aptos" w:hAnsi="Aptos" w:eastAsia="Aptos" w:cs="Aptos"/>
          <w:b w:val="1"/>
          <w:bCs w:val="1"/>
          <w:i w:val="0"/>
          <w:iCs w:val="0"/>
          <w:caps w:val="0"/>
          <w:smallCaps w:val="0"/>
          <w:noProof w:val="0"/>
          <w:sz w:val="28"/>
          <w:szCs w:val="28"/>
          <w:lang w:val="en-US"/>
        </w:rPr>
        <w:t>the importance of consent in all relationships</w:t>
      </w:r>
      <w:r w:rsidRPr="3469A254" w:rsidR="2293E53C">
        <w:rPr>
          <w:rFonts w:ascii="Aptos" w:hAnsi="Aptos" w:eastAsia="Aptos" w:cs="Aptos"/>
          <w:b w:val="0"/>
          <w:bCs w:val="0"/>
          <w:i w:val="0"/>
          <w:iCs w:val="0"/>
          <w:caps w:val="0"/>
          <w:smallCaps w:val="0"/>
          <w:noProof w:val="0"/>
          <w:sz w:val="28"/>
          <w:szCs w:val="28"/>
          <w:lang w:val="en-US"/>
        </w:rPr>
        <w:t xml:space="preserve">. At this interactive and informative event, </w:t>
      </w:r>
      <w:r w:rsidRPr="3469A254" w:rsidR="2293E53C">
        <w:rPr>
          <w:rFonts w:ascii="Aptos" w:hAnsi="Aptos" w:eastAsia="Aptos" w:cs="Aptos"/>
          <w:b w:val="0"/>
          <w:bCs w:val="0"/>
          <w:i w:val="0"/>
          <w:iCs w:val="0"/>
          <w:caps w:val="0"/>
          <w:smallCaps w:val="0"/>
          <w:noProof w:val="0"/>
          <w:sz w:val="28"/>
          <w:szCs w:val="28"/>
          <w:lang w:val="en-US"/>
        </w:rPr>
        <w:t>we’ll</w:t>
      </w:r>
      <w:r w:rsidRPr="3469A254" w:rsidR="2293E53C">
        <w:rPr>
          <w:rFonts w:ascii="Aptos" w:hAnsi="Aptos" w:eastAsia="Aptos" w:cs="Aptos"/>
          <w:b w:val="0"/>
          <w:bCs w:val="0"/>
          <w:i w:val="0"/>
          <w:iCs w:val="0"/>
          <w:caps w:val="0"/>
          <w:smallCaps w:val="0"/>
          <w:noProof w:val="0"/>
          <w:sz w:val="28"/>
          <w:szCs w:val="28"/>
          <w:lang w:val="en-US"/>
        </w:rPr>
        <w:t xml:space="preserve"> be providing students with the knowledge and resources to better understand consent, communicate boundaries, and support a culture of respect on campus.</w:t>
      </w:r>
    </w:p>
    <w:p w:rsidR="6B99A9A5" w:rsidP="3469A254" w:rsidRDefault="6B99A9A5" w14:paraId="19C39B71" w14:textId="52075590">
      <w:pPr>
        <w:pStyle w:val="Normal"/>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3469A254" w:rsidR="0593B437">
        <w:rPr>
          <w:rFonts w:ascii="Aptos" w:hAnsi="Aptos" w:eastAsia="Aptos" w:cs="Aptos"/>
          <w:b w:val="1"/>
          <w:bCs w:val="1"/>
          <w:i w:val="0"/>
          <w:iCs w:val="0"/>
          <w:noProof w:val="0"/>
          <w:color w:val="0070C0"/>
          <w:sz w:val="28"/>
          <w:szCs w:val="28"/>
          <w:lang w:val="en-US"/>
        </w:rPr>
        <w:t xml:space="preserve">She </w:t>
      </w:r>
      <w:r w:rsidRPr="3469A254" w:rsidR="0593B437">
        <w:rPr>
          <w:rFonts w:ascii="Aptos" w:hAnsi="Aptos" w:eastAsia="Aptos" w:cs="Aptos"/>
          <w:noProof w:val="0"/>
          <w:color w:val="0070C0"/>
          <w:sz w:val="28"/>
          <w:szCs w:val="28"/>
          <w:lang w:val="en-US"/>
        </w:rPr>
        <w:t>Heroes:</w:t>
      </w:r>
      <w:r w:rsidRPr="3469A254" w:rsidR="0593B437">
        <w:rPr>
          <w:rFonts w:ascii="Aptos" w:hAnsi="Aptos" w:eastAsia="Aptos" w:cs="Aptos"/>
          <w:b w:val="1"/>
          <w:bCs w:val="1"/>
          <w:i w:val="0"/>
          <w:iCs w:val="0"/>
          <w:noProof w:val="0"/>
          <w:color w:val="0070C0"/>
          <w:sz w:val="28"/>
          <w:szCs w:val="28"/>
          <w:lang w:val="en-US"/>
        </w:rPr>
        <w:t xml:space="preserve"> Celebrating Women in the Anti-Sexual Violence Movement</w:t>
      </w:r>
      <w:r w:rsidRPr="3469A254" w:rsidR="0593B437">
        <w:rPr>
          <w:rFonts w:ascii="Aptos" w:hAnsi="Aptos" w:eastAsia="Aptos" w:cs="Aptos"/>
          <w:b w:val="1"/>
          <w:bCs w:val="1"/>
          <w:i w:val="0"/>
          <w:iCs w:val="0"/>
          <w:caps w:val="0"/>
          <w:smallCaps w:val="0"/>
          <w:noProof w:val="0"/>
          <w:color w:val="0070C0"/>
          <w:sz w:val="28"/>
          <w:szCs w:val="28"/>
          <w:lang w:val="en-US"/>
        </w:rPr>
        <w:t xml:space="preserve"> </w:t>
      </w:r>
    </w:p>
    <w:p w:rsidR="0593B437" w:rsidP="3469A254" w:rsidRDefault="0593B437" w14:paraId="69818D13" w14:textId="2B99BA21">
      <w:pPr>
        <w:pStyle w:val="Normal"/>
        <w:spacing w:before="240" w:beforeAutospacing="off" w:after="240" w:afterAutospacing="off" w:line="360" w:lineRule="auto"/>
      </w:pPr>
      <w:r w:rsidRPr="3469A254" w:rsidR="0593B437">
        <w:rPr>
          <w:rFonts w:ascii="Aptos" w:hAnsi="Aptos" w:eastAsia="Aptos" w:cs="Aptos"/>
          <w:b w:val="0"/>
          <w:bCs w:val="0"/>
          <w:i w:val="0"/>
          <w:iCs w:val="0"/>
          <w:caps w:val="0"/>
          <w:smallCaps w:val="0"/>
          <w:noProof w:val="0"/>
          <w:sz w:val="28"/>
          <w:szCs w:val="28"/>
          <w:lang w:val="en-US"/>
        </w:rPr>
        <w:t xml:space="preserve">Wednesday, March 12th, from </w:t>
      </w:r>
      <w:r w:rsidRPr="3469A254" w:rsidR="0593B437">
        <w:rPr>
          <w:rFonts w:ascii="Aptos" w:hAnsi="Aptos" w:eastAsia="Aptos" w:cs="Aptos"/>
          <w:noProof w:val="0"/>
          <w:sz w:val="28"/>
          <w:szCs w:val="28"/>
          <w:lang w:val="en-US"/>
        </w:rPr>
        <w:t>12:30 to</w:t>
      </w:r>
      <w:r w:rsidRPr="3469A254" w:rsidR="0593B437">
        <w:rPr>
          <w:rFonts w:ascii="Aptos" w:hAnsi="Aptos" w:eastAsia="Aptos" w:cs="Aptos"/>
          <w:b w:val="0"/>
          <w:bCs w:val="0"/>
          <w:i w:val="0"/>
          <w:iCs w:val="0"/>
          <w:caps w:val="0"/>
          <w:smallCaps w:val="0"/>
          <w:noProof w:val="0"/>
          <w:sz w:val="28"/>
          <w:szCs w:val="28"/>
          <w:lang w:val="en-US"/>
        </w:rPr>
        <w:t xml:space="preserve"> 2:30 PM in the ASC Plaza </w:t>
      </w:r>
    </w:p>
    <w:p w:rsidR="0593B437" w:rsidP="3469A254" w:rsidRDefault="0593B437" w14:paraId="49B26378" w14:textId="792C5D3F">
      <w:pPr>
        <w:spacing w:before="240" w:beforeAutospacing="off" w:after="240" w:afterAutospacing="off" w:line="360" w:lineRule="auto"/>
      </w:pPr>
      <w:r w:rsidRPr="3469A254" w:rsidR="0593B437">
        <w:rPr>
          <w:rFonts w:ascii="Aptos" w:hAnsi="Aptos" w:eastAsia="Aptos" w:cs="Aptos"/>
          <w:b w:val="0"/>
          <w:bCs w:val="0"/>
          <w:i w:val="0"/>
          <w:iCs w:val="0"/>
          <w:caps w:val="0"/>
          <w:smallCaps w:val="0"/>
          <w:noProof w:val="0"/>
          <w:sz w:val="28"/>
          <w:szCs w:val="28"/>
          <w:lang w:val="en-US"/>
        </w:rPr>
        <w:t xml:space="preserve">Join VPAS at She Hero’s, a tabling event dedicated to honoring the powerful women who have led and continue to shape the </w:t>
      </w:r>
      <w:r w:rsidRPr="3469A254" w:rsidR="0593B437">
        <w:rPr>
          <w:rFonts w:ascii="Aptos" w:hAnsi="Aptos" w:eastAsia="Aptos" w:cs="Aptos"/>
          <w:b w:val="1"/>
          <w:bCs w:val="1"/>
          <w:i w:val="0"/>
          <w:iCs w:val="0"/>
          <w:caps w:val="0"/>
          <w:smallCaps w:val="0"/>
          <w:noProof w:val="0"/>
          <w:sz w:val="28"/>
          <w:szCs w:val="28"/>
          <w:lang w:val="en-US"/>
        </w:rPr>
        <w:t>anti-sexual violence movement</w:t>
      </w:r>
      <w:r w:rsidRPr="3469A254" w:rsidR="0593B437">
        <w:rPr>
          <w:rFonts w:ascii="Aptos" w:hAnsi="Aptos" w:eastAsia="Aptos" w:cs="Aptos"/>
          <w:b w:val="0"/>
          <w:bCs w:val="0"/>
          <w:i w:val="0"/>
          <w:iCs w:val="0"/>
          <w:caps w:val="0"/>
          <w:smallCaps w:val="0"/>
          <w:noProof w:val="0"/>
          <w:sz w:val="28"/>
          <w:szCs w:val="28"/>
          <w:lang w:val="en-US"/>
        </w:rPr>
        <w:t>. This event will highlight the incredible contributions of women from diverse backgrounds, each of whom has played a pivotal role in raising awareness, advocating for survivors, and driving social change in the fight against sexual violence.</w:t>
      </w:r>
    </w:p>
    <w:p w:rsidR="0593B437" w:rsidP="3469A254" w:rsidRDefault="0593B437" w14:paraId="5F591FE1" w14:textId="7AFFB78A">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3469A254" w:rsidR="0593B437">
        <w:rPr>
          <w:rFonts w:ascii="Aptos" w:hAnsi="Aptos" w:eastAsia="Aptos" w:cs="Aptos"/>
          <w:b w:val="1"/>
          <w:bCs w:val="1"/>
          <w:i w:val="0"/>
          <w:iCs w:val="0"/>
          <w:caps w:val="0"/>
          <w:smallCaps w:val="0"/>
          <w:noProof w:val="0"/>
          <w:color w:val="0070C0"/>
          <w:sz w:val="28"/>
          <w:szCs w:val="28"/>
          <w:lang w:val="en-US"/>
        </w:rPr>
        <w:t>Opioid Overdose Training</w:t>
      </w:r>
    </w:p>
    <w:p w:rsidR="0593B437" w:rsidP="3469A254" w:rsidRDefault="0593B437" w14:paraId="72AC3FD3" w14:textId="7DF16A96">
      <w:pPr>
        <w:pStyle w:val="Normal"/>
        <w:spacing w:before="240" w:beforeAutospacing="off" w:after="240" w:afterAutospacing="off" w:line="360" w:lineRule="auto"/>
      </w:pPr>
      <w:r w:rsidRPr="3469A254" w:rsidR="0593B437">
        <w:rPr>
          <w:rFonts w:ascii="Aptos" w:hAnsi="Aptos" w:eastAsia="Aptos" w:cs="Aptos"/>
          <w:b w:val="0"/>
          <w:bCs w:val="0"/>
          <w:i w:val="0"/>
          <w:iCs w:val="0"/>
          <w:caps w:val="0"/>
          <w:smallCaps w:val="0"/>
          <w:noProof w:val="0"/>
          <w:sz w:val="28"/>
          <w:szCs w:val="28"/>
          <w:lang w:val="en-US"/>
        </w:rPr>
        <w:t xml:space="preserve">Thursday, March 13th </w:t>
      </w:r>
      <w:r w:rsidRPr="3469A254" w:rsidR="634E30EC">
        <w:rPr>
          <w:rFonts w:ascii="Aptos" w:hAnsi="Aptos" w:eastAsia="Aptos" w:cs="Aptos"/>
          <w:b w:val="0"/>
          <w:bCs w:val="0"/>
          <w:i w:val="0"/>
          <w:iCs w:val="0"/>
          <w:caps w:val="0"/>
          <w:smallCaps w:val="0"/>
          <w:noProof w:val="0"/>
          <w:sz w:val="28"/>
          <w:szCs w:val="28"/>
          <w:lang w:val="en-US"/>
        </w:rPr>
        <w:t>f</w:t>
      </w:r>
      <w:r w:rsidRPr="3469A254" w:rsidR="0593B437">
        <w:rPr>
          <w:rFonts w:ascii="Aptos" w:hAnsi="Aptos" w:eastAsia="Aptos" w:cs="Aptos"/>
          <w:b w:val="0"/>
          <w:bCs w:val="0"/>
          <w:i w:val="0"/>
          <w:iCs w:val="0"/>
          <w:caps w:val="0"/>
          <w:smallCaps w:val="0"/>
          <w:noProof w:val="0"/>
          <w:sz w:val="28"/>
          <w:szCs w:val="28"/>
          <w:lang w:val="en-US"/>
        </w:rPr>
        <w:t xml:space="preserve">rom </w:t>
      </w:r>
      <w:r w:rsidRPr="3469A254" w:rsidR="0593B437">
        <w:rPr>
          <w:rFonts w:ascii="Aptos" w:hAnsi="Aptos" w:eastAsia="Aptos" w:cs="Aptos"/>
          <w:noProof w:val="0"/>
          <w:sz w:val="28"/>
          <w:szCs w:val="28"/>
          <w:lang w:val="en-US"/>
        </w:rPr>
        <w:t>12 to 1:30</w:t>
      </w:r>
      <w:r w:rsidRPr="3469A254" w:rsidR="0593B437">
        <w:rPr>
          <w:rFonts w:ascii="Aptos" w:hAnsi="Aptos" w:eastAsia="Aptos" w:cs="Aptos"/>
          <w:b w:val="0"/>
          <w:bCs w:val="0"/>
          <w:i w:val="0"/>
          <w:iCs w:val="0"/>
          <w:caps w:val="0"/>
          <w:smallCaps w:val="0"/>
          <w:noProof w:val="0"/>
          <w:sz w:val="28"/>
          <w:szCs w:val="28"/>
          <w:lang w:val="en-US"/>
        </w:rPr>
        <w:t xml:space="preserve"> </w:t>
      </w:r>
      <w:r w:rsidRPr="3469A254" w:rsidR="0593B437">
        <w:rPr>
          <w:rFonts w:ascii="Aptos" w:hAnsi="Aptos" w:eastAsia="Aptos" w:cs="Aptos"/>
          <w:b w:val="0"/>
          <w:bCs w:val="0"/>
          <w:i w:val="0"/>
          <w:iCs w:val="0"/>
          <w:caps w:val="0"/>
          <w:smallCaps w:val="0"/>
          <w:noProof w:val="0"/>
          <w:sz w:val="28"/>
          <w:szCs w:val="28"/>
          <w:lang w:val="en-US"/>
        </w:rPr>
        <w:t>p</w:t>
      </w:r>
      <w:r w:rsidRPr="3469A254" w:rsidR="68E33D8C">
        <w:rPr>
          <w:rFonts w:ascii="Aptos" w:hAnsi="Aptos" w:eastAsia="Aptos" w:cs="Aptos"/>
          <w:b w:val="0"/>
          <w:bCs w:val="0"/>
          <w:i w:val="0"/>
          <w:iCs w:val="0"/>
          <w:caps w:val="0"/>
          <w:smallCaps w:val="0"/>
          <w:noProof w:val="0"/>
          <w:sz w:val="28"/>
          <w:szCs w:val="28"/>
          <w:lang w:val="en-US"/>
        </w:rPr>
        <w:t>m</w:t>
      </w:r>
      <w:r w:rsidRPr="3469A254" w:rsidR="0593B437">
        <w:rPr>
          <w:rFonts w:ascii="Aptos" w:hAnsi="Aptos" w:eastAsia="Aptos" w:cs="Aptos"/>
          <w:b w:val="0"/>
          <w:bCs w:val="0"/>
          <w:i w:val="0"/>
          <w:iCs w:val="0"/>
          <w:caps w:val="0"/>
          <w:smallCaps w:val="0"/>
          <w:noProof w:val="0"/>
          <w:sz w:val="28"/>
          <w:szCs w:val="28"/>
          <w:lang w:val="en-US"/>
        </w:rPr>
        <w:t xml:space="preserve"> in Engleman B121 &amp; </w:t>
      </w:r>
    </w:p>
    <w:p w:rsidR="0593B437" w:rsidP="3469A254" w:rsidRDefault="0593B437" w14:paraId="45DEDCCF" w14:textId="2C369713">
      <w:pPr>
        <w:pStyle w:val="Normal"/>
        <w:spacing w:before="240" w:beforeAutospacing="off" w:after="240" w:afterAutospacing="off" w:line="360" w:lineRule="auto"/>
      </w:pPr>
      <w:r w:rsidRPr="3469A254" w:rsidR="0593B437">
        <w:rPr>
          <w:rFonts w:ascii="Aptos" w:hAnsi="Aptos" w:eastAsia="Aptos" w:cs="Aptos"/>
          <w:b w:val="0"/>
          <w:bCs w:val="0"/>
          <w:i w:val="0"/>
          <w:iCs w:val="0"/>
          <w:caps w:val="0"/>
          <w:smallCaps w:val="0"/>
          <w:noProof w:val="0"/>
          <w:sz w:val="28"/>
          <w:szCs w:val="28"/>
          <w:lang w:val="en-US"/>
        </w:rPr>
        <w:t xml:space="preserve">Monday, March 25th </w:t>
      </w:r>
      <w:r w:rsidRPr="3469A254" w:rsidR="31AB3C2D">
        <w:rPr>
          <w:rFonts w:ascii="Aptos" w:hAnsi="Aptos" w:eastAsia="Aptos" w:cs="Aptos"/>
          <w:b w:val="0"/>
          <w:bCs w:val="0"/>
          <w:i w:val="0"/>
          <w:iCs w:val="0"/>
          <w:caps w:val="0"/>
          <w:smallCaps w:val="0"/>
          <w:noProof w:val="0"/>
          <w:sz w:val="28"/>
          <w:szCs w:val="28"/>
          <w:lang w:val="en-US"/>
        </w:rPr>
        <w:t>f</w:t>
      </w:r>
      <w:r w:rsidRPr="3469A254" w:rsidR="0593B437">
        <w:rPr>
          <w:rFonts w:ascii="Aptos" w:hAnsi="Aptos" w:eastAsia="Aptos" w:cs="Aptos"/>
          <w:b w:val="0"/>
          <w:bCs w:val="0"/>
          <w:i w:val="0"/>
          <w:iCs w:val="0"/>
          <w:caps w:val="0"/>
          <w:smallCaps w:val="0"/>
          <w:noProof w:val="0"/>
          <w:sz w:val="28"/>
          <w:szCs w:val="28"/>
          <w:lang w:val="en-US"/>
        </w:rPr>
        <w:t xml:space="preserve">rom </w:t>
      </w:r>
      <w:r w:rsidRPr="3469A254" w:rsidR="0593B437">
        <w:rPr>
          <w:rFonts w:ascii="Aptos" w:hAnsi="Aptos" w:eastAsia="Aptos" w:cs="Aptos"/>
          <w:noProof w:val="0"/>
          <w:sz w:val="28"/>
          <w:szCs w:val="28"/>
          <w:lang w:val="en-US"/>
        </w:rPr>
        <w:t>12 to 1:30</w:t>
      </w:r>
      <w:r w:rsidRPr="3469A254" w:rsidR="0593B437">
        <w:rPr>
          <w:rFonts w:ascii="Aptos" w:hAnsi="Aptos" w:eastAsia="Aptos" w:cs="Aptos"/>
          <w:b w:val="0"/>
          <w:bCs w:val="0"/>
          <w:i w:val="0"/>
          <w:iCs w:val="0"/>
          <w:caps w:val="0"/>
          <w:smallCaps w:val="0"/>
          <w:noProof w:val="0"/>
          <w:sz w:val="28"/>
          <w:szCs w:val="28"/>
          <w:lang w:val="en-US"/>
        </w:rPr>
        <w:t xml:space="preserve"> pm in Engleman B121</w:t>
      </w:r>
    </w:p>
    <w:p w:rsidR="0593B437" w:rsidP="3469A254" w:rsidRDefault="0593B437" w14:paraId="0983743F" w14:textId="677148C8">
      <w:pPr>
        <w:spacing w:before="240" w:beforeAutospacing="off" w:after="240" w:afterAutospacing="off" w:line="360" w:lineRule="auto"/>
      </w:pPr>
      <w:r w:rsidRPr="3469A254" w:rsidR="0593B437">
        <w:rPr>
          <w:rFonts w:ascii="Aptos" w:hAnsi="Aptos" w:eastAsia="Aptos" w:cs="Aptos"/>
          <w:b w:val="0"/>
          <w:bCs w:val="0"/>
          <w:i w:val="0"/>
          <w:iCs w:val="0"/>
          <w:caps w:val="0"/>
          <w:smallCaps w:val="0"/>
          <w:noProof w:val="0"/>
          <w:sz w:val="28"/>
          <w:szCs w:val="28"/>
          <w:lang w:val="en-US"/>
        </w:rPr>
        <w:t xml:space="preserve">Join us to raise awareness about fentanyl, learn about state and local substance use trends, and learn how to </w:t>
      </w:r>
      <w:r w:rsidRPr="3469A254" w:rsidR="0593B437">
        <w:rPr>
          <w:rFonts w:ascii="Aptos" w:hAnsi="Aptos" w:eastAsia="Aptos" w:cs="Aptos"/>
          <w:b w:val="1"/>
          <w:bCs w:val="1"/>
          <w:i w:val="0"/>
          <w:iCs w:val="0"/>
          <w:caps w:val="0"/>
          <w:smallCaps w:val="0"/>
          <w:noProof w:val="0"/>
          <w:sz w:val="28"/>
          <w:szCs w:val="28"/>
          <w:lang w:val="en-US"/>
        </w:rPr>
        <w:t>prevent, identify, and respond to an opioid overdose</w:t>
      </w:r>
      <w:r w:rsidRPr="3469A254" w:rsidR="0593B437">
        <w:rPr>
          <w:rFonts w:ascii="Aptos" w:hAnsi="Aptos" w:eastAsia="Aptos" w:cs="Aptos"/>
          <w:b w:val="0"/>
          <w:bCs w:val="0"/>
          <w:i w:val="0"/>
          <w:iCs w:val="0"/>
          <w:caps w:val="0"/>
          <w:smallCaps w:val="0"/>
          <w:noProof w:val="0"/>
          <w:sz w:val="28"/>
          <w:szCs w:val="28"/>
          <w:lang w:val="en-US"/>
        </w:rPr>
        <w:t>. Students will also learn how to access and administer naloxone.</w:t>
      </w:r>
    </w:p>
    <w:p w:rsidR="6728FEFF" w:rsidP="3469A254" w:rsidRDefault="6728FEFF" w14:paraId="71B34CF5" w14:textId="7AC032A1">
      <w:pPr>
        <w:spacing w:before="240" w:beforeAutospacing="off" w:after="240" w:afterAutospacing="off" w:line="360" w:lineRule="auto"/>
        <w:rPr>
          <w:rFonts w:ascii="Aptos" w:hAnsi="Aptos" w:eastAsia="Aptos" w:cs="Aptos"/>
          <w:b w:val="1"/>
          <w:bCs w:val="1"/>
          <w:i w:val="0"/>
          <w:iCs w:val="0"/>
          <w:caps w:val="1"/>
          <w:noProof w:val="0"/>
          <w:color w:val="0070C0"/>
          <w:sz w:val="28"/>
          <w:szCs w:val="28"/>
          <w:lang w:val="en-US"/>
        </w:rPr>
      </w:pPr>
      <w:r w:rsidRPr="3469A254" w:rsidR="6728FEFF">
        <w:rPr>
          <w:rFonts w:ascii="Aptos" w:hAnsi="Aptos" w:eastAsia="Aptos" w:cs="Aptos"/>
          <w:b w:val="1"/>
          <w:bCs w:val="1"/>
          <w:i w:val="0"/>
          <w:iCs w:val="0"/>
          <w:caps w:val="0"/>
          <w:smallCaps w:val="0"/>
          <w:noProof w:val="0"/>
          <w:color w:val="0070C0"/>
          <w:sz w:val="28"/>
          <w:szCs w:val="28"/>
          <w:lang w:val="en-US"/>
        </w:rPr>
        <w:t>PEACE Club Meeting</w:t>
      </w:r>
    </w:p>
    <w:p w:rsidR="6728FEFF" w:rsidP="3469A254" w:rsidRDefault="6728FEFF" w14:paraId="46E38B7F" w14:textId="7C666C0C">
      <w:pPr>
        <w:pStyle w:val="Normal"/>
        <w:spacing w:before="240" w:beforeAutospacing="off" w:after="240" w:afterAutospacing="off" w:line="360" w:lineRule="auto"/>
        <w:rPr>
          <w:rFonts w:ascii="Aptos" w:hAnsi="Aptos" w:eastAsia="Aptos" w:cs="Aptos"/>
          <w:b w:val="0"/>
          <w:bCs w:val="0"/>
          <w:i w:val="0"/>
          <w:iCs w:val="0"/>
          <w:caps w:val="1"/>
          <w:noProof w:val="0"/>
          <w:color w:val="auto"/>
          <w:sz w:val="28"/>
          <w:szCs w:val="28"/>
          <w:lang w:val="en-US"/>
        </w:rPr>
      </w:pPr>
      <w:r w:rsidRPr="3469A254" w:rsidR="6728FEFF">
        <w:rPr>
          <w:rFonts w:ascii="Aptos" w:hAnsi="Aptos" w:eastAsia="Aptos" w:cs="Aptos"/>
          <w:b w:val="0"/>
          <w:bCs w:val="0"/>
          <w:i w:val="0"/>
          <w:iCs w:val="0"/>
          <w:caps w:val="0"/>
          <w:smallCaps w:val="0"/>
          <w:noProof w:val="0"/>
          <w:color w:val="auto"/>
          <w:sz w:val="28"/>
          <w:szCs w:val="28"/>
          <w:lang w:val="en-US"/>
        </w:rPr>
        <w:t xml:space="preserve">Wednesday, March 26th </w:t>
      </w:r>
      <w:r w:rsidRPr="3469A254" w:rsidR="37809993">
        <w:rPr>
          <w:rFonts w:ascii="Aptos" w:hAnsi="Aptos" w:eastAsia="Aptos" w:cs="Aptos"/>
          <w:b w:val="0"/>
          <w:bCs w:val="0"/>
          <w:i w:val="0"/>
          <w:iCs w:val="0"/>
          <w:caps w:val="0"/>
          <w:smallCaps w:val="0"/>
          <w:noProof w:val="0"/>
          <w:color w:val="auto"/>
          <w:sz w:val="28"/>
          <w:szCs w:val="28"/>
          <w:lang w:val="en-US"/>
        </w:rPr>
        <w:t>a</w:t>
      </w:r>
      <w:r w:rsidRPr="3469A254" w:rsidR="6728FEFF">
        <w:rPr>
          <w:rFonts w:ascii="Aptos" w:hAnsi="Aptos" w:eastAsia="Aptos" w:cs="Aptos"/>
          <w:b w:val="0"/>
          <w:bCs w:val="0"/>
          <w:i w:val="0"/>
          <w:iCs w:val="0"/>
          <w:caps w:val="0"/>
          <w:smallCaps w:val="0"/>
          <w:noProof w:val="0"/>
          <w:color w:val="auto"/>
          <w:sz w:val="28"/>
          <w:szCs w:val="28"/>
          <w:lang w:val="en-US"/>
        </w:rPr>
        <w:t xml:space="preserve">t 2:30 pm </w:t>
      </w:r>
      <w:r w:rsidRPr="3469A254" w:rsidR="653764A1">
        <w:rPr>
          <w:rFonts w:ascii="Aptos" w:hAnsi="Aptos" w:eastAsia="Aptos" w:cs="Aptos"/>
          <w:b w:val="0"/>
          <w:bCs w:val="0"/>
          <w:i w:val="0"/>
          <w:iCs w:val="0"/>
          <w:caps w:val="0"/>
          <w:smallCaps w:val="0"/>
          <w:noProof w:val="0"/>
          <w:color w:val="auto"/>
          <w:sz w:val="28"/>
          <w:szCs w:val="28"/>
          <w:lang w:val="en-US"/>
        </w:rPr>
        <w:t>i</w:t>
      </w:r>
      <w:r w:rsidRPr="3469A254" w:rsidR="6728FEFF">
        <w:rPr>
          <w:rFonts w:ascii="Aptos" w:hAnsi="Aptos" w:eastAsia="Aptos" w:cs="Aptos"/>
          <w:b w:val="0"/>
          <w:bCs w:val="0"/>
          <w:i w:val="0"/>
          <w:iCs w:val="0"/>
          <w:caps w:val="0"/>
          <w:smallCaps w:val="0"/>
          <w:noProof w:val="0"/>
          <w:color w:val="auto"/>
          <w:sz w:val="28"/>
          <w:szCs w:val="28"/>
          <w:lang w:val="en-US"/>
        </w:rPr>
        <w:t xml:space="preserve">n Schwartz Hall </w:t>
      </w:r>
      <w:r w:rsidRPr="3469A254" w:rsidR="18526321">
        <w:rPr>
          <w:rFonts w:ascii="Aptos" w:hAnsi="Aptos" w:eastAsia="Aptos" w:cs="Aptos"/>
          <w:b w:val="0"/>
          <w:bCs w:val="0"/>
          <w:i w:val="0"/>
          <w:iCs w:val="0"/>
          <w:caps w:val="0"/>
          <w:smallCaps w:val="0"/>
          <w:noProof w:val="0"/>
          <w:color w:val="auto"/>
          <w:sz w:val="28"/>
          <w:szCs w:val="28"/>
          <w:lang w:val="en-US"/>
        </w:rPr>
        <w:t xml:space="preserve">room </w:t>
      </w:r>
      <w:r w:rsidRPr="3469A254" w:rsidR="00419B9F">
        <w:rPr>
          <w:rFonts w:ascii="Aptos" w:hAnsi="Aptos" w:eastAsia="Aptos" w:cs="Aptos"/>
          <w:noProof w:val="0"/>
          <w:color w:val="auto"/>
          <w:sz w:val="28"/>
          <w:szCs w:val="28"/>
          <w:lang w:val="en-US"/>
        </w:rPr>
        <w:t>100</w:t>
      </w:r>
      <w:r w:rsidRPr="3469A254" w:rsidR="6728FEFF">
        <w:rPr>
          <w:rFonts w:ascii="Aptos" w:hAnsi="Aptos" w:eastAsia="Aptos" w:cs="Aptos"/>
          <w:b w:val="0"/>
          <w:bCs w:val="0"/>
          <w:i w:val="0"/>
          <w:iCs w:val="0"/>
          <w:caps w:val="0"/>
          <w:smallCaps w:val="0"/>
          <w:noProof w:val="0"/>
          <w:color w:val="auto"/>
          <w:sz w:val="28"/>
          <w:szCs w:val="28"/>
          <w:lang w:val="en-US"/>
        </w:rPr>
        <w:t xml:space="preserve"> </w:t>
      </w:r>
    </w:p>
    <w:p w:rsidR="6728FEFF" w:rsidP="3469A254" w:rsidRDefault="6728FEFF" w14:paraId="4173E624" w14:textId="22860404">
      <w:pPr>
        <w:spacing w:before="240" w:beforeAutospacing="off" w:after="240" w:afterAutospacing="off" w:line="360" w:lineRule="auto"/>
      </w:pPr>
      <w:r w:rsidRPr="3469A254" w:rsidR="6728FEFF">
        <w:rPr>
          <w:rFonts w:ascii="Aptos" w:hAnsi="Aptos" w:eastAsia="Aptos" w:cs="Aptos"/>
          <w:b w:val="0"/>
          <w:bCs w:val="0"/>
          <w:i w:val="0"/>
          <w:iCs w:val="0"/>
          <w:caps w:val="0"/>
          <w:smallCaps w:val="0"/>
          <w:noProof w:val="0"/>
          <w:sz w:val="28"/>
          <w:szCs w:val="28"/>
          <w:lang w:val="en-US"/>
        </w:rPr>
        <w:t xml:space="preserve">This club supports students who have an </w:t>
      </w:r>
      <w:r w:rsidRPr="3469A254" w:rsidR="6728FEFF">
        <w:rPr>
          <w:rFonts w:ascii="Aptos" w:hAnsi="Aptos" w:eastAsia="Aptos" w:cs="Aptos"/>
          <w:b w:val="1"/>
          <w:bCs w:val="1"/>
          <w:i w:val="0"/>
          <w:iCs w:val="0"/>
          <w:caps w:val="0"/>
          <w:smallCaps w:val="0"/>
          <w:noProof w:val="0"/>
          <w:sz w:val="28"/>
          <w:szCs w:val="28"/>
          <w:lang w:val="en-US"/>
        </w:rPr>
        <w:t>interest in sexual misconduct prevention</w:t>
      </w:r>
      <w:r w:rsidRPr="3469A254" w:rsidR="6728FEFF">
        <w:rPr>
          <w:rFonts w:ascii="Aptos" w:hAnsi="Aptos" w:eastAsia="Aptos" w:cs="Aptos"/>
          <w:b w:val="0"/>
          <w:bCs w:val="0"/>
          <w:i w:val="0"/>
          <w:iCs w:val="0"/>
          <w:caps w:val="0"/>
          <w:smallCaps w:val="0"/>
          <w:noProof w:val="0"/>
          <w:sz w:val="28"/>
          <w:szCs w:val="28"/>
          <w:lang w:val="en-US"/>
        </w:rPr>
        <w:t xml:space="preserve"> and supports the entire campus by providing information on awareness and resources, with support from the Violence Prevention, Victim Advocacy, and Support Center (VPAS).</w:t>
      </w:r>
    </w:p>
    <w:p w:rsidR="6EC27793" w:rsidP="3469A254" w:rsidRDefault="6EC27793" w14:paraId="04FFB1B6" w14:textId="01C281D4">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3469A254" w:rsidR="6EC27793">
        <w:rPr>
          <w:rFonts w:ascii="Aptos" w:hAnsi="Aptos" w:eastAsia="Aptos" w:cs="Aptos"/>
          <w:b w:val="1"/>
          <w:bCs w:val="1"/>
          <w:i w:val="0"/>
          <w:iCs w:val="0"/>
          <w:caps w:val="0"/>
          <w:smallCaps w:val="0"/>
          <w:noProof w:val="0"/>
          <w:color w:val="0070C0"/>
          <w:sz w:val="28"/>
          <w:szCs w:val="28"/>
          <w:lang w:val="en-US"/>
        </w:rPr>
        <w:t>QPR Suicide Prevention Training</w:t>
      </w:r>
    </w:p>
    <w:p w:rsidR="6EC27793" w:rsidP="3469A254" w:rsidRDefault="6EC27793" w14:paraId="3BBBB7B8" w14:textId="05976C92">
      <w:pPr>
        <w:spacing w:before="240" w:beforeAutospacing="off" w:after="240" w:afterAutospacing="off" w:line="360" w:lineRule="auto"/>
      </w:pPr>
      <w:r w:rsidRPr="3469A254" w:rsidR="6EC27793">
        <w:rPr>
          <w:rFonts w:ascii="Aptos" w:hAnsi="Aptos" w:eastAsia="Aptos" w:cs="Aptos"/>
          <w:b w:val="1"/>
          <w:bCs w:val="1"/>
          <w:i w:val="0"/>
          <w:iCs w:val="0"/>
          <w:caps w:val="0"/>
          <w:smallCaps w:val="0"/>
          <w:noProof w:val="0"/>
          <w:sz w:val="28"/>
          <w:szCs w:val="28"/>
          <w:lang w:val="en-US"/>
        </w:rPr>
        <w:t xml:space="preserve">90 Minutes, in person | </w:t>
      </w:r>
      <w:r w:rsidRPr="3469A254" w:rsidR="6EC27793">
        <w:rPr>
          <w:rFonts w:ascii="Aptos" w:hAnsi="Aptos" w:eastAsia="Aptos" w:cs="Aptos"/>
          <w:b w:val="0"/>
          <w:bCs w:val="0"/>
          <w:i w:val="0"/>
          <w:iCs w:val="0"/>
          <w:caps w:val="0"/>
          <w:smallCaps w:val="0"/>
          <w:noProof w:val="0"/>
          <w:sz w:val="28"/>
          <w:szCs w:val="28"/>
          <w:lang w:val="en-US"/>
        </w:rPr>
        <w:t xml:space="preserve">All dates are posted on </w:t>
      </w:r>
      <w:r w:rsidRPr="3469A254" w:rsidR="6EC27793">
        <w:rPr>
          <w:rFonts w:ascii="Aptos" w:hAnsi="Aptos" w:eastAsia="Aptos" w:cs="Aptos"/>
          <w:b w:val="0"/>
          <w:bCs w:val="0"/>
          <w:i w:val="0"/>
          <w:iCs w:val="0"/>
          <w:caps w:val="0"/>
          <w:smallCaps w:val="0"/>
          <w:noProof w:val="0"/>
          <w:sz w:val="28"/>
          <w:szCs w:val="28"/>
          <w:lang w:val="en-US"/>
        </w:rPr>
        <w:t>OwlConnect</w:t>
      </w:r>
    </w:p>
    <w:p w:rsidR="6EC27793" w:rsidP="3469A254" w:rsidRDefault="6EC27793" w14:paraId="7B499750" w14:textId="68A71660">
      <w:pPr>
        <w:spacing w:before="240" w:beforeAutospacing="off" w:after="240" w:afterAutospacing="off" w:line="360" w:lineRule="auto"/>
      </w:pPr>
      <w:r w:rsidRPr="3469A254" w:rsidR="6EC27793">
        <w:rPr>
          <w:rFonts w:ascii="Aptos" w:hAnsi="Aptos" w:eastAsia="Aptos" w:cs="Aptos"/>
          <w:b w:val="0"/>
          <w:bCs w:val="0"/>
          <w:i w:val="0"/>
          <w:iCs w:val="0"/>
          <w:caps w:val="0"/>
          <w:smallCaps w:val="0"/>
          <w:noProof w:val="0"/>
          <w:sz w:val="28"/>
          <w:szCs w:val="28"/>
          <w:lang w:val="en-US"/>
        </w:rPr>
        <w:t xml:space="preserve">QPR's mission is to reduce suicidal behaviors and save lives through effective suicide prevention training. By </w:t>
      </w:r>
      <w:r w:rsidRPr="3469A254" w:rsidR="6EC27793">
        <w:rPr>
          <w:rFonts w:ascii="Aptos" w:hAnsi="Aptos" w:eastAsia="Aptos" w:cs="Aptos"/>
          <w:b w:val="1"/>
          <w:bCs w:val="1"/>
          <w:i w:val="0"/>
          <w:iCs w:val="0"/>
          <w:caps w:val="0"/>
          <w:smallCaps w:val="0"/>
          <w:noProof w:val="0"/>
          <w:sz w:val="28"/>
          <w:szCs w:val="28"/>
          <w:lang w:val="en-US"/>
        </w:rPr>
        <w:t>recognizing signs of crisis</w:t>
      </w:r>
      <w:r w:rsidRPr="3469A254" w:rsidR="6EC27793">
        <w:rPr>
          <w:rFonts w:ascii="Aptos" w:hAnsi="Aptos" w:eastAsia="Aptos" w:cs="Aptos"/>
          <w:b w:val="0"/>
          <w:bCs w:val="0"/>
          <w:i w:val="0"/>
          <w:iCs w:val="0"/>
          <w:caps w:val="0"/>
          <w:smallCaps w:val="0"/>
          <w:noProof w:val="0"/>
          <w:sz w:val="28"/>
          <w:szCs w:val="28"/>
          <w:lang w:val="en-US"/>
        </w:rPr>
        <w:t>, anyone can be empowered to make a positive difference in someone's life.</w:t>
      </w:r>
    </w:p>
    <w:p w:rsidR="648B5CB7" w:rsidP="385611CD" w:rsidRDefault="648B5CB7" w14:paraId="05037AA2" w14:textId="1782341A">
      <w:pPr>
        <w:pStyle w:val="Normal"/>
        <w:spacing w:line="360" w:lineRule="auto"/>
      </w:pPr>
      <w:r w:rsidRPr="385611CD" w:rsidR="648B5CB7">
        <w:rPr>
          <w:rFonts w:ascii="Aptos" w:hAnsi="Aptos"/>
          <w:b w:val="1"/>
          <w:bCs w:val="1"/>
          <w:color w:val="0070C0"/>
          <w:sz w:val="28"/>
          <w:szCs w:val="28"/>
        </w:rPr>
        <w:t>Mental Health First Aid Training</w:t>
      </w:r>
    </w:p>
    <w:p w:rsidR="648B5CB7" w:rsidP="385611CD" w:rsidRDefault="648B5CB7" w14:paraId="586E163A" w14:textId="4AA1A7AE">
      <w:pPr>
        <w:pStyle w:val="Normal"/>
        <w:spacing w:line="360" w:lineRule="auto"/>
      </w:pPr>
      <w:r w:rsidRPr="385611CD" w:rsidR="648B5CB7">
        <w:rPr>
          <w:rFonts w:ascii="Aptos" w:hAnsi="Aptos" w:eastAsia="Aptos" w:cs="Aptos"/>
          <w:b w:val="0"/>
          <w:bCs w:val="0"/>
          <w:i w:val="0"/>
          <w:iCs w:val="0"/>
          <w:noProof w:val="0"/>
          <w:sz w:val="28"/>
          <w:szCs w:val="28"/>
          <w:lang w:val="en-US"/>
        </w:rPr>
        <w:t xml:space="preserve">8 hours, in person | All dates are posted on </w:t>
      </w:r>
      <w:r w:rsidRPr="385611CD" w:rsidR="648B5CB7">
        <w:rPr>
          <w:rFonts w:ascii="Aptos" w:hAnsi="Aptos" w:eastAsia="Aptos" w:cs="Aptos"/>
          <w:noProof w:val="0"/>
          <w:sz w:val="28"/>
          <w:szCs w:val="28"/>
          <w:lang w:val="en-US"/>
        </w:rPr>
        <w:t>OwlConnect.</w:t>
      </w:r>
    </w:p>
    <w:p w:rsidR="648B5CB7" w:rsidP="385611CD" w:rsidRDefault="648B5CB7" w14:paraId="735C7E3A" w14:textId="63699F56">
      <w:pPr>
        <w:pStyle w:val="Normal"/>
        <w:spacing w:line="360" w:lineRule="auto"/>
      </w:pPr>
      <w:r w:rsidRPr="385611CD" w:rsidR="648B5CB7">
        <w:rPr>
          <w:rFonts w:ascii="Aptos" w:hAnsi="Aptos"/>
          <w:sz w:val="28"/>
          <w:szCs w:val="28"/>
        </w:rPr>
        <w:t xml:space="preserve">This nationally recognized certification teaches you how to </w:t>
      </w:r>
      <w:r w:rsidRPr="385611CD" w:rsidR="648B5CB7">
        <w:rPr>
          <w:rFonts w:ascii="Aptos" w:hAnsi="Aptos"/>
          <w:sz w:val="28"/>
          <w:szCs w:val="28"/>
        </w:rPr>
        <w:t>identify</w:t>
      </w:r>
      <w:r w:rsidRPr="385611CD" w:rsidR="648B5CB7">
        <w:rPr>
          <w:rFonts w:ascii="Aptos" w:hAnsi="Aptos"/>
          <w:sz w:val="28"/>
          <w:szCs w:val="28"/>
        </w:rPr>
        <w:t xml:space="preserve">, understand, and respond to signs of mental illness and substance use </w:t>
      </w:r>
      <w:r w:rsidRPr="385611CD" w:rsidR="648B5CB7">
        <w:rPr>
          <w:rFonts w:ascii="Aptos" w:hAnsi="Aptos" w:eastAsia="Aptos" w:cs="Aptos"/>
          <w:noProof w:val="0"/>
          <w:sz w:val="28"/>
          <w:szCs w:val="28"/>
          <w:lang w:val="en-US"/>
        </w:rPr>
        <w:t>disorders—equipping</w:t>
      </w:r>
      <w:r w:rsidRPr="385611CD" w:rsidR="648B5CB7">
        <w:rPr>
          <w:rFonts w:ascii="Aptos" w:hAnsi="Aptos"/>
          <w:sz w:val="28"/>
          <w:szCs w:val="28"/>
        </w:rPr>
        <w:t xml:space="preserve"> you with skills to offer initial help and support to someone in need or in crisis.</w:t>
      </w:r>
    </w:p>
    <w:p w:rsidR="648B5CB7" w:rsidP="3469A254" w:rsidRDefault="648B5CB7" w14:paraId="0308B833" w14:textId="721F41C8">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3469A254" w:rsidR="7FB42BEB">
        <w:rPr>
          <w:rFonts w:ascii="Aptos" w:hAnsi="Aptos" w:eastAsia="Aptos" w:cs="Aptos"/>
          <w:b w:val="1"/>
          <w:bCs w:val="1"/>
          <w:i w:val="0"/>
          <w:iCs w:val="0"/>
          <w:caps w:val="0"/>
          <w:smallCaps w:val="0"/>
          <w:noProof w:val="0"/>
          <w:color w:val="0070C0"/>
          <w:sz w:val="28"/>
          <w:szCs w:val="28"/>
          <w:lang w:val="en-US"/>
        </w:rPr>
        <w:t>Wellbeing Wednesdays (Tabling)</w:t>
      </w:r>
    </w:p>
    <w:p w:rsidR="648B5CB7" w:rsidP="3469A254" w:rsidRDefault="648B5CB7" w14:paraId="5B8F873E" w14:textId="3EF675CC">
      <w:pPr>
        <w:spacing w:before="240" w:beforeAutospacing="off" w:after="240" w:afterAutospacing="off" w:line="360" w:lineRule="auto"/>
      </w:pPr>
      <w:r w:rsidRPr="3469A254" w:rsidR="7FB42BEB">
        <w:rPr>
          <w:rFonts w:ascii="Aptos" w:hAnsi="Aptos" w:eastAsia="Aptos" w:cs="Aptos"/>
          <w:b w:val="0"/>
          <w:bCs w:val="0"/>
          <w:i w:val="0"/>
          <w:iCs w:val="0"/>
          <w:caps w:val="0"/>
          <w:smallCaps w:val="0"/>
          <w:noProof w:val="0"/>
          <w:sz w:val="28"/>
          <w:szCs w:val="28"/>
          <w:lang w:val="en-US"/>
        </w:rPr>
        <w:t xml:space="preserve">Every </w:t>
      </w:r>
      <w:r w:rsidRPr="3469A254" w:rsidR="7FB42BEB">
        <w:rPr>
          <w:rFonts w:ascii="Aptos" w:hAnsi="Aptos" w:eastAsia="Aptos" w:cs="Aptos"/>
          <w:b w:val="0"/>
          <w:bCs w:val="0"/>
          <w:i w:val="0"/>
          <w:iCs w:val="0"/>
          <w:caps w:val="0"/>
          <w:smallCaps w:val="0"/>
          <w:noProof w:val="0"/>
          <w:sz w:val="28"/>
          <w:szCs w:val="28"/>
          <w:lang w:val="en-US"/>
        </w:rPr>
        <w:t>Wednesday</w:t>
      </w:r>
      <w:r w:rsidRPr="3469A254" w:rsidR="7FB42BEB">
        <w:rPr>
          <w:rFonts w:ascii="Aptos" w:hAnsi="Aptos" w:eastAsia="Aptos" w:cs="Aptos"/>
          <w:b w:val="0"/>
          <w:bCs w:val="0"/>
          <w:i w:val="0"/>
          <w:iCs w:val="0"/>
          <w:caps w:val="0"/>
          <w:smallCaps w:val="0"/>
          <w:noProof w:val="0"/>
          <w:sz w:val="28"/>
          <w:szCs w:val="28"/>
          <w:lang w:val="en-US"/>
        </w:rPr>
        <w:t xml:space="preserve">, 11AM-1PM, </w:t>
      </w:r>
      <w:r w:rsidRPr="3469A254" w:rsidR="1B6F3149">
        <w:rPr>
          <w:rFonts w:ascii="Aptos" w:hAnsi="Aptos" w:eastAsia="Aptos" w:cs="Aptos"/>
          <w:b w:val="0"/>
          <w:bCs w:val="0"/>
          <w:i w:val="0"/>
          <w:iCs w:val="0"/>
          <w:caps w:val="0"/>
          <w:smallCaps w:val="0"/>
          <w:noProof w:val="0"/>
          <w:sz w:val="28"/>
          <w:szCs w:val="28"/>
          <w:lang w:val="en-US"/>
        </w:rPr>
        <w:t xml:space="preserve">in the </w:t>
      </w:r>
      <w:r w:rsidRPr="3469A254" w:rsidR="7FB42BEB">
        <w:rPr>
          <w:rFonts w:ascii="Aptos" w:hAnsi="Aptos" w:eastAsia="Aptos" w:cs="Aptos"/>
          <w:b w:val="0"/>
          <w:bCs w:val="0"/>
          <w:i w:val="0"/>
          <w:iCs w:val="0"/>
          <w:caps w:val="0"/>
          <w:smallCaps w:val="0"/>
          <w:noProof w:val="0"/>
          <w:sz w:val="28"/>
          <w:szCs w:val="28"/>
          <w:lang w:val="en-US"/>
        </w:rPr>
        <w:t>Engleman Rotunda</w:t>
      </w:r>
    </w:p>
    <w:p w:rsidR="648B5CB7" w:rsidP="3469A254" w:rsidRDefault="648B5CB7" w14:paraId="22CB90BE" w14:textId="09832232">
      <w:pPr>
        <w:spacing w:before="240" w:beforeAutospacing="off" w:after="240" w:afterAutospacing="off" w:line="360" w:lineRule="auto"/>
      </w:pPr>
      <w:r w:rsidRPr="3469A254" w:rsidR="7FB42BEB">
        <w:rPr>
          <w:rFonts w:ascii="Aptos" w:hAnsi="Aptos" w:eastAsia="Aptos" w:cs="Aptos"/>
          <w:b w:val="0"/>
          <w:bCs w:val="0"/>
          <w:i w:val="0"/>
          <w:iCs w:val="0"/>
          <w:caps w:val="0"/>
          <w:smallCaps w:val="0"/>
          <w:noProof w:val="0"/>
          <w:sz w:val="28"/>
          <w:szCs w:val="28"/>
          <w:lang w:val="en-US"/>
        </w:rPr>
        <w:t xml:space="preserve">Join the Wellbeing Center’s weekly table where we </w:t>
      </w:r>
      <w:r w:rsidRPr="3469A254" w:rsidR="7FB42BEB">
        <w:rPr>
          <w:rFonts w:ascii="Aptos" w:hAnsi="Aptos" w:eastAsia="Aptos" w:cs="Aptos"/>
          <w:b w:val="1"/>
          <w:bCs w:val="1"/>
          <w:i w:val="0"/>
          <w:iCs w:val="0"/>
          <w:caps w:val="0"/>
          <w:smallCaps w:val="0"/>
          <w:noProof w:val="0"/>
          <w:sz w:val="28"/>
          <w:szCs w:val="28"/>
          <w:lang w:val="en-US"/>
        </w:rPr>
        <w:t>share the resources</w:t>
      </w:r>
      <w:r w:rsidRPr="3469A254" w:rsidR="7FB42BEB">
        <w:rPr>
          <w:rFonts w:ascii="Aptos" w:hAnsi="Aptos" w:eastAsia="Aptos" w:cs="Aptos"/>
          <w:b w:val="0"/>
          <w:bCs w:val="0"/>
          <w:i w:val="0"/>
          <w:iCs w:val="0"/>
          <w:caps w:val="0"/>
          <w:smallCaps w:val="0"/>
          <w:noProof w:val="0"/>
          <w:sz w:val="28"/>
          <w:szCs w:val="28"/>
          <w:lang w:val="en-US"/>
        </w:rPr>
        <w:t xml:space="preserve"> our office has to offer.</w:t>
      </w:r>
      <w:r w:rsidRPr="3469A254" w:rsidR="7FB42BEB">
        <w:rPr>
          <w:rFonts w:ascii="Aptos" w:hAnsi="Aptos" w:eastAsia="Aptos" w:cs="Aptos"/>
          <w:b w:val="0"/>
          <w:bCs w:val="0"/>
          <w:i w:val="0"/>
          <w:iCs w:val="0"/>
          <w:caps w:val="0"/>
          <w:smallCaps w:val="0"/>
          <w:noProof w:val="0"/>
          <w:sz w:val="28"/>
          <w:szCs w:val="28"/>
          <w:lang w:val="en-US"/>
        </w:rPr>
        <w:t xml:space="preserve"> Interact with our Graduate Interns and grab some goodies for </w:t>
      </w:r>
      <w:r w:rsidRPr="3469A254" w:rsidR="7FB42BEB">
        <w:rPr>
          <w:rFonts w:ascii="Aptos" w:hAnsi="Aptos" w:eastAsia="Aptos" w:cs="Aptos"/>
          <w:b w:val="0"/>
          <w:bCs w:val="0"/>
          <w:i w:val="0"/>
          <w:iCs w:val="0"/>
          <w:caps w:val="0"/>
          <w:smallCaps w:val="0"/>
          <w:noProof w:val="0"/>
          <w:sz w:val="28"/>
          <w:szCs w:val="28"/>
          <w:lang w:val="en-US"/>
        </w:rPr>
        <w:t>self care</w:t>
      </w:r>
      <w:r w:rsidRPr="3469A254" w:rsidR="7FB42BEB">
        <w:rPr>
          <w:rFonts w:ascii="Aptos" w:hAnsi="Aptos" w:eastAsia="Aptos" w:cs="Aptos"/>
          <w:b w:val="0"/>
          <w:bCs w:val="0"/>
          <w:i w:val="0"/>
          <w:iCs w:val="0"/>
          <w:caps w:val="0"/>
          <w:smallCaps w:val="0"/>
          <w:noProof w:val="0"/>
          <w:sz w:val="28"/>
          <w:szCs w:val="28"/>
          <w:lang w:val="en-US"/>
        </w:rPr>
        <w:t>!</w:t>
      </w:r>
    </w:p>
    <w:p w:rsidR="1EAE69A4" w:rsidP="3469A254" w:rsidRDefault="1EAE69A4" w14:paraId="3ED0D512" w14:textId="593501AC">
      <w:pPr>
        <w:spacing w:before="240" w:beforeAutospacing="off" w:after="240" w:afterAutospacing="off" w:line="360" w:lineRule="auto"/>
      </w:pPr>
      <w:r w:rsidRPr="3469A254" w:rsidR="1EAE69A4">
        <w:rPr>
          <w:rFonts w:ascii="Aptos" w:hAnsi="Aptos" w:eastAsia="Aptos" w:cs="Aptos"/>
          <w:b w:val="1"/>
          <w:bCs w:val="1"/>
          <w:i w:val="0"/>
          <w:iCs w:val="0"/>
          <w:caps w:val="0"/>
          <w:smallCaps w:val="0"/>
          <w:noProof w:val="0"/>
          <w:color w:val="0070C0"/>
          <w:sz w:val="28"/>
          <w:szCs w:val="28"/>
          <w:lang w:val="en-US"/>
        </w:rPr>
        <w:t>Black Success Counseling Group</w:t>
      </w:r>
    </w:p>
    <w:p w:rsidR="1EAE69A4" w:rsidP="3469A254" w:rsidRDefault="1EAE69A4" w14:paraId="3742AEC8" w14:textId="0F8962D7">
      <w:pPr>
        <w:spacing w:before="240" w:beforeAutospacing="off" w:after="240" w:afterAutospacing="off" w:line="360" w:lineRule="auto"/>
      </w:pPr>
      <w:r w:rsidRPr="3469A254" w:rsidR="1EAE69A4">
        <w:rPr>
          <w:rFonts w:ascii="Aptos" w:hAnsi="Aptos" w:eastAsia="Aptos" w:cs="Aptos"/>
          <w:b w:val="0"/>
          <w:bCs w:val="0"/>
          <w:i w:val="0"/>
          <w:iCs w:val="0"/>
          <w:caps w:val="0"/>
          <w:smallCaps w:val="0"/>
          <w:noProof w:val="0"/>
          <w:sz w:val="28"/>
          <w:szCs w:val="28"/>
          <w:lang w:val="en-US"/>
        </w:rPr>
        <w:t>Counseling Services</w:t>
      </w:r>
    </w:p>
    <w:p w:rsidR="1EAE69A4" w:rsidP="3469A254" w:rsidRDefault="1EAE69A4" w14:paraId="0465C7D5" w14:textId="2141DCE1">
      <w:pPr>
        <w:spacing w:before="240" w:beforeAutospacing="off" w:after="240" w:afterAutospacing="off" w:line="360" w:lineRule="auto"/>
      </w:pPr>
      <w:r w:rsidRPr="3469A254" w:rsidR="1EAE69A4">
        <w:rPr>
          <w:rFonts w:ascii="Aptos" w:hAnsi="Aptos" w:eastAsia="Aptos" w:cs="Aptos"/>
          <w:b w:val="0"/>
          <w:bCs w:val="0"/>
          <w:i w:val="0"/>
          <w:iCs w:val="0"/>
          <w:caps w:val="0"/>
          <w:smallCaps w:val="0"/>
          <w:noProof w:val="0"/>
          <w:sz w:val="28"/>
          <w:szCs w:val="28"/>
          <w:lang w:val="en-US"/>
        </w:rPr>
        <w:t>Explore the unique barriers that exist for you as a Black college student and get support from your peers and the Coordinator of Multicultural Counseling!</w:t>
      </w:r>
    </w:p>
    <w:p w:rsidR="1EAE69A4" w:rsidP="3469A254" w:rsidRDefault="1EAE69A4" w14:paraId="21818062" w14:textId="68435A35">
      <w:pPr>
        <w:pStyle w:val="Normal"/>
        <w:spacing w:before="240" w:beforeAutospacing="off" w:after="240" w:afterAutospacing="off" w:line="360" w:lineRule="auto"/>
        <w:rPr>
          <w:rFonts w:ascii="Aptos" w:hAnsi="Aptos" w:eastAsia="Aptos" w:cs="Aptos"/>
          <w:b w:val="0"/>
          <w:bCs w:val="0"/>
          <w:sz w:val="28"/>
          <w:szCs w:val="28"/>
        </w:rPr>
      </w:pPr>
      <w:r w:rsidRPr="3469A254" w:rsidR="1EAE69A4">
        <w:rPr>
          <w:rFonts w:ascii="Aptos" w:hAnsi="Aptos" w:eastAsia="Aptos" w:cs="Aptos"/>
          <w:b w:val="0"/>
          <w:bCs w:val="0"/>
          <w:i w:val="0"/>
          <w:iCs w:val="0"/>
          <w:caps w:val="0"/>
          <w:smallCaps w:val="0"/>
          <w:noProof w:val="0"/>
          <w:sz w:val="28"/>
          <w:szCs w:val="28"/>
          <w:lang w:val="en-US"/>
        </w:rPr>
        <w:t xml:space="preserve">To join, contact </w:t>
      </w:r>
      <w:r w:rsidRPr="3469A254" w:rsidR="1EAE69A4">
        <w:rPr>
          <w:rFonts w:ascii="Aptos" w:hAnsi="Aptos" w:eastAsia="Aptos" w:cs="Aptos"/>
          <w:noProof w:val="0"/>
          <w:sz w:val="28"/>
          <w:szCs w:val="28"/>
          <w:lang w:val="en-US"/>
        </w:rPr>
        <w:t>Chrystal Long</w:t>
      </w:r>
      <w:r w:rsidRPr="3469A254" w:rsidR="1EAE69A4">
        <w:rPr>
          <w:rFonts w:ascii="Aptos" w:hAnsi="Aptos" w:eastAsia="Aptos" w:cs="Aptos"/>
          <w:b w:val="0"/>
          <w:bCs w:val="0"/>
          <w:i w:val="0"/>
          <w:iCs w:val="0"/>
          <w:caps w:val="0"/>
          <w:smallCaps w:val="0"/>
          <w:noProof w:val="0"/>
          <w:sz w:val="28"/>
          <w:szCs w:val="28"/>
          <w:lang w:val="en-US"/>
        </w:rPr>
        <w:t xml:space="preserve"> at </w:t>
      </w:r>
      <w:hyperlink r:id="R6a0873a889364273">
        <w:r w:rsidRPr="3469A254" w:rsidR="1EAE69A4">
          <w:rPr>
            <w:rStyle w:val="Hyperlink"/>
            <w:rFonts w:ascii="Aptos" w:hAnsi="Aptos" w:eastAsia="Aptos" w:cs="Aptos"/>
            <w:b w:val="0"/>
            <w:bCs w:val="0"/>
            <w:i w:val="0"/>
            <w:iCs w:val="0"/>
            <w:caps w:val="0"/>
            <w:smallCaps w:val="0"/>
            <w:noProof w:val="0"/>
            <w:sz w:val="28"/>
            <w:szCs w:val="28"/>
            <w:lang w:val="en-US"/>
          </w:rPr>
          <w:t>Longc3@southernct.edu</w:t>
        </w:r>
      </w:hyperlink>
    </w:p>
    <w:p w:rsidR="5079D232" w:rsidP="3469A254" w:rsidRDefault="5079D232" w14:paraId="2CB019D9" w14:textId="2BC4CF73">
      <w:pPr>
        <w:spacing w:before="240" w:beforeAutospacing="off" w:after="240" w:afterAutospacing="off" w:line="360" w:lineRule="auto"/>
        <w:rPr>
          <w:rFonts w:ascii="Aptos" w:hAnsi="Aptos" w:eastAsia="Aptos" w:cs="Aptos"/>
          <w:b w:val="1"/>
          <w:bCs w:val="1"/>
          <w:i w:val="0"/>
          <w:iCs w:val="0"/>
          <w:caps w:val="1"/>
          <w:noProof w:val="0"/>
          <w:color w:val="0070C0"/>
          <w:sz w:val="28"/>
          <w:szCs w:val="28"/>
          <w:lang w:val="en-US"/>
        </w:rPr>
      </w:pPr>
      <w:r w:rsidRPr="3469A254" w:rsidR="5079D232">
        <w:rPr>
          <w:rFonts w:ascii="Aptos" w:hAnsi="Aptos" w:eastAsia="Aptos" w:cs="Aptos"/>
          <w:b w:val="1"/>
          <w:bCs w:val="1"/>
          <w:i w:val="0"/>
          <w:iCs w:val="0"/>
          <w:caps w:val="0"/>
          <w:smallCaps w:val="0"/>
          <w:noProof w:val="0"/>
          <w:color w:val="0070C0"/>
          <w:sz w:val="28"/>
          <w:szCs w:val="28"/>
          <w:lang w:val="en-US"/>
        </w:rPr>
        <w:t>The Community (La Comunidad) Group</w:t>
      </w:r>
    </w:p>
    <w:p w:rsidR="5079D232" w:rsidP="3469A254" w:rsidRDefault="5079D232" w14:paraId="3362C08E" w14:textId="26E9E9A4">
      <w:pPr>
        <w:spacing w:before="240" w:beforeAutospacing="off" w:after="240" w:afterAutospacing="off" w:line="360" w:lineRule="auto"/>
      </w:pPr>
      <w:r w:rsidRPr="3469A254" w:rsidR="5079D232">
        <w:rPr>
          <w:rFonts w:ascii="Aptos" w:hAnsi="Aptos" w:eastAsia="Aptos" w:cs="Aptos"/>
          <w:b w:val="0"/>
          <w:bCs w:val="0"/>
          <w:i w:val="0"/>
          <w:iCs w:val="0"/>
          <w:caps w:val="0"/>
          <w:smallCaps w:val="0"/>
          <w:noProof w:val="0"/>
          <w:sz w:val="28"/>
          <w:szCs w:val="28"/>
          <w:lang w:val="en-US"/>
        </w:rPr>
        <w:t>Counseling Services</w:t>
      </w:r>
    </w:p>
    <w:p w:rsidR="5079D232" w:rsidP="3469A254" w:rsidRDefault="5079D232" w14:paraId="12D5A0A1" w14:textId="04B2A06E">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469A254" w:rsidR="5079D232">
        <w:rPr>
          <w:rFonts w:ascii="Aptos" w:hAnsi="Aptos" w:eastAsia="Aptos" w:cs="Aptos"/>
          <w:b w:val="0"/>
          <w:bCs w:val="0"/>
          <w:i w:val="0"/>
          <w:iCs w:val="0"/>
          <w:caps w:val="0"/>
          <w:smallCaps w:val="0"/>
          <w:noProof w:val="0"/>
          <w:sz w:val="28"/>
          <w:szCs w:val="28"/>
          <w:lang w:val="en-US"/>
        </w:rPr>
        <w:t>Join your peers and a Latiné/Hispanic counselor to build a safe community with union in culture, language and goals to be successful in college!</w:t>
      </w:r>
    </w:p>
    <w:p w:rsidR="5079D232" w:rsidP="3469A254" w:rsidRDefault="5079D232" w14:paraId="358440E8" w14:textId="4FC3F7DD">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469A254" w:rsidR="5079D232">
        <w:rPr>
          <w:rFonts w:ascii="Aptos" w:hAnsi="Aptos" w:eastAsia="Aptos" w:cs="Aptos"/>
          <w:b w:val="0"/>
          <w:bCs w:val="0"/>
          <w:i w:val="0"/>
          <w:iCs w:val="0"/>
          <w:caps w:val="0"/>
          <w:smallCaps w:val="0"/>
          <w:noProof w:val="0"/>
          <w:sz w:val="28"/>
          <w:szCs w:val="28"/>
          <w:lang w:val="en-US"/>
        </w:rPr>
        <w:t>To join, contact Stephanie Perez at perezs10@southernctedu</w:t>
      </w:r>
    </w:p>
    <w:p w:rsidR="5079D232" w:rsidP="3469A254" w:rsidRDefault="5079D232" w14:paraId="23E9378D" w14:textId="36835645">
      <w:pPr>
        <w:pStyle w:val="Normal"/>
        <w:spacing w:before="240" w:beforeAutospacing="off" w:after="240" w:afterAutospacing="off" w:line="360" w:lineRule="auto"/>
        <w:rPr>
          <w:rFonts w:ascii="Aptos" w:hAnsi="Aptos" w:eastAsia="Aptos" w:cs="Aptos"/>
          <w:b w:val="0"/>
          <w:bCs w:val="0"/>
          <w:i w:val="0"/>
          <w:iCs w:val="0"/>
          <w:caps w:val="1"/>
          <w:noProof w:val="0"/>
          <w:sz w:val="28"/>
          <w:szCs w:val="28"/>
          <w:lang w:val="en-US"/>
        </w:rPr>
      </w:pPr>
      <w:r w:rsidRPr="3469A254" w:rsidR="5079D232">
        <w:rPr>
          <w:rFonts w:ascii="Aptos" w:hAnsi="Aptos" w:eastAsia="Aptos" w:cs="Aptos"/>
          <w:b w:val="0"/>
          <w:bCs w:val="0"/>
          <w:i w:val="0"/>
          <w:iCs w:val="0"/>
          <w:caps w:val="0"/>
          <w:smallCaps w:val="0"/>
          <w:noProof w:val="0"/>
          <w:sz w:val="28"/>
          <w:szCs w:val="28"/>
          <w:lang w:val="en-US"/>
        </w:rPr>
        <w:t xml:space="preserve">Wednesdays starting on 2/12/25 from </w:t>
      </w:r>
      <w:r w:rsidRPr="3469A254" w:rsidR="5079D232">
        <w:rPr>
          <w:rFonts w:ascii="Aptos" w:hAnsi="Aptos" w:eastAsia="Aptos" w:cs="Aptos"/>
          <w:noProof w:val="0"/>
          <w:sz w:val="28"/>
          <w:szCs w:val="28"/>
          <w:lang w:val="en-US"/>
        </w:rPr>
        <w:t>1 to 2pm</w:t>
      </w:r>
      <w:r w:rsidRPr="3469A254" w:rsidR="5079D232">
        <w:rPr>
          <w:rFonts w:ascii="Aptos" w:hAnsi="Aptos" w:eastAsia="Aptos" w:cs="Aptos"/>
          <w:b w:val="0"/>
          <w:bCs w:val="0"/>
          <w:i w:val="0"/>
          <w:iCs w:val="0"/>
          <w:caps w:val="0"/>
          <w:smallCaps w:val="0"/>
          <w:noProof w:val="0"/>
          <w:sz w:val="28"/>
          <w:szCs w:val="28"/>
          <w:lang w:val="en-US"/>
        </w:rPr>
        <w:t xml:space="preserve"> in Engleman B-106</w:t>
      </w:r>
    </w:p>
    <w:p w:rsidR="06F24FCE" w:rsidP="3469A254" w:rsidRDefault="06F24FCE" w14:paraId="0E031210" w14:textId="65E59B87">
      <w:pPr>
        <w:spacing w:before="240" w:beforeAutospacing="off" w:after="240" w:afterAutospacing="off" w:line="360" w:lineRule="auto"/>
        <w:rPr>
          <w:rFonts w:ascii="Aptos" w:hAnsi="Aptos" w:eastAsia="Aptos" w:cs="Aptos"/>
          <w:b w:val="1"/>
          <w:bCs w:val="1"/>
          <w:i w:val="0"/>
          <w:iCs w:val="0"/>
          <w:caps w:val="1"/>
          <w:noProof w:val="0"/>
          <w:color w:val="0070C0"/>
          <w:sz w:val="28"/>
          <w:szCs w:val="28"/>
          <w:lang w:val="en-US"/>
        </w:rPr>
      </w:pPr>
      <w:r w:rsidRPr="3469A254" w:rsidR="06F24FCE">
        <w:rPr>
          <w:rFonts w:ascii="Aptos" w:hAnsi="Aptos" w:eastAsia="Aptos" w:cs="Aptos"/>
          <w:b w:val="1"/>
          <w:bCs w:val="1"/>
          <w:i w:val="0"/>
          <w:iCs w:val="0"/>
          <w:caps w:val="0"/>
          <w:smallCaps w:val="0"/>
          <w:noProof w:val="0"/>
          <w:color w:val="0070C0"/>
          <w:sz w:val="28"/>
          <w:szCs w:val="28"/>
          <w:lang w:val="en-US"/>
        </w:rPr>
        <w:t>Get Yourself Tested (G</w:t>
      </w:r>
      <w:r w:rsidRPr="3469A254" w:rsidR="03178E58">
        <w:rPr>
          <w:rFonts w:ascii="Aptos" w:hAnsi="Aptos" w:eastAsia="Aptos" w:cs="Aptos"/>
          <w:b w:val="1"/>
          <w:bCs w:val="1"/>
          <w:i w:val="0"/>
          <w:iCs w:val="0"/>
          <w:caps w:val="0"/>
          <w:smallCaps w:val="0"/>
          <w:noProof w:val="0"/>
          <w:color w:val="0070C0"/>
          <w:sz w:val="28"/>
          <w:szCs w:val="28"/>
          <w:lang w:val="en-US"/>
        </w:rPr>
        <w:t>YT</w:t>
      </w:r>
      <w:r w:rsidRPr="3469A254" w:rsidR="06F24FCE">
        <w:rPr>
          <w:rFonts w:ascii="Aptos" w:hAnsi="Aptos" w:eastAsia="Aptos" w:cs="Aptos"/>
          <w:b w:val="1"/>
          <w:bCs w:val="1"/>
          <w:i w:val="0"/>
          <w:iCs w:val="0"/>
          <w:caps w:val="0"/>
          <w:smallCaps w:val="0"/>
          <w:noProof w:val="0"/>
          <w:color w:val="0070C0"/>
          <w:sz w:val="28"/>
          <w:szCs w:val="28"/>
          <w:lang w:val="en-US"/>
        </w:rPr>
        <w:t>)</w:t>
      </w:r>
    </w:p>
    <w:p w:rsidR="06F24FCE" w:rsidP="3469A254" w:rsidRDefault="06F24FCE" w14:paraId="4FE941D3" w14:textId="38278DC3">
      <w:pPr>
        <w:spacing w:before="240" w:beforeAutospacing="off" w:after="240" w:afterAutospacing="off" w:line="360" w:lineRule="auto"/>
      </w:pPr>
      <w:r w:rsidRPr="3469A254" w:rsidR="06F24FCE">
        <w:rPr>
          <w:rFonts w:ascii="Aptos" w:hAnsi="Aptos" w:eastAsia="Aptos" w:cs="Aptos"/>
          <w:b w:val="0"/>
          <w:bCs w:val="0"/>
          <w:i w:val="0"/>
          <w:iCs w:val="0"/>
          <w:caps w:val="0"/>
          <w:smallCaps w:val="0"/>
          <w:noProof w:val="0"/>
          <w:sz w:val="28"/>
          <w:szCs w:val="28"/>
          <w:lang w:val="en-US"/>
        </w:rPr>
        <w:t xml:space="preserve">Located at SCSU Health Services </w:t>
      </w:r>
    </w:p>
    <w:p w:rsidR="06F24FCE" w:rsidP="3469A254" w:rsidRDefault="06F24FCE" w14:paraId="1087F056" w14:textId="552D03D5">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469A254" w:rsidR="06F24FCE">
        <w:rPr>
          <w:rFonts w:ascii="Aptos" w:hAnsi="Aptos" w:eastAsia="Aptos" w:cs="Aptos"/>
          <w:b w:val="0"/>
          <w:bCs w:val="0"/>
          <w:i w:val="0"/>
          <w:iCs w:val="0"/>
          <w:caps w:val="0"/>
          <w:smallCaps w:val="0"/>
          <w:noProof w:val="0"/>
          <w:sz w:val="28"/>
          <w:szCs w:val="28"/>
          <w:lang w:val="en-US"/>
        </w:rPr>
        <w:t xml:space="preserve">Come down to Student Health Services to get STD tested. Available to all students, appointments are recommended and can be made by scanning the QR code or by visiting </w:t>
      </w:r>
      <w:hyperlink r:id="Rbf746ac76d0f49ef">
        <w:r w:rsidRPr="3469A254" w:rsidR="06F24FCE">
          <w:rPr>
            <w:rStyle w:val="Hyperlink"/>
            <w:rFonts w:ascii="Aptos" w:hAnsi="Aptos" w:eastAsia="Aptos" w:cs="Aptos"/>
            <w:b w:val="0"/>
            <w:bCs w:val="0"/>
            <w:i w:val="0"/>
            <w:iCs w:val="0"/>
            <w:caps w:val="0"/>
            <w:smallCaps w:val="0"/>
            <w:noProof w:val="0"/>
            <w:sz w:val="28"/>
            <w:szCs w:val="28"/>
            <w:lang w:val="en-US"/>
          </w:rPr>
          <w:t>StudenthealthEHR.southernct.edu.</w:t>
        </w:r>
      </w:hyperlink>
      <w:r w:rsidRPr="3469A254" w:rsidR="06F24FCE">
        <w:rPr>
          <w:rFonts w:ascii="Aptos" w:hAnsi="Aptos" w:eastAsia="Aptos" w:cs="Aptos"/>
          <w:b w:val="0"/>
          <w:bCs w:val="0"/>
          <w:i w:val="0"/>
          <w:iCs w:val="0"/>
          <w:caps w:val="0"/>
          <w:smallCaps w:val="0"/>
          <w:noProof w:val="0"/>
          <w:sz w:val="28"/>
          <w:szCs w:val="28"/>
          <w:lang w:val="en-US"/>
        </w:rPr>
        <w:t xml:space="preserve"> </w:t>
      </w:r>
      <w:r w:rsidRPr="3469A254" w:rsidR="06F24FCE">
        <w:rPr>
          <w:rFonts w:ascii="Aptos" w:hAnsi="Aptos" w:eastAsia="Aptos" w:cs="Aptos"/>
          <w:b w:val="0"/>
          <w:bCs w:val="0"/>
          <w:i w:val="0"/>
          <w:iCs w:val="0"/>
          <w:caps w:val="0"/>
          <w:smallCaps w:val="0"/>
          <w:noProof w:val="0"/>
          <w:sz w:val="28"/>
          <w:szCs w:val="28"/>
          <w:lang w:val="en-US"/>
        </w:rPr>
        <w:t>Walk-ins are also available.</w:t>
      </w:r>
      <w:r w:rsidRPr="3469A254" w:rsidR="06F24FCE">
        <w:rPr>
          <w:rFonts w:ascii="Aptos" w:hAnsi="Aptos" w:eastAsia="Aptos" w:cs="Aptos"/>
          <w:b w:val="0"/>
          <w:bCs w:val="0"/>
          <w:i w:val="0"/>
          <w:iCs w:val="0"/>
          <w:caps w:val="0"/>
          <w:smallCaps w:val="0"/>
          <w:noProof w:val="0"/>
          <w:sz w:val="28"/>
          <w:szCs w:val="28"/>
          <w:lang w:val="en-US"/>
        </w:rPr>
        <w:t xml:space="preserve"> </w:t>
      </w:r>
    </w:p>
    <w:p w:rsidR="06F24FCE" w:rsidP="3469A254" w:rsidRDefault="06F24FCE" w14:paraId="27C4BC47" w14:textId="013920A0">
      <w:pPr>
        <w:pStyle w:val="Normal"/>
        <w:spacing w:before="240" w:beforeAutospacing="off" w:after="240" w:afterAutospacing="off" w:line="360" w:lineRule="auto"/>
      </w:pPr>
      <w:r w:rsidRPr="3469A254" w:rsidR="06F24FCE">
        <w:rPr>
          <w:rFonts w:ascii="Aptos" w:hAnsi="Aptos" w:eastAsia="Aptos" w:cs="Aptos"/>
          <w:b w:val="0"/>
          <w:bCs w:val="0"/>
          <w:i w:val="0"/>
          <w:iCs w:val="0"/>
          <w:caps w:val="0"/>
          <w:smallCaps w:val="0"/>
          <w:noProof w:val="0"/>
          <w:sz w:val="28"/>
          <w:szCs w:val="28"/>
          <w:lang w:val="en-US"/>
        </w:rPr>
        <w:t xml:space="preserve">Dates: 3/5, 3/26, 4/16, 5/5 from </w:t>
      </w:r>
      <w:r w:rsidRPr="3469A254" w:rsidR="06F24FCE">
        <w:rPr>
          <w:rFonts w:ascii="Aptos" w:hAnsi="Aptos" w:eastAsia="Aptos" w:cs="Aptos"/>
          <w:noProof w:val="0"/>
          <w:sz w:val="28"/>
          <w:szCs w:val="28"/>
          <w:lang w:val="en-US"/>
        </w:rPr>
        <w:t>10am to 2pm</w:t>
      </w:r>
    </w:p>
    <w:p w:rsidR="06F24FCE" w:rsidP="3469A254" w:rsidRDefault="06F24FCE" w14:paraId="1C7F9DB9" w14:textId="17C0A7CC">
      <w:pPr>
        <w:pStyle w:val="Normal"/>
        <w:spacing w:before="240" w:beforeAutospacing="off" w:after="240" w:afterAutospacing="off" w:line="360" w:lineRule="auto"/>
      </w:pPr>
      <w:r w:rsidRPr="3469A254" w:rsidR="06F24FCE">
        <w:rPr>
          <w:rFonts w:ascii="Aptos" w:hAnsi="Aptos" w:eastAsia="Aptos" w:cs="Aptos"/>
          <w:b w:val="0"/>
          <w:bCs w:val="0"/>
          <w:i w:val="0"/>
          <w:iCs w:val="0"/>
          <w:caps w:val="0"/>
          <w:smallCaps w:val="0"/>
          <w:noProof w:val="0"/>
          <w:sz w:val="28"/>
          <w:szCs w:val="28"/>
          <w:lang w:val="en-US"/>
        </w:rPr>
        <w:t xml:space="preserve">Mondays starting on 2/10/25 from 4:30pm </w:t>
      </w:r>
      <w:r w:rsidRPr="3469A254" w:rsidR="06F24FCE">
        <w:rPr>
          <w:rFonts w:ascii="Aptos" w:hAnsi="Aptos" w:eastAsia="Aptos" w:cs="Aptos"/>
          <w:noProof w:val="0"/>
          <w:sz w:val="28"/>
          <w:szCs w:val="28"/>
          <w:lang w:val="en-US"/>
        </w:rPr>
        <w:t>to 5:30pm OR</w:t>
      </w:r>
      <w:r w:rsidRPr="3469A254" w:rsidR="06F24FCE">
        <w:rPr>
          <w:rFonts w:ascii="Aptos" w:hAnsi="Aptos" w:eastAsia="Aptos" w:cs="Aptos"/>
          <w:b w:val="0"/>
          <w:bCs w:val="0"/>
          <w:i w:val="0"/>
          <w:iCs w:val="0"/>
          <w:caps w:val="0"/>
          <w:smallCaps w:val="0"/>
          <w:noProof w:val="0"/>
          <w:sz w:val="28"/>
          <w:szCs w:val="28"/>
          <w:lang w:val="en-US"/>
        </w:rPr>
        <w:t xml:space="preserve"> Wednesdays starting 2/5/25 from </w:t>
      </w:r>
      <w:r w:rsidRPr="3469A254" w:rsidR="06F24FCE">
        <w:rPr>
          <w:rFonts w:ascii="Aptos" w:hAnsi="Aptos" w:eastAsia="Aptos" w:cs="Aptos"/>
          <w:noProof w:val="0"/>
          <w:sz w:val="28"/>
          <w:szCs w:val="28"/>
          <w:lang w:val="en-US"/>
        </w:rPr>
        <w:t>12pm to 1pm</w:t>
      </w:r>
    </w:p>
    <w:p w:rsidR="6B59CC8C" w:rsidP="3469A254" w:rsidRDefault="6B59CC8C" w14:paraId="2DBC5EEB" w14:textId="1CC093A3">
      <w:pPr>
        <w:spacing w:before="240" w:beforeAutospacing="off" w:after="240" w:afterAutospacing="off" w:line="360" w:lineRule="auto"/>
      </w:pPr>
      <w:r w:rsidRPr="3469A254" w:rsidR="3C13D383">
        <w:rPr>
          <w:rFonts w:ascii="Aptos" w:hAnsi="Aptos" w:eastAsia="Aptos" w:cs="Aptos"/>
          <w:b w:val="1"/>
          <w:bCs w:val="1"/>
          <w:i w:val="0"/>
          <w:iCs w:val="0"/>
          <w:caps w:val="0"/>
          <w:smallCaps w:val="0"/>
          <w:noProof w:val="0"/>
          <w:color w:val="0070C0"/>
          <w:sz w:val="28"/>
          <w:szCs w:val="28"/>
          <w:lang w:val="en-US"/>
        </w:rPr>
        <w:t xml:space="preserve"> Quit Vaping/ Smoking </w:t>
      </w:r>
      <w:r w:rsidRPr="3469A254" w:rsidR="30FEC445">
        <w:rPr>
          <w:rFonts w:ascii="Aptos" w:hAnsi="Aptos" w:eastAsia="Aptos" w:cs="Aptos"/>
          <w:b w:val="1"/>
          <w:bCs w:val="1"/>
          <w:i w:val="0"/>
          <w:iCs w:val="0"/>
          <w:caps w:val="0"/>
          <w:smallCaps w:val="0"/>
          <w:noProof w:val="0"/>
          <w:color w:val="0070C0"/>
          <w:sz w:val="28"/>
          <w:szCs w:val="28"/>
          <w:lang w:val="en-US"/>
        </w:rPr>
        <w:t>Support – Freedom Fridays</w:t>
      </w:r>
    </w:p>
    <w:p w:rsidR="1CFEB98B" w:rsidP="3469A254" w:rsidRDefault="1CFEB98B" w14:paraId="3E57FF47" w14:textId="6D98E4ED">
      <w:pPr>
        <w:spacing w:before="240" w:beforeAutospacing="off" w:after="240" w:afterAutospacing="off" w:line="360" w:lineRule="auto"/>
      </w:pPr>
      <w:r w:rsidRPr="3469A254" w:rsidR="1CFEB98B">
        <w:rPr>
          <w:rFonts w:ascii="Aptos" w:hAnsi="Aptos" w:eastAsia="Aptos" w:cs="Aptos"/>
          <w:b w:val="0"/>
          <w:bCs w:val="0"/>
          <w:i w:val="0"/>
          <w:iCs w:val="0"/>
          <w:caps w:val="0"/>
          <w:smallCaps w:val="0"/>
          <w:noProof w:val="0"/>
          <w:sz w:val="28"/>
          <w:szCs w:val="28"/>
          <w:lang w:val="en-US"/>
        </w:rPr>
        <w:t>Dates: 2/7, 3/7, 4/4 and 5/2 from 10am-2pm</w:t>
      </w:r>
      <w:r w:rsidRPr="3469A254" w:rsidR="1CFEB98B">
        <w:rPr>
          <w:rFonts w:ascii="Aptos" w:hAnsi="Aptos" w:eastAsia="Aptos" w:cs="Aptos"/>
          <w:noProof w:val="0"/>
          <w:sz w:val="28"/>
          <w:szCs w:val="28"/>
          <w:lang w:val="en-US"/>
        </w:rPr>
        <w:t xml:space="preserve"> </w:t>
      </w:r>
    </w:p>
    <w:p w:rsidR="51DA1BEF" w:rsidP="3469A254" w:rsidRDefault="51DA1BEF" w14:paraId="19557BF6" w14:textId="41D114B9">
      <w:pPr>
        <w:spacing w:before="240" w:beforeAutospacing="off" w:after="240" w:afterAutospacing="off" w:line="360" w:lineRule="auto"/>
      </w:pPr>
      <w:r w:rsidRPr="3469A254" w:rsidR="51DA1BEF">
        <w:rPr>
          <w:rFonts w:ascii="Aptos" w:hAnsi="Aptos" w:eastAsia="Aptos" w:cs="Aptos"/>
          <w:b w:val="0"/>
          <w:bCs w:val="0"/>
          <w:i w:val="0"/>
          <w:iCs w:val="0"/>
          <w:caps w:val="0"/>
          <w:smallCaps w:val="0"/>
          <w:noProof w:val="0"/>
          <w:sz w:val="28"/>
          <w:szCs w:val="28"/>
          <w:lang w:val="en-US"/>
        </w:rPr>
        <w:t xml:space="preserve">Stop by Health Services on the first Friday of each month for FREE quit vaping/smoking cessation medication. </w:t>
      </w:r>
    </w:p>
    <w:p w:rsidR="51DA1BEF" w:rsidP="3469A254" w:rsidRDefault="51DA1BEF" w14:paraId="6CF03515" w14:textId="131C7057">
      <w:pPr>
        <w:spacing w:before="240" w:beforeAutospacing="off" w:after="240" w:afterAutospacing="off" w:line="360" w:lineRule="auto"/>
      </w:pPr>
      <w:r w:rsidRPr="3469A254" w:rsidR="51DA1BEF">
        <w:rPr>
          <w:rFonts w:ascii="Aptos" w:hAnsi="Aptos" w:eastAsia="Aptos" w:cs="Aptos"/>
          <w:b w:val="0"/>
          <w:bCs w:val="0"/>
          <w:i w:val="0"/>
          <w:iCs w:val="0"/>
          <w:caps w:val="0"/>
          <w:smallCaps w:val="0"/>
          <w:noProof w:val="0"/>
          <w:sz w:val="28"/>
          <w:szCs w:val="28"/>
          <w:lang w:val="en-US"/>
        </w:rPr>
        <w:t>Know someone who vapes or smokes? Visit our Quit Bar for gum, candy, and resources to help them quit.</w:t>
      </w:r>
    </w:p>
    <w:p w:rsidR="51DA1BEF" w:rsidP="3469A254" w:rsidRDefault="51DA1BEF" w14:paraId="4C94726A" w14:textId="5AFDD6A3">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469A254" w:rsidR="51DA1BEF">
        <w:rPr>
          <w:rFonts w:ascii="Aptos" w:hAnsi="Aptos" w:eastAsia="Aptos" w:cs="Aptos"/>
          <w:b w:val="0"/>
          <w:bCs w:val="0"/>
          <w:i w:val="0"/>
          <w:iCs w:val="0"/>
          <w:caps w:val="0"/>
          <w:smallCaps w:val="0"/>
          <w:noProof w:val="0"/>
          <w:sz w:val="28"/>
          <w:szCs w:val="28"/>
          <w:lang w:val="en-US"/>
        </w:rPr>
        <w:t xml:space="preserve">Students: email </w:t>
      </w:r>
      <w:hyperlink r:id="R9c42694e2e574b6b">
        <w:r w:rsidRPr="3469A254" w:rsidR="51DA1BEF">
          <w:rPr>
            <w:rStyle w:val="Hyperlink"/>
            <w:rFonts w:ascii="Aptos" w:hAnsi="Aptos" w:eastAsia="Aptos" w:cs="Aptos"/>
            <w:b w:val="0"/>
            <w:bCs w:val="0"/>
            <w:i w:val="0"/>
            <w:iCs w:val="0"/>
            <w:caps w:val="0"/>
            <w:smallCaps w:val="0"/>
            <w:noProof w:val="0"/>
            <w:sz w:val="28"/>
            <w:szCs w:val="28"/>
            <w:lang w:val="en-US"/>
          </w:rPr>
          <w:t>healthservices@southernct.edu</w:t>
        </w:r>
      </w:hyperlink>
      <w:r w:rsidRPr="3469A254" w:rsidR="51DA1BEF">
        <w:rPr>
          <w:rFonts w:ascii="Aptos" w:hAnsi="Aptos" w:eastAsia="Aptos" w:cs="Aptos"/>
          <w:b w:val="0"/>
          <w:bCs w:val="0"/>
          <w:i w:val="0"/>
          <w:iCs w:val="0"/>
          <w:caps w:val="0"/>
          <w:smallCaps w:val="0"/>
          <w:noProof w:val="0"/>
          <w:sz w:val="28"/>
          <w:szCs w:val="28"/>
          <w:lang w:val="en-US"/>
        </w:rPr>
        <w:t xml:space="preserve"> for more info.</w:t>
      </w:r>
    </w:p>
    <w:p w:rsidR="51DA1BEF" w:rsidP="3469A254" w:rsidRDefault="51DA1BEF" w14:paraId="20E57F08" w14:textId="3F56FE79">
      <w:p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469A254" w:rsidR="51DA1BEF">
        <w:rPr>
          <w:rFonts w:ascii="Aptos" w:hAnsi="Aptos" w:eastAsia="Aptos" w:cs="Aptos"/>
          <w:b w:val="0"/>
          <w:bCs w:val="0"/>
          <w:i w:val="0"/>
          <w:iCs w:val="0"/>
          <w:caps w:val="0"/>
          <w:smallCaps w:val="0"/>
          <w:noProof w:val="0"/>
          <w:sz w:val="28"/>
          <w:szCs w:val="28"/>
          <w:lang w:val="en-US"/>
        </w:rPr>
        <w:t>Staff: Contact Victoria Adams (</w:t>
      </w:r>
      <w:hyperlink r:id="Rd9c1f0b0f3e84e64">
        <w:r w:rsidRPr="3469A254" w:rsidR="51DA1BEF">
          <w:rPr>
            <w:rStyle w:val="Hyperlink"/>
            <w:rFonts w:ascii="Aptos" w:hAnsi="Aptos" w:eastAsia="Aptos" w:cs="Aptos"/>
            <w:b w:val="0"/>
            <w:bCs w:val="0"/>
            <w:i w:val="0"/>
            <w:iCs w:val="0"/>
            <w:caps w:val="0"/>
            <w:smallCaps w:val="0"/>
            <w:noProof w:val="0"/>
            <w:sz w:val="28"/>
            <w:szCs w:val="28"/>
            <w:lang w:val="en-US"/>
          </w:rPr>
          <w:t>adamsv2@southernct.edu</w:t>
        </w:r>
      </w:hyperlink>
      <w:r w:rsidRPr="3469A254" w:rsidR="51DA1BEF">
        <w:rPr>
          <w:rFonts w:ascii="Aptos" w:hAnsi="Aptos" w:eastAsia="Aptos" w:cs="Aptos"/>
          <w:b w:val="0"/>
          <w:bCs w:val="0"/>
          <w:i w:val="0"/>
          <w:iCs w:val="0"/>
          <w:caps w:val="0"/>
          <w:smallCaps w:val="0"/>
          <w:noProof w:val="0"/>
          <w:sz w:val="28"/>
          <w:szCs w:val="28"/>
          <w:lang w:val="en-US"/>
        </w:rPr>
        <w:t>) for free quit medications.</w:t>
      </w:r>
    </w:p>
    <w:p w:rsidR="51DA1BEF" w:rsidP="3469A254" w:rsidRDefault="51DA1BEF" w14:paraId="6AABC856" w14:textId="17BE2EEC">
      <w:pPr>
        <w:spacing w:before="240" w:beforeAutospacing="off" w:after="240" w:afterAutospacing="off" w:line="360" w:lineRule="auto"/>
        <w:rPr>
          <w:rFonts w:ascii="Aptos" w:hAnsi="Aptos" w:eastAsia="Aptos" w:cs="Aptos"/>
          <w:b w:val="1"/>
          <w:bCs w:val="1"/>
          <w:i w:val="0"/>
          <w:iCs w:val="0"/>
          <w:caps w:val="0"/>
          <w:smallCaps w:val="0"/>
          <w:noProof w:val="0"/>
          <w:color w:val="0070C0"/>
          <w:sz w:val="28"/>
          <w:szCs w:val="28"/>
          <w:lang w:val="en-US"/>
        </w:rPr>
      </w:pPr>
      <w:r w:rsidRPr="3469A254" w:rsidR="51DA1BEF">
        <w:rPr>
          <w:rFonts w:ascii="Aptos" w:hAnsi="Aptos" w:eastAsia="Aptos" w:cs="Aptos"/>
          <w:b w:val="1"/>
          <w:bCs w:val="1"/>
          <w:i w:val="0"/>
          <w:iCs w:val="0"/>
          <w:caps w:val="0"/>
          <w:smallCaps w:val="0"/>
          <w:noProof w:val="0"/>
          <w:color w:val="0070C0"/>
          <w:sz w:val="28"/>
          <w:szCs w:val="28"/>
          <w:lang w:val="en-US"/>
        </w:rPr>
        <w:t>Mindful Meditation Series</w:t>
      </w:r>
    </w:p>
    <w:p w:rsidR="51DA1BEF" w:rsidP="3469A254" w:rsidRDefault="51DA1BEF" w14:paraId="403364BD" w14:textId="0B86EC41">
      <w:pPr>
        <w:spacing w:before="240" w:beforeAutospacing="off" w:after="240" w:afterAutospacing="off" w:line="360" w:lineRule="auto"/>
      </w:pPr>
      <w:r w:rsidRPr="3469A254" w:rsidR="51DA1BEF">
        <w:rPr>
          <w:rFonts w:ascii="Aptos" w:hAnsi="Aptos" w:eastAsia="Aptos" w:cs="Aptos"/>
          <w:b w:val="0"/>
          <w:bCs w:val="0"/>
          <w:i w:val="0"/>
          <w:iCs w:val="0"/>
          <w:caps w:val="0"/>
          <w:smallCaps w:val="0"/>
          <w:noProof w:val="0"/>
          <w:sz w:val="28"/>
          <w:szCs w:val="28"/>
          <w:lang w:val="en-US"/>
        </w:rPr>
        <w:t xml:space="preserve">All dates are posted on </w:t>
      </w:r>
      <w:r w:rsidRPr="3469A254" w:rsidR="51DA1BEF">
        <w:rPr>
          <w:rFonts w:ascii="Aptos" w:hAnsi="Aptos" w:eastAsia="Aptos" w:cs="Aptos"/>
          <w:b w:val="0"/>
          <w:bCs w:val="0"/>
          <w:i w:val="0"/>
          <w:iCs w:val="0"/>
          <w:caps w:val="0"/>
          <w:smallCaps w:val="0"/>
          <w:noProof w:val="0"/>
          <w:sz w:val="28"/>
          <w:szCs w:val="28"/>
          <w:lang w:val="en-US"/>
        </w:rPr>
        <w:t>OwlConnect</w:t>
      </w:r>
      <w:r w:rsidRPr="3469A254" w:rsidR="388BCD9F">
        <w:rPr>
          <w:rFonts w:ascii="Aptos" w:hAnsi="Aptos" w:eastAsia="Aptos" w:cs="Aptos"/>
          <w:b w:val="0"/>
          <w:bCs w:val="0"/>
          <w:i w:val="0"/>
          <w:iCs w:val="0"/>
          <w:caps w:val="0"/>
          <w:smallCaps w:val="0"/>
          <w:noProof w:val="0"/>
          <w:sz w:val="28"/>
          <w:szCs w:val="28"/>
          <w:lang w:val="en-US"/>
        </w:rPr>
        <w:t xml:space="preserve">, </w:t>
      </w:r>
      <w:r w:rsidRPr="3469A254" w:rsidR="388BCD9F">
        <w:rPr>
          <w:rFonts w:ascii="Aptos" w:hAnsi="Aptos" w:eastAsia="Aptos" w:cs="Aptos"/>
          <w:b w:val="0"/>
          <w:bCs w:val="0"/>
          <w:i w:val="0"/>
          <w:iCs w:val="0"/>
          <w:caps w:val="0"/>
          <w:smallCaps w:val="0"/>
          <w:noProof w:val="0"/>
          <w:sz w:val="28"/>
          <w:szCs w:val="28"/>
          <w:lang w:val="en-US"/>
        </w:rPr>
        <w:t>located</w:t>
      </w:r>
      <w:r w:rsidRPr="3469A254" w:rsidR="388BCD9F">
        <w:rPr>
          <w:rFonts w:ascii="Aptos" w:hAnsi="Aptos" w:eastAsia="Aptos" w:cs="Aptos"/>
          <w:b w:val="0"/>
          <w:bCs w:val="0"/>
          <w:i w:val="0"/>
          <w:iCs w:val="0"/>
          <w:caps w:val="0"/>
          <w:smallCaps w:val="0"/>
          <w:noProof w:val="0"/>
          <w:sz w:val="28"/>
          <w:szCs w:val="28"/>
          <w:lang w:val="en-US"/>
        </w:rPr>
        <w:t xml:space="preserve"> in ASC 204 – The Fitness Center</w:t>
      </w:r>
    </w:p>
    <w:p w:rsidR="51DA1BEF" w:rsidP="3469A254" w:rsidRDefault="51DA1BEF" w14:paraId="1EF305B2" w14:textId="1B0C97A2">
      <w:pPr>
        <w:spacing w:before="240" w:beforeAutospacing="off" w:after="240" w:afterAutospacing="off" w:line="360" w:lineRule="auto"/>
      </w:pPr>
      <w:r w:rsidRPr="3469A254" w:rsidR="51DA1BEF">
        <w:rPr>
          <w:rFonts w:ascii="Aptos" w:hAnsi="Aptos" w:eastAsia="Aptos" w:cs="Aptos"/>
          <w:b w:val="0"/>
          <w:bCs w:val="0"/>
          <w:i w:val="0"/>
          <w:iCs w:val="0"/>
          <w:caps w:val="0"/>
          <w:smallCaps w:val="0"/>
          <w:noProof w:val="0"/>
          <w:sz w:val="28"/>
          <w:szCs w:val="28"/>
          <w:lang w:val="en-US"/>
        </w:rPr>
        <w:t>Join APRN Nurse Linda from Health Services, for her mindfulness meditation series and take an hour to decompress and reconnect Embrace the power of stillness and find your calm</w:t>
      </w:r>
    </w:p>
    <w:p w:rsidR="129BCD56" w:rsidP="3469A254" w:rsidRDefault="129BCD56" w14:paraId="0B8CFDDC" w14:textId="00CCD301">
      <w:pPr>
        <w:pStyle w:val="Heading2"/>
        <w:spacing w:before="240" w:beforeAutospacing="off" w:after="240" w:afterAutospacing="off" w:line="360" w:lineRule="auto"/>
      </w:pPr>
      <w:r w:rsidRPr="3469A254" w:rsidR="129BCD56">
        <w:rPr>
          <w:rFonts w:ascii="Aptos" w:hAnsi="Aptos" w:eastAsia="Aptos" w:cs="Aptos"/>
          <w:color w:val="0070C0"/>
          <w:sz w:val="32"/>
          <w:szCs w:val="32"/>
        </w:rPr>
        <w:t xml:space="preserve"> </w:t>
      </w:r>
      <w:r w:rsidRPr="3469A254" w:rsidR="129BCD56">
        <w:rPr>
          <w:rFonts w:ascii="Aptos" w:hAnsi="Aptos" w:eastAsia="Aptos" w:cs="Aptos"/>
          <w:b w:val="1"/>
          <w:bCs w:val="1"/>
          <w:i w:val="0"/>
          <w:iCs w:val="0"/>
          <w:caps w:val="0"/>
          <w:smallCaps w:val="0"/>
          <w:noProof w:val="0"/>
          <w:color w:val="0070C0"/>
          <w:sz w:val="32"/>
          <w:szCs w:val="32"/>
          <w:lang w:val="en-US"/>
        </w:rPr>
        <w:t xml:space="preserve">Ways To Honor </w:t>
      </w:r>
      <w:r w:rsidRPr="3469A254" w:rsidR="4E38B218">
        <w:rPr>
          <w:rFonts w:ascii="Aptos" w:hAnsi="Aptos" w:eastAsia="Aptos" w:cs="Aptos"/>
          <w:b w:val="1"/>
          <w:bCs w:val="1"/>
          <w:i w:val="0"/>
          <w:iCs w:val="0"/>
          <w:caps w:val="0"/>
          <w:smallCaps w:val="0"/>
          <w:noProof w:val="0"/>
          <w:color w:val="0070C0"/>
          <w:sz w:val="32"/>
          <w:szCs w:val="32"/>
          <w:lang w:val="en-US"/>
        </w:rPr>
        <w:t>a</w:t>
      </w:r>
      <w:r w:rsidRPr="3469A254" w:rsidR="129BCD56">
        <w:rPr>
          <w:rFonts w:ascii="Aptos" w:hAnsi="Aptos" w:eastAsia="Aptos" w:cs="Aptos"/>
          <w:b w:val="1"/>
          <w:bCs w:val="1"/>
          <w:i w:val="0"/>
          <w:iCs w:val="0"/>
          <w:caps w:val="0"/>
          <w:smallCaps w:val="0"/>
          <w:noProof w:val="0"/>
          <w:color w:val="0070C0"/>
          <w:sz w:val="32"/>
          <w:szCs w:val="32"/>
          <w:lang w:val="en-US"/>
        </w:rPr>
        <w:t xml:space="preserve">nd Show Gratitude </w:t>
      </w:r>
      <w:r w:rsidRPr="3469A254" w:rsidR="1ECFDF86">
        <w:rPr>
          <w:rFonts w:ascii="Aptos" w:hAnsi="Aptos" w:eastAsia="Aptos" w:cs="Aptos"/>
          <w:b w:val="1"/>
          <w:bCs w:val="1"/>
          <w:i w:val="0"/>
          <w:iCs w:val="0"/>
          <w:caps w:val="0"/>
          <w:smallCaps w:val="0"/>
          <w:noProof w:val="0"/>
          <w:color w:val="0070C0"/>
          <w:sz w:val="32"/>
          <w:szCs w:val="32"/>
          <w:lang w:val="en-US"/>
        </w:rPr>
        <w:t>to</w:t>
      </w:r>
      <w:r w:rsidRPr="3469A254" w:rsidR="129BCD56">
        <w:rPr>
          <w:rFonts w:ascii="Aptos" w:hAnsi="Aptos" w:eastAsia="Aptos" w:cs="Aptos"/>
          <w:b w:val="1"/>
          <w:bCs w:val="1"/>
          <w:i w:val="0"/>
          <w:iCs w:val="0"/>
          <w:caps w:val="0"/>
          <w:smallCaps w:val="0"/>
          <w:noProof w:val="0"/>
          <w:color w:val="0070C0"/>
          <w:sz w:val="32"/>
          <w:szCs w:val="32"/>
          <w:lang w:val="en-US"/>
        </w:rPr>
        <w:t xml:space="preserve"> Women</w:t>
      </w:r>
    </w:p>
    <w:p w:rsidR="1BDF358C" w:rsidP="3469A254" w:rsidRDefault="1BDF358C" w14:paraId="6ED0AB25" w14:textId="4EF1A932">
      <w:pPr>
        <w:pStyle w:val="Heading2"/>
        <w:spacing w:before="240" w:beforeAutospacing="off" w:after="240" w:afterAutospacing="off" w:line="360" w:lineRule="auto"/>
      </w:pPr>
      <w:r w:rsidRPr="3469A254" w:rsidR="1BDF358C">
        <w:rPr>
          <w:rFonts w:ascii="Aptos" w:hAnsi="Aptos" w:eastAsia="Aptos" w:cs="Aptos"/>
          <w:b w:val="0"/>
          <w:bCs w:val="0"/>
          <w:i w:val="0"/>
          <w:iCs w:val="0"/>
          <w:caps w:val="0"/>
          <w:smallCaps w:val="0"/>
          <w:noProof w:val="0"/>
          <w:color w:val="0070C0"/>
          <w:sz w:val="28"/>
          <w:szCs w:val="28"/>
          <w:lang w:val="en-US"/>
        </w:rPr>
        <w:t>Write a Personalized Letter or Note</w:t>
      </w:r>
      <w:r w:rsidRPr="3469A254" w:rsidR="06D29BC1">
        <w:rPr>
          <w:rFonts w:ascii="Aptos" w:hAnsi="Aptos" w:eastAsia="Aptos" w:cs="Aptos"/>
          <w:b w:val="0"/>
          <w:bCs w:val="0"/>
          <w:i w:val="0"/>
          <w:iCs w:val="0"/>
          <w:caps w:val="0"/>
          <w:smallCaps w:val="0"/>
          <w:noProof w:val="0"/>
          <w:color w:val="0070C0"/>
          <w:sz w:val="28"/>
          <w:szCs w:val="28"/>
          <w:lang w:val="en-US"/>
        </w:rPr>
        <w:t>:</w:t>
      </w:r>
      <w:r w:rsidRPr="3469A254" w:rsidR="1BDF358C">
        <w:rPr>
          <w:rFonts w:ascii="Aptos" w:hAnsi="Aptos" w:eastAsia="Aptos" w:cs="Aptos"/>
          <w:b w:val="0"/>
          <w:bCs w:val="0"/>
          <w:i w:val="0"/>
          <w:iCs w:val="0"/>
          <w:caps w:val="0"/>
          <w:smallCaps w:val="0"/>
          <w:noProof w:val="0"/>
          <w:color w:val="auto"/>
          <w:sz w:val="28"/>
          <w:szCs w:val="28"/>
          <w:lang w:val="en-US"/>
        </w:rPr>
        <w:t xml:space="preserve"> </w:t>
      </w:r>
      <w:r w:rsidRPr="3469A254" w:rsidR="1BDF358C">
        <w:rPr>
          <w:rFonts w:ascii="Aptos" w:hAnsi="Aptos" w:eastAsia="Aptos" w:cs="Aptos"/>
          <w:b w:val="0"/>
          <w:bCs w:val="0"/>
          <w:i w:val="0"/>
          <w:iCs w:val="0"/>
          <w:caps w:val="0"/>
          <w:smallCaps w:val="0"/>
          <w:noProof w:val="0"/>
          <w:color w:val="auto"/>
          <w:sz w:val="28"/>
          <w:szCs w:val="28"/>
          <w:lang w:val="en-US"/>
        </w:rPr>
        <w:t>A heartfelt message expressing appreciation for their impact and strength.</w:t>
      </w:r>
    </w:p>
    <w:p w:rsidR="1BDF358C" w:rsidP="3469A254" w:rsidRDefault="1BDF358C" w14:paraId="50DC9EEE" w14:textId="3D4754F6">
      <w:pPr>
        <w:spacing w:before="240" w:beforeAutospacing="off" w:after="240" w:afterAutospacing="off" w:line="360" w:lineRule="auto"/>
      </w:pPr>
      <w:r w:rsidRPr="3469A254" w:rsidR="1BDF358C">
        <w:rPr>
          <w:rFonts w:ascii="Aptos" w:hAnsi="Aptos" w:eastAsia="Aptos" w:cs="Aptos"/>
          <w:b w:val="0"/>
          <w:bCs w:val="0"/>
          <w:i w:val="0"/>
          <w:iCs w:val="0"/>
          <w:caps w:val="0"/>
          <w:smallCaps w:val="0"/>
          <w:noProof w:val="0"/>
          <w:color w:val="0070C0"/>
          <w:sz w:val="28"/>
          <w:szCs w:val="28"/>
          <w:lang w:val="en-US"/>
        </w:rPr>
        <w:t>Give the Gift of Time</w:t>
      </w:r>
      <w:r w:rsidRPr="3469A254" w:rsidR="2AB7BFD6">
        <w:rPr>
          <w:rFonts w:ascii="Aptos" w:hAnsi="Aptos" w:eastAsia="Aptos" w:cs="Aptos"/>
          <w:b w:val="0"/>
          <w:bCs w:val="0"/>
          <w:i w:val="0"/>
          <w:iCs w:val="0"/>
          <w:caps w:val="0"/>
          <w:smallCaps w:val="0"/>
          <w:noProof w:val="0"/>
          <w:color w:val="0070C0"/>
          <w:sz w:val="28"/>
          <w:szCs w:val="28"/>
          <w:lang w:val="en-US"/>
        </w:rPr>
        <w:t xml:space="preserve">: </w:t>
      </w:r>
      <w:r w:rsidRPr="3469A254" w:rsidR="1BDF358C">
        <w:rPr>
          <w:rFonts w:ascii="Aptos" w:hAnsi="Aptos" w:eastAsia="Aptos" w:cs="Aptos"/>
          <w:b w:val="0"/>
          <w:bCs w:val="0"/>
          <w:i w:val="0"/>
          <w:iCs w:val="0"/>
          <w:caps w:val="0"/>
          <w:smallCaps w:val="0"/>
          <w:noProof w:val="0"/>
          <w:sz w:val="28"/>
          <w:szCs w:val="28"/>
          <w:lang w:val="en-US"/>
        </w:rPr>
        <w:t xml:space="preserve">Spend quality time together, whether </w:t>
      </w:r>
      <w:r w:rsidRPr="3469A254" w:rsidR="1BDF358C">
        <w:rPr>
          <w:rFonts w:ascii="Aptos" w:hAnsi="Aptos" w:eastAsia="Aptos" w:cs="Aptos"/>
          <w:b w:val="0"/>
          <w:bCs w:val="0"/>
          <w:i w:val="0"/>
          <w:iCs w:val="0"/>
          <w:caps w:val="0"/>
          <w:smallCaps w:val="0"/>
          <w:noProof w:val="0"/>
          <w:sz w:val="28"/>
          <w:szCs w:val="28"/>
          <w:lang w:val="en-US"/>
        </w:rPr>
        <w:t>it’s</w:t>
      </w:r>
      <w:r w:rsidRPr="3469A254" w:rsidR="1BDF358C">
        <w:rPr>
          <w:rFonts w:ascii="Aptos" w:hAnsi="Aptos" w:eastAsia="Aptos" w:cs="Aptos"/>
          <w:b w:val="0"/>
          <w:bCs w:val="0"/>
          <w:i w:val="0"/>
          <w:iCs w:val="0"/>
          <w:caps w:val="0"/>
          <w:smallCaps w:val="0"/>
          <w:noProof w:val="0"/>
          <w:sz w:val="28"/>
          <w:szCs w:val="28"/>
          <w:lang w:val="en-US"/>
        </w:rPr>
        <w:t xml:space="preserve"> a coffee date, a call, or a shared experience.</w:t>
      </w:r>
    </w:p>
    <w:p w:rsidR="1BDF358C" w:rsidP="3469A254" w:rsidRDefault="1BDF358C" w14:paraId="032A31A0" w14:textId="47FB0B41">
      <w:pPr>
        <w:spacing w:before="240" w:beforeAutospacing="off" w:after="240" w:afterAutospacing="off" w:line="360" w:lineRule="auto"/>
      </w:pPr>
      <w:r w:rsidRPr="3469A254" w:rsidR="1BDF358C">
        <w:rPr>
          <w:rFonts w:ascii="Aptos" w:hAnsi="Aptos" w:eastAsia="Aptos" w:cs="Aptos"/>
          <w:b w:val="0"/>
          <w:bCs w:val="0"/>
          <w:i w:val="0"/>
          <w:iCs w:val="0"/>
          <w:caps w:val="0"/>
          <w:smallCaps w:val="0"/>
          <w:noProof w:val="0"/>
          <w:color w:val="0070C0"/>
          <w:sz w:val="28"/>
          <w:szCs w:val="28"/>
          <w:lang w:val="en-US"/>
        </w:rPr>
        <w:t>Celebrate Their Strengths</w:t>
      </w:r>
      <w:r w:rsidRPr="3469A254" w:rsidR="55FA416D">
        <w:rPr>
          <w:rFonts w:ascii="Aptos" w:hAnsi="Aptos" w:eastAsia="Aptos" w:cs="Aptos"/>
          <w:b w:val="0"/>
          <w:bCs w:val="0"/>
          <w:i w:val="0"/>
          <w:iCs w:val="0"/>
          <w:caps w:val="0"/>
          <w:smallCaps w:val="0"/>
          <w:noProof w:val="0"/>
          <w:color w:val="0070C0"/>
          <w:sz w:val="28"/>
          <w:szCs w:val="28"/>
          <w:lang w:val="en-US"/>
        </w:rPr>
        <w:t xml:space="preserve">: </w:t>
      </w:r>
      <w:r w:rsidRPr="3469A254" w:rsidR="1BDF358C">
        <w:rPr>
          <w:rFonts w:ascii="Aptos" w:hAnsi="Aptos" w:eastAsia="Aptos" w:cs="Aptos"/>
          <w:b w:val="0"/>
          <w:bCs w:val="0"/>
          <w:i w:val="0"/>
          <w:iCs w:val="0"/>
          <w:caps w:val="0"/>
          <w:smallCaps w:val="0"/>
          <w:noProof w:val="0"/>
          <w:sz w:val="28"/>
          <w:szCs w:val="28"/>
          <w:lang w:val="en-US"/>
        </w:rPr>
        <w:t>Uplift and affirm women by acknowledging their resilience and unique qualities.</w:t>
      </w:r>
    </w:p>
    <w:p w:rsidR="1BDF358C" w:rsidP="3469A254" w:rsidRDefault="1BDF358C" w14:paraId="41E33B38" w14:textId="1E16FB89">
      <w:pPr>
        <w:spacing w:before="240" w:beforeAutospacing="off" w:after="240" w:afterAutospacing="off" w:line="360" w:lineRule="auto"/>
      </w:pPr>
      <w:r w:rsidRPr="3469A254" w:rsidR="1BDF358C">
        <w:rPr>
          <w:rFonts w:ascii="Aptos" w:hAnsi="Aptos" w:eastAsia="Aptos" w:cs="Aptos"/>
          <w:b w:val="0"/>
          <w:bCs w:val="0"/>
          <w:i w:val="0"/>
          <w:iCs w:val="0"/>
          <w:caps w:val="0"/>
          <w:smallCaps w:val="0"/>
          <w:noProof w:val="0"/>
          <w:color w:val="0070C0"/>
          <w:sz w:val="28"/>
          <w:szCs w:val="28"/>
          <w:lang w:val="en-US"/>
        </w:rPr>
        <w:t>Donate to Women’s Causes</w:t>
      </w:r>
      <w:r w:rsidRPr="3469A254" w:rsidR="67A7899B">
        <w:rPr>
          <w:rFonts w:ascii="Aptos" w:hAnsi="Aptos" w:eastAsia="Aptos" w:cs="Aptos"/>
          <w:b w:val="0"/>
          <w:bCs w:val="0"/>
          <w:i w:val="0"/>
          <w:iCs w:val="0"/>
          <w:caps w:val="0"/>
          <w:smallCaps w:val="0"/>
          <w:noProof w:val="0"/>
          <w:color w:val="0070C0"/>
          <w:sz w:val="28"/>
          <w:szCs w:val="28"/>
          <w:lang w:val="en-US"/>
        </w:rPr>
        <w:t xml:space="preserve">: </w:t>
      </w:r>
      <w:r w:rsidRPr="3469A254" w:rsidR="1BDF358C">
        <w:rPr>
          <w:rFonts w:ascii="Aptos" w:hAnsi="Aptos" w:eastAsia="Aptos" w:cs="Aptos"/>
          <w:b w:val="0"/>
          <w:bCs w:val="0"/>
          <w:i w:val="0"/>
          <w:iCs w:val="0"/>
          <w:caps w:val="0"/>
          <w:smallCaps w:val="0"/>
          <w:noProof w:val="0"/>
          <w:sz w:val="28"/>
          <w:szCs w:val="28"/>
          <w:lang w:val="en-US"/>
        </w:rPr>
        <w:t>Contribute to organizations that support women’s health, education, and empowerment.</w:t>
      </w:r>
    </w:p>
    <w:p w:rsidR="1BDF358C" w:rsidP="3469A254" w:rsidRDefault="1BDF358C" w14:paraId="3A70C98D" w14:textId="5CAAFD67">
      <w:pPr>
        <w:spacing w:before="240" w:beforeAutospacing="off" w:after="240" w:afterAutospacing="off" w:line="360" w:lineRule="auto"/>
      </w:pPr>
      <w:r w:rsidRPr="3469A254" w:rsidR="1BDF358C">
        <w:rPr>
          <w:rFonts w:ascii="Aptos" w:hAnsi="Aptos" w:eastAsia="Aptos" w:cs="Aptos"/>
          <w:b w:val="0"/>
          <w:bCs w:val="0"/>
          <w:i w:val="0"/>
          <w:iCs w:val="0"/>
          <w:caps w:val="0"/>
          <w:smallCaps w:val="0"/>
          <w:noProof w:val="0"/>
          <w:color w:val="0070C0"/>
          <w:sz w:val="28"/>
          <w:szCs w:val="28"/>
          <w:lang w:val="en-US"/>
        </w:rPr>
        <w:t>Support Women-Owned Businesses</w:t>
      </w:r>
      <w:r w:rsidRPr="3469A254" w:rsidR="1C047BB6">
        <w:rPr>
          <w:rFonts w:ascii="Aptos" w:hAnsi="Aptos" w:eastAsia="Aptos" w:cs="Aptos"/>
          <w:b w:val="0"/>
          <w:bCs w:val="0"/>
          <w:i w:val="0"/>
          <w:iCs w:val="0"/>
          <w:caps w:val="0"/>
          <w:smallCaps w:val="0"/>
          <w:noProof w:val="0"/>
          <w:color w:val="0070C0"/>
          <w:sz w:val="28"/>
          <w:szCs w:val="28"/>
          <w:lang w:val="en-US"/>
        </w:rPr>
        <w:t xml:space="preserve">: </w:t>
      </w:r>
      <w:r w:rsidRPr="3469A254" w:rsidR="1BDF358C">
        <w:rPr>
          <w:rFonts w:ascii="Aptos" w:hAnsi="Aptos" w:eastAsia="Aptos" w:cs="Aptos"/>
          <w:b w:val="0"/>
          <w:bCs w:val="0"/>
          <w:i w:val="0"/>
          <w:iCs w:val="0"/>
          <w:caps w:val="0"/>
          <w:smallCaps w:val="0"/>
          <w:noProof w:val="0"/>
          <w:sz w:val="28"/>
          <w:szCs w:val="28"/>
          <w:lang w:val="en-US"/>
        </w:rPr>
        <w:t>Celebrate women entrepreneurs by shopping from and promoting their businesses.</w:t>
      </w:r>
    </w:p>
    <w:p w:rsidR="1BDF358C" w:rsidP="3469A254" w:rsidRDefault="1BDF358C" w14:paraId="2F329A82" w14:textId="6E1757EA">
      <w:pPr>
        <w:spacing w:before="240" w:beforeAutospacing="off" w:after="240" w:afterAutospacing="off" w:line="360" w:lineRule="auto"/>
      </w:pPr>
      <w:r w:rsidRPr="3469A254" w:rsidR="1BDF358C">
        <w:rPr>
          <w:rFonts w:ascii="Aptos" w:hAnsi="Aptos" w:eastAsia="Aptos" w:cs="Aptos"/>
          <w:b w:val="0"/>
          <w:bCs w:val="0"/>
          <w:i w:val="0"/>
          <w:iCs w:val="0"/>
          <w:caps w:val="0"/>
          <w:smallCaps w:val="0"/>
          <w:noProof w:val="0"/>
          <w:color w:val="0070C0"/>
          <w:sz w:val="28"/>
          <w:szCs w:val="28"/>
          <w:lang w:val="en-US"/>
        </w:rPr>
        <w:t xml:space="preserve">Listen &amp; </w:t>
      </w:r>
      <w:r w:rsidRPr="3469A254" w:rsidR="1BDF358C">
        <w:rPr>
          <w:rFonts w:ascii="Aptos" w:hAnsi="Aptos" w:eastAsia="Aptos" w:cs="Aptos"/>
          <w:b w:val="0"/>
          <w:bCs w:val="0"/>
          <w:i w:val="0"/>
          <w:iCs w:val="0"/>
          <w:caps w:val="0"/>
          <w:smallCaps w:val="0"/>
          <w:noProof w:val="0"/>
          <w:color w:val="0070C0"/>
          <w:sz w:val="28"/>
          <w:szCs w:val="28"/>
          <w:lang w:val="en-US"/>
        </w:rPr>
        <w:t>Validate</w:t>
      </w:r>
      <w:r w:rsidRPr="3469A254" w:rsidR="1BDF358C">
        <w:rPr>
          <w:rFonts w:ascii="Aptos" w:hAnsi="Aptos" w:eastAsia="Aptos" w:cs="Aptos"/>
          <w:b w:val="0"/>
          <w:bCs w:val="0"/>
          <w:i w:val="0"/>
          <w:iCs w:val="0"/>
          <w:caps w:val="0"/>
          <w:smallCaps w:val="0"/>
          <w:noProof w:val="0"/>
          <w:color w:val="0070C0"/>
          <w:sz w:val="28"/>
          <w:szCs w:val="28"/>
          <w:lang w:val="en-US"/>
        </w:rPr>
        <w:t xml:space="preserve"> Their Experiences</w:t>
      </w:r>
      <w:r w:rsidRPr="3469A254" w:rsidR="698D45FB">
        <w:rPr>
          <w:rFonts w:ascii="Aptos" w:hAnsi="Aptos" w:eastAsia="Aptos" w:cs="Aptos"/>
          <w:b w:val="0"/>
          <w:bCs w:val="0"/>
          <w:i w:val="0"/>
          <w:iCs w:val="0"/>
          <w:caps w:val="0"/>
          <w:smallCaps w:val="0"/>
          <w:noProof w:val="0"/>
          <w:color w:val="0070C0"/>
          <w:sz w:val="28"/>
          <w:szCs w:val="28"/>
          <w:lang w:val="en-US"/>
        </w:rPr>
        <w:t xml:space="preserve">: </w:t>
      </w:r>
      <w:r w:rsidRPr="3469A254" w:rsidR="1BDF358C">
        <w:rPr>
          <w:rFonts w:ascii="Aptos" w:hAnsi="Aptos" w:eastAsia="Aptos" w:cs="Aptos"/>
          <w:b w:val="0"/>
          <w:bCs w:val="0"/>
          <w:i w:val="0"/>
          <w:iCs w:val="0"/>
          <w:caps w:val="0"/>
          <w:smallCaps w:val="0"/>
          <w:noProof w:val="0"/>
          <w:sz w:val="28"/>
          <w:szCs w:val="28"/>
          <w:lang w:val="en-US"/>
        </w:rPr>
        <w:t>Offer a space where women feel heard, supported, and valued.</w:t>
      </w:r>
      <w:r w:rsidRPr="3469A254" w:rsidR="1BDF358C">
        <w:rPr>
          <w:rFonts w:ascii="Aptos" w:hAnsi="Aptos" w:eastAsia="Aptos" w:cs="Aptos"/>
          <w:color w:val="0070C0"/>
          <w:sz w:val="28"/>
          <w:szCs w:val="28"/>
        </w:rPr>
        <w:t xml:space="preserve"> </w:t>
      </w:r>
    </w:p>
    <w:p w:rsidR="4128194C" w:rsidP="385611CD" w:rsidRDefault="4128194C" w14:paraId="55542E12" w14:textId="5522E411">
      <w:pPr>
        <w:pStyle w:val="Heading2"/>
        <w:suppressLineNumbers w:val="0"/>
        <w:bidi w:val="0"/>
        <w:spacing w:before="200" w:beforeAutospacing="off" w:after="0" w:afterAutospacing="off" w:line="360" w:lineRule="auto"/>
        <w:ind w:left="0" w:right="0"/>
        <w:jc w:val="left"/>
      </w:pPr>
      <w:r w:rsidRPr="3469A254" w:rsidR="283E16C7">
        <w:rPr>
          <w:rFonts w:ascii="Aptos" w:hAnsi="Aptos"/>
          <w:color w:val="0070C0"/>
          <w:sz w:val="32"/>
          <w:szCs w:val="32"/>
        </w:rPr>
        <w:t>“Pass the Crown”</w:t>
      </w:r>
    </w:p>
    <w:p w:rsidR="283E16C7" w:rsidP="3469A254" w:rsidRDefault="283E16C7" w14:paraId="757AAFC0" w14:textId="112DDC54">
      <w:pPr>
        <w:pStyle w:val="Normal"/>
        <w:spacing w:before="0" w:beforeAutospacing="off" w:after="0" w:afterAutospacing="off" w:line="360" w:lineRule="auto"/>
        <w:ind w:left="0"/>
        <w:rPr>
          <w:rFonts w:ascii="Aptos" w:hAnsi="Aptos" w:eastAsia="Aptos" w:cs="Aptos"/>
          <w:b w:val="0"/>
          <w:bCs w:val="0"/>
          <w:i w:val="0"/>
          <w:iCs w:val="0"/>
          <w:noProof w:val="0"/>
          <w:sz w:val="28"/>
          <w:szCs w:val="28"/>
          <w:lang w:val="en-US"/>
        </w:rPr>
      </w:pPr>
      <w:r w:rsidRPr="3469A254" w:rsidR="283E16C7">
        <w:rPr>
          <w:rFonts w:ascii="Aptos" w:hAnsi="Aptos" w:eastAsia="Aptos" w:cs="Aptos"/>
          <w:b w:val="1"/>
          <w:bCs w:val="1"/>
          <w:i w:val="0"/>
          <w:iCs w:val="0"/>
          <w:noProof w:val="0"/>
          <w:sz w:val="28"/>
          <w:szCs w:val="28"/>
          <w:lang w:val="en-US"/>
        </w:rPr>
        <w:t xml:space="preserve">1. </w:t>
      </w:r>
      <w:r w:rsidRPr="3469A254" w:rsidR="283E16C7">
        <w:rPr>
          <w:rFonts w:ascii="Aptos" w:hAnsi="Aptos" w:eastAsia="Aptos" w:cs="Aptos"/>
          <w:b w:val="1"/>
          <w:bCs w:val="1"/>
          <w:i w:val="0"/>
          <w:iCs w:val="0"/>
          <w:noProof w:val="0"/>
          <w:color w:val="0070C0"/>
          <w:sz w:val="28"/>
          <w:szCs w:val="28"/>
          <w:lang w:val="en-US"/>
        </w:rPr>
        <w:t>Think of a woman</w:t>
      </w:r>
      <w:r w:rsidRPr="3469A254" w:rsidR="283E16C7">
        <w:rPr>
          <w:rFonts w:ascii="Aptos" w:hAnsi="Aptos" w:eastAsia="Aptos" w:cs="Aptos"/>
          <w:b w:val="0"/>
          <w:bCs w:val="0"/>
          <w:i w:val="0"/>
          <w:iCs w:val="0"/>
          <w:noProof w:val="0"/>
          <w:color w:val="0070C0"/>
          <w:sz w:val="28"/>
          <w:szCs w:val="28"/>
          <w:lang w:val="en-US"/>
        </w:rPr>
        <w:t xml:space="preserve"> </w:t>
      </w:r>
      <w:r w:rsidRPr="3469A254" w:rsidR="283E16C7">
        <w:rPr>
          <w:rFonts w:ascii="Aptos" w:hAnsi="Aptos" w:eastAsia="Aptos" w:cs="Aptos"/>
          <w:b w:val="0"/>
          <w:bCs w:val="0"/>
          <w:i w:val="0"/>
          <w:iCs w:val="0"/>
          <w:noProof w:val="0"/>
          <w:sz w:val="28"/>
          <w:szCs w:val="28"/>
          <w:lang w:val="en-US"/>
        </w:rPr>
        <w:t>in YOUR life who deserves recognition.</w:t>
      </w:r>
    </w:p>
    <w:p w:rsidR="283E16C7" w:rsidP="3469A254" w:rsidRDefault="283E16C7" w14:paraId="65FBE5F3" w14:textId="132D0A64">
      <w:pPr>
        <w:spacing w:before="240" w:beforeAutospacing="off" w:after="240" w:afterAutospacing="off" w:line="360" w:lineRule="auto"/>
      </w:pPr>
      <w:r w:rsidRPr="3469A254" w:rsidR="283E16C7">
        <w:rPr>
          <w:rFonts w:ascii="Aptos" w:hAnsi="Aptos" w:eastAsia="Aptos" w:cs="Aptos"/>
          <w:b w:val="0"/>
          <w:bCs w:val="0"/>
          <w:i w:val="0"/>
          <w:iCs w:val="0"/>
          <w:caps w:val="0"/>
          <w:smallCaps w:val="0"/>
          <w:noProof w:val="0"/>
          <w:sz w:val="28"/>
          <w:szCs w:val="28"/>
          <w:lang w:val="en-US"/>
        </w:rPr>
        <w:t xml:space="preserve">2. </w:t>
      </w:r>
      <w:r w:rsidRPr="3469A254" w:rsidR="283E16C7">
        <w:rPr>
          <w:rFonts w:ascii="Aptos" w:hAnsi="Aptos" w:eastAsia="Aptos" w:cs="Aptos"/>
          <w:b w:val="1"/>
          <w:bCs w:val="1"/>
          <w:i w:val="0"/>
          <w:iCs w:val="0"/>
          <w:caps w:val="0"/>
          <w:smallCaps w:val="0"/>
          <w:noProof w:val="0"/>
          <w:color w:val="0070C0"/>
          <w:sz w:val="28"/>
          <w:szCs w:val="28"/>
          <w:lang w:val="en-US"/>
        </w:rPr>
        <w:t>Write a message</w:t>
      </w:r>
      <w:r w:rsidRPr="3469A254" w:rsidR="283E16C7">
        <w:rPr>
          <w:rFonts w:ascii="Aptos" w:hAnsi="Aptos" w:eastAsia="Aptos" w:cs="Aptos"/>
          <w:b w:val="0"/>
          <w:bCs w:val="0"/>
          <w:i w:val="0"/>
          <w:iCs w:val="0"/>
          <w:caps w:val="0"/>
          <w:smallCaps w:val="0"/>
          <w:noProof w:val="0"/>
          <w:color w:val="0070C0"/>
          <w:sz w:val="28"/>
          <w:szCs w:val="28"/>
          <w:lang w:val="en-US"/>
        </w:rPr>
        <w:t xml:space="preserve"> </w:t>
      </w:r>
      <w:r w:rsidRPr="3469A254" w:rsidR="283E16C7">
        <w:rPr>
          <w:rFonts w:ascii="Aptos" w:hAnsi="Aptos" w:eastAsia="Aptos" w:cs="Aptos"/>
          <w:b w:val="0"/>
          <w:bCs w:val="0"/>
          <w:i w:val="0"/>
          <w:iCs w:val="0"/>
          <w:caps w:val="0"/>
          <w:smallCaps w:val="0"/>
          <w:noProof w:val="0"/>
          <w:sz w:val="28"/>
          <w:szCs w:val="28"/>
          <w:lang w:val="en-US"/>
        </w:rPr>
        <w:t>highlighting a quality that makes her special—whether it's her kindness, leadership, resilience, or impact on others.</w:t>
      </w:r>
    </w:p>
    <w:p w:rsidR="283E16C7" w:rsidP="3469A254" w:rsidRDefault="283E16C7" w14:paraId="27EA2A49" w14:textId="15F589BE">
      <w:pPr>
        <w:spacing w:before="240" w:beforeAutospacing="off" w:after="240" w:afterAutospacing="off" w:line="360" w:lineRule="auto"/>
      </w:pPr>
      <w:r w:rsidRPr="3469A254" w:rsidR="283E16C7">
        <w:rPr>
          <w:rFonts w:ascii="Aptos" w:hAnsi="Aptos" w:eastAsia="Aptos" w:cs="Aptos"/>
          <w:b w:val="0"/>
          <w:bCs w:val="0"/>
          <w:i w:val="0"/>
          <w:iCs w:val="0"/>
          <w:caps w:val="0"/>
          <w:smallCaps w:val="0"/>
          <w:noProof w:val="0"/>
          <w:sz w:val="28"/>
          <w:szCs w:val="28"/>
          <w:lang w:val="en-US"/>
        </w:rPr>
        <w:t>3</w:t>
      </w:r>
      <w:r w:rsidRPr="3469A254" w:rsidR="283E16C7">
        <w:rPr>
          <w:rFonts w:ascii="Aptos" w:hAnsi="Aptos" w:eastAsia="Aptos" w:cs="Aptos"/>
          <w:b w:val="0"/>
          <w:bCs w:val="0"/>
          <w:i w:val="0"/>
          <w:iCs w:val="0"/>
          <w:caps w:val="0"/>
          <w:smallCaps w:val="0"/>
          <w:noProof w:val="0"/>
          <w:color w:val="0070C0"/>
          <w:sz w:val="28"/>
          <w:szCs w:val="28"/>
          <w:lang w:val="en-US"/>
        </w:rPr>
        <w:t xml:space="preserve">. </w:t>
      </w:r>
      <w:r w:rsidRPr="3469A254" w:rsidR="283E16C7">
        <w:rPr>
          <w:rFonts w:ascii="Aptos" w:hAnsi="Aptos" w:eastAsia="Aptos" w:cs="Aptos"/>
          <w:b w:val="1"/>
          <w:bCs w:val="1"/>
          <w:i w:val="0"/>
          <w:iCs w:val="0"/>
          <w:caps w:val="0"/>
          <w:smallCaps w:val="0"/>
          <w:noProof w:val="0"/>
          <w:color w:val="0070C0"/>
          <w:sz w:val="28"/>
          <w:szCs w:val="28"/>
          <w:lang w:val="en-US"/>
        </w:rPr>
        <w:t>Send it to her</w:t>
      </w:r>
      <w:r w:rsidRPr="3469A254" w:rsidR="283E16C7">
        <w:rPr>
          <w:rFonts w:ascii="Aptos" w:hAnsi="Aptos" w:eastAsia="Aptos" w:cs="Aptos"/>
          <w:b w:val="0"/>
          <w:bCs w:val="0"/>
          <w:i w:val="0"/>
          <w:iCs w:val="0"/>
          <w:caps w:val="0"/>
          <w:smallCaps w:val="0"/>
          <w:noProof w:val="0"/>
          <w:color w:val="0070C0"/>
          <w:sz w:val="28"/>
          <w:szCs w:val="28"/>
          <w:lang w:val="en-US"/>
        </w:rPr>
        <w:t xml:space="preserve"> </w:t>
      </w:r>
      <w:r w:rsidRPr="3469A254" w:rsidR="283E16C7">
        <w:rPr>
          <w:rFonts w:ascii="Aptos" w:hAnsi="Aptos" w:eastAsia="Aptos" w:cs="Aptos"/>
          <w:b w:val="0"/>
          <w:bCs w:val="0"/>
          <w:i w:val="0"/>
          <w:iCs w:val="0"/>
          <w:caps w:val="0"/>
          <w:smallCaps w:val="0"/>
          <w:noProof w:val="0"/>
          <w:sz w:val="28"/>
          <w:szCs w:val="28"/>
          <w:lang w:val="en-US"/>
        </w:rPr>
        <w:t>and then tell her to "pass the crown" by typing out to another person so the cycle can continue!</w:t>
      </w:r>
    </w:p>
    <w:p w:rsidR="48C0920D" w:rsidP="3469A254" w:rsidRDefault="48C0920D" w14:paraId="732985A1" w14:textId="5BE00B3C">
      <w:pPr>
        <w:pStyle w:val="Heading2"/>
        <w:suppressLineNumbers w:val="0"/>
        <w:bidi w:val="0"/>
        <w:spacing w:before="200" w:beforeAutospacing="off" w:after="0" w:afterAutospacing="off" w:line="360" w:lineRule="auto"/>
        <w:ind w:left="0" w:right="0"/>
        <w:jc w:val="left"/>
        <w:rPr>
          <w:rFonts w:ascii="Aptos" w:hAnsi="Aptos"/>
          <w:color w:val="0070C0"/>
          <w:sz w:val="32"/>
          <w:szCs w:val="32"/>
        </w:rPr>
      </w:pPr>
      <w:r w:rsidRPr="3469A254" w:rsidR="48C0920D">
        <w:rPr>
          <w:rFonts w:ascii="Aptos" w:hAnsi="Aptos"/>
          <w:color w:val="0070C0"/>
          <w:sz w:val="32"/>
          <w:szCs w:val="32"/>
        </w:rPr>
        <w:t xml:space="preserve">Ways to Recharge Over Spring Break </w:t>
      </w:r>
    </w:p>
    <w:p w:rsidR="48C0920D" w:rsidP="3469A254" w:rsidRDefault="48C0920D" w14:paraId="4538A467" w14:textId="7B964B33">
      <w:pPr>
        <w:spacing w:before="240" w:beforeAutospacing="off" w:after="240" w:afterAutospacing="off" w:line="360" w:lineRule="auto"/>
      </w:pPr>
      <w:r w:rsidRPr="3469A254" w:rsidR="48C0920D">
        <w:rPr>
          <w:rFonts w:ascii="Aptos" w:hAnsi="Aptos" w:eastAsia="Aptos" w:cs="Aptos"/>
          <w:b w:val="0"/>
          <w:bCs w:val="0"/>
          <w:i w:val="0"/>
          <w:iCs w:val="0"/>
          <w:caps w:val="0"/>
          <w:smallCaps w:val="0"/>
          <w:noProof w:val="0"/>
          <w:color w:val="0070C0"/>
          <w:sz w:val="28"/>
          <w:szCs w:val="28"/>
          <w:lang w:val="en-US"/>
        </w:rPr>
        <w:t xml:space="preserve">Catch Up on Rest: </w:t>
      </w:r>
      <w:r w:rsidRPr="3469A254" w:rsidR="48C0920D">
        <w:rPr>
          <w:rFonts w:ascii="Aptos" w:hAnsi="Aptos" w:eastAsia="Aptos" w:cs="Aptos"/>
          <w:b w:val="0"/>
          <w:bCs w:val="0"/>
          <w:i w:val="0"/>
          <w:iCs w:val="0"/>
          <w:caps w:val="0"/>
          <w:smallCaps w:val="0"/>
          <w:noProof w:val="0"/>
          <w:sz w:val="28"/>
          <w:szCs w:val="28"/>
          <w:lang w:val="en-US"/>
        </w:rPr>
        <w:t>Use this time to reset your sleep schedule and truly rest.</w:t>
      </w:r>
    </w:p>
    <w:p w:rsidR="48C0920D" w:rsidP="3469A254" w:rsidRDefault="48C0920D" w14:paraId="4806B69D" w14:textId="1B119A7F">
      <w:pPr>
        <w:spacing w:before="240" w:beforeAutospacing="off" w:after="240" w:afterAutospacing="off" w:line="360" w:lineRule="auto"/>
      </w:pPr>
      <w:r w:rsidRPr="3469A254" w:rsidR="48C0920D">
        <w:rPr>
          <w:rFonts w:ascii="Aptos" w:hAnsi="Aptos" w:eastAsia="Aptos" w:cs="Aptos"/>
          <w:b w:val="0"/>
          <w:bCs w:val="0"/>
          <w:i w:val="0"/>
          <w:iCs w:val="0"/>
          <w:caps w:val="0"/>
          <w:smallCaps w:val="0"/>
          <w:noProof w:val="0"/>
          <w:color w:val="0070C0"/>
          <w:sz w:val="28"/>
          <w:szCs w:val="28"/>
          <w:lang w:val="en-US"/>
        </w:rPr>
        <w:t>Unplug &amp; Detox from Screens:</w:t>
      </w:r>
      <w:r w:rsidRPr="3469A254" w:rsidR="48C0920D">
        <w:rPr>
          <w:rFonts w:ascii="Aptos" w:hAnsi="Aptos" w:eastAsia="Aptos" w:cs="Aptos"/>
          <w:b w:val="0"/>
          <w:bCs w:val="0"/>
          <w:i w:val="0"/>
          <w:iCs w:val="0"/>
          <w:caps w:val="0"/>
          <w:smallCaps w:val="0"/>
          <w:noProof w:val="0"/>
          <w:sz w:val="28"/>
          <w:szCs w:val="28"/>
          <w:lang w:val="en-US"/>
        </w:rPr>
        <w:t xml:space="preserve"> Take a break from social media and enjoy the present moment.</w:t>
      </w:r>
    </w:p>
    <w:p w:rsidR="48C0920D" w:rsidP="3469A254" w:rsidRDefault="48C0920D" w14:paraId="66106B6E" w14:textId="56120096">
      <w:pPr>
        <w:spacing w:before="240" w:beforeAutospacing="off" w:after="240" w:afterAutospacing="off" w:line="360" w:lineRule="auto"/>
      </w:pPr>
      <w:r w:rsidRPr="3469A254" w:rsidR="48C0920D">
        <w:rPr>
          <w:rFonts w:ascii="Aptos" w:hAnsi="Aptos" w:eastAsia="Aptos" w:cs="Aptos"/>
          <w:b w:val="0"/>
          <w:bCs w:val="0"/>
          <w:i w:val="0"/>
          <w:iCs w:val="0"/>
          <w:caps w:val="0"/>
          <w:smallCaps w:val="0"/>
          <w:noProof w:val="0"/>
          <w:color w:val="0070C0"/>
          <w:sz w:val="28"/>
          <w:szCs w:val="28"/>
          <w:lang w:val="en-US"/>
        </w:rPr>
        <w:t xml:space="preserve">Spend Time with Loved Ones: </w:t>
      </w:r>
      <w:r w:rsidRPr="3469A254" w:rsidR="48C0920D">
        <w:rPr>
          <w:rFonts w:ascii="Aptos" w:hAnsi="Aptos" w:eastAsia="Aptos" w:cs="Aptos"/>
          <w:b w:val="0"/>
          <w:bCs w:val="0"/>
          <w:i w:val="0"/>
          <w:iCs w:val="0"/>
          <w:caps w:val="0"/>
          <w:smallCaps w:val="0"/>
          <w:noProof w:val="0"/>
          <w:sz w:val="28"/>
          <w:szCs w:val="28"/>
          <w:lang w:val="en-US"/>
        </w:rPr>
        <w:t>Reconnect with family and friends without the stress of school.</w:t>
      </w:r>
    </w:p>
    <w:p w:rsidR="48C0920D" w:rsidP="3469A254" w:rsidRDefault="48C0920D" w14:paraId="3C844F88" w14:textId="3736B418">
      <w:pPr>
        <w:spacing w:before="240" w:beforeAutospacing="off" w:after="240" w:afterAutospacing="off" w:line="360" w:lineRule="auto"/>
      </w:pPr>
      <w:r w:rsidRPr="3469A254" w:rsidR="48C0920D">
        <w:rPr>
          <w:rFonts w:ascii="Aptos" w:hAnsi="Aptos" w:eastAsia="Aptos" w:cs="Aptos"/>
          <w:b w:val="0"/>
          <w:bCs w:val="0"/>
          <w:i w:val="0"/>
          <w:iCs w:val="0"/>
          <w:caps w:val="0"/>
          <w:smallCaps w:val="0"/>
          <w:noProof w:val="0"/>
          <w:color w:val="0070C0"/>
          <w:sz w:val="28"/>
          <w:szCs w:val="28"/>
          <w:lang w:val="en-US"/>
        </w:rPr>
        <w:t xml:space="preserve">Engage in a Hobby: </w:t>
      </w:r>
      <w:r w:rsidRPr="3469A254" w:rsidR="48C0920D">
        <w:rPr>
          <w:rFonts w:ascii="Aptos" w:hAnsi="Aptos" w:eastAsia="Aptos" w:cs="Aptos"/>
          <w:b w:val="0"/>
          <w:bCs w:val="0"/>
          <w:i w:val="0"/>
          <w:iCs w:val="0"/>
          <w:caps w:val="0"/>
          <w:smallCaps w:val="0"/>
          <w:noProof w:val="0"/>
          <w:sz w:val="28"/>
          <w:szCs w:val="28"/>
          <w:lang w:val="en-US"/>
        </w:rPr>
        <w:t xml:space="preserve">Whether </w:t>
      </w:r>
      <w:r w:rsidRPr="3469A254" w:rsidR="48C0920D">
        <w:rPr>
          <w:rFonts w:ascii="Aptos" w:hAnsi="Aptos" w:eastAsia="Aptos" w:cs="Aptos"/>
          <w:b w:val="0"/>
          <w:bCs w:val="0"/>
          <w:i w:val="0"/>
          <w:iCs w:val="0"/>
          <w:caps w:val="0"/>
          <w:smallCaps w:val="0"/>
          <w:noProof w:val="0"/>
          <w:sz w:val="28"/>
          <w:szCs w:val="28"/>
          <w:lang w:val="en-US"/>
        </w:rPr>
        <w:t>it's</w:t>
      </w:r>
      <w:r w:rsidRPr="3469A254" w:rsidR="48C0920D">
        <w:rPr>
          <w:rFonts w:ascii="Aptos" w:hAnsi="Aptos" w:eastAsia="Aptos" w:cs="Aptos"/>
          <w:b w:val="0"/>
          <w:bCs w:val="0"/>
          <w:i w:val="0"/>
          <w:iCs w:val="0"/>
          <w:caps w:val="0"/>
          <w:smallCaps w:val="0"/>
          <w:noProof w:val="0"/>
          <w:sz w:val="28"/>
          <w:szCs w:val="28"/>
          <w:lang w:val="en-US"/>
        </w:rPr>
        <w:t xml:space="preserve"> painting, reading, cooking, or music, </w:t>
      </w:r>
      <w:r w:rsidRPr="3469A254" w:rsidR="48C0920D">
        <w:rPr>
          <w:rFonts w:ascii="Aptos" w:hAnsi="Aptos" w:eastAsia="Aptos" w:cs="Aptos"/>
          <w:b w:val="0"/>
          <w:bCs w:val="0"/>
          <w:i w:val="0"/>
          <w:iCs w:val="0"/>
          <w:caps w:val="0"/>
          <w:smallCaps w:val="0"/>
          <w:noProof w:val="0"/>
          <w:sz w:val="28"/>
          <w:szCs w:val="28"/>
          <w:lang w:val="en-US"/>
        </w:rPr>
        <w:t>do</w:t>
      </w:r>
      <w:r w:rsidRPr="3469A254" w:rsidR="48C0920D">
        <w:rPr>
          <w:rFonts w:ascii="Aptos" w:hAnsi="Aptos" w:eastAsia="Aptos" w:cs="Aptos"/>
          <w:b w:val="0"/>
          <w:bCs w:val="0"/>
          <w:i w:val="0"/>
          <w:iCs w:val="0"/>
          <w:caps w:val="0"/>
          <w:smallCaps w:val="0"/>
          <w:noProof w:val="0"/>
          <w:sz w:val="28"/>
          <w:szCs w:val="28"/>
          <w:lang w:val="en-US"/>
        </w:rPr>
        <w:t xml:space="preserve"> something you love just for fun.</w:t>
      </w:r>
    </w:p>
    <w:p w:rsidR="48C0920D" w:rsidP="3469A254" w:rsidRDefault="48C0920D" w14:paraId="3C4F1940" w14:textId="2CDD3F0D">
      <w:pPr>
        <w:spacing w:before="240" w:beforeAutospacing="off" w:after="240" w:afterAutospacing="off" w:line="360" w:lineRule="auto"/>
      </w:pPr>
      <w:r w:rsidRPr="3469A254" w:rsidR="48C0920D">
        <w:rPr>
          <w:rFonts w:ascii="Aptos" w:hAnsi="Aptos" w:eastAsia="Aptos" w:cs="Aptos"/>
          <w:b w:val="0"/>
          <w:bCs w:val="0"/>
          <w:i w:val="0"/>
          <w:iCs w:val="0"/>
          <w:caps w:val="0"/>
          <w:smallCaps w:val="0"/>
          <w:noProof w:val="0"/>
          <w:color w:val="0070C0"/>
          <w:sz w:val="28"/>
          <w:szCs w:val="28"/>
          <w:lang w:val="en-US"/>
        </w:rPr>
        <w:t xml:space="preserve">Move Your Body: </w:t>
      </w:r>
      <w:r w:rsidRPr="3469A254" w:rsidR="48C0920D">
        <w:rPr>
          <w:rFonts w:ascii="Aptos" w:hAnsi="Aptos" w:eastAsia="Aptos" w:cs="Aptos"/>
          <w:b w:val="0"/>
          <w:bCs w:val="0"/>
          <w:i w:val="0"/>
          <w:iCs w:val="0"/>
          <w:caps w:val="0"/>
          <w:smallCaps w:val="0"/>
          <w:noProof w:val="0"/>
          <w:sz w:val="28"/>
          <w:szCs w:val="28"/>
          <w:lang w:val="en-US"/>
        </w:rPr>
        <w:t>Try a new workout, stretch, dance, or do some yoga to release stress.</w:t>
      </w:r>
    </w:p>
    <w:p w:rsidR="48C0920D" w:rsidP="3469A254" w:rsidRDefault="48C0920D" w14:paraId="07D68DAC" w14:textId="21B3ABE2">
      <w:pPr>
        <w:spacing w:before="240" w:beforeAutospacing="off" w:after="240" w:afterAutospacing="off" w:line="360" w:lineRule="auto"/>
      </w:pPr>
      <w:r w:rsidRPr="3469A254" w:rsidR="48C0920D">
        <w:rPr>
          <w:rFonts w:ascii="Aptos" w:hAnsi="Aptos" w:eastAsia="Aptos" w:cs="Aptos"/>
          <w:b w:val="0"/>
          <w:bCs w:val="0"/>
          <w:i w:val="0"/>
          <w:iCs w:val="0"/>
          <w:caps w:val="0"/>
          <w:smallCaps w:val="0"/>
          <w:noProof w:val="0"/>
          <w:color w:val="0070C0"/>
          <w:sz w:val="28"/>
          <w:szCs w:val="28"/>
          <w:lang w:val="en-US"/>
        </w:rPr>
        <w:t xml:space="preserve">Treat Yourself: </w:t>
      </w:r>
      <w:r w:rsidRPr="3469A254" w:rsidR="48C0920D">
        <w:rPr>
          <w:rFonts w:ascii="Aptos" w:hAnsi="Aptos" w:eastAsia="Aptos" w:cs="Aptos"/>
          <w:b w:val="0"/>
          <w:bCs w:val="0"/>
          <w:i w:val="0"/>
          <w:iCs w:val="0"/>
          <w:caps w:val="0"/>
          <w:smallCaps w:val="0"/>
          <w:noProof w:val="0"/>
          <w:sz w:val="28"/>
          <w:szCs w:val="28"/>
          <w:lang w:val="en-US"/>
        </w:rPr>
        <w:t>Make your favorite meal, have a self-care day, or binge-watch your favorite show guilt-free!</w:t>
      </w:r>
    </w:p>
    <w:p w:rsidR="2EDCAD59" w:rsidP="3469A254" w:rsidRDefault="2EDCAD59" w14:paraId="74C363BE" w14:textId="5AA3537A">
      <w:pPr>
        <w:pStyle w:val="Heading2"/>
        <w:suppressLineNumbers w:val="0"/>
        <w:bidi w:val="0"/>
        <w:spacing w:before="200" w:beforeAutospacing="off" w:after="0" w:afterAutospacing="off" w:line="360" w:lineRule="auto"/>
        <w:ind w:left="0" w:right="0"/>
        <w:jc w:val="left"/>
        <w:rPr>
          <w:rFonts w:ascii="Aptos" w:hAnsi="Aptos"/>
          <w:color w:val="0070C0"/>
          <w:sz w:val="28"/>
          <w:szCs w:val="28"/>
        </w:rPr>
      </w:pPr>
      <w:r w:rsidRPr="3469A254" w:rsidR="2EDCAD59">
        <w:rPr>
          <w:rFonts w:ascii="Aptos" w:hAnsi="Aptos"/>
          <w:color w:val="0070C0"/>
          <w:sz w:val="28"/>
          <w:szCs w:val="28"/>
        </w:rPr>
        <w:t xml:space="preserve">Spring Break </w:t>
      </w:r>
      <w:r w:rsidRPr="3469A254" w:rsidR="146FB5C4">
        <w:rPr>
          <w:rFonts w:ascii="Aptos" w:hAnsi="Aptos"/>
          <w:color w:val="0070C0"/>
          <w:sz w:val="28"/>
          <w:szCs w:val="28"/>
        </w:rPr>
        <w:t xml:space="preserve">Activity </w:t>
      </w:r>
    </w:p>
    <w:p w:rsidR="51768EA7" w:rsidP="3469A254" w:rsidRDefault="51768EA7" w14:paraId="18BCA84F" w14:textId="11A94A4F">
      <w:pPr>
        <w:pStyle w:val="Normal"/>
        <w:spacing w:line="360" w:lineRule="auto"/>
      </w:pPr>
      <w:r w:rsidRPr="3469A254" w:rsidR="51768EA7">
        <w:rPr>
          <w:rFonts w:ascii="Aptos" w:hAnsi="Aptos" w:eastAsia="Aptos" w:cs="Aptos"/>
          <w:sz w:val="28"/>
          <w:szCs w:val="28"/>
        </w:rPr>
        <w:t>Do three things over spring break to recharge! Ex: read for fun, go to the gym, spent time with a loved one</w:t>
      </w:r>
    </w:p>
    <w:p w:rsidR="674BE70A" w:rsidP="385611CD" w:rsidRDefault="674BE70A" w14:paraId="71525998" w14:textId="25098BAC">
      <w:pPr>
        <w:pStyle w:val="Heading2"/>
        <w:suppressLineNumbers w:val="0"/>
        <w:bidi w:val="0"/>
        <w:spacing w:before="200" w:beforeAutospacing="off" w:after="0" w:afterAutospacing="off" w:line="360" w:lineRule="auto"/>
        <w:ind w:left="0" w:right="0"/>
        <w:jc w:val="left"/>
        <w:rPr>
          <w:rFonts w:ascii="Aptos" w:hAnsi="Aptos"/>
          <w:color w:val="0070C0"/>
          <w:sz w:val="32"/>
          <w:szCs w:val="32"/>
        </w:rPr>
      </w:pPr>
      <w:r w:rsidRPr="385611CD" w:rsidR="674BE70A">
        <w:rPr>
          <w:rFonts w:ascii="Aptos" w:hAnsi="Aptos"/>
          <w:color w:val="0070C0"/>
          <w:sz w:val="32"/>
          <w:szCs w:val="32"/>
        </w:rPr>
        <w:t xml:space="preserve">Let’s Talk About Sex </w:t>
      </w:r>
    </w:p>
    <w:p w:rsidR="674BE70A" w:rsidP="385611CD" w:rsidRDefault="674BE70A" w14:paraId="55CEC083" w14:textId="6A53BFDF">
      <w:pPr>
        <w:bidi w:val="0"/>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85611CD" w:rsidR="674BE70A">
        <w:rPr>
          <w:rFonts w:ascii="Aptos" w:hAnsi="Aptos" w:eastAsia="Aptos" w:cs="Aptos"/>
          <w:b w:val="0"/>
          <w:bCs w:val="0"/>
          <w:i w:val="0"/>
          <w:iCs w:val="0"/>
          <w:caps w:val="0"/>
          <w:smallCaps w:val="0"/>
          <w:noProof w:val="0"/>
          <w:sz w:val="28"/>
          <w:szCs w:val="28"/>
          <w:lang w:val="en-US"/>
        </w:rPr>
        <w:t xml:space="preserve">Consent is essential for </w:t>
      </w:r>
      <w:r w:rsidRPr="385611CD" w:rsidR="674BE70A">
        <w:rPr>
          <w:rFonts w:ascii="Aptos" w:hAnsi="Aptos" w:eastAsia="Aptos" w:cs="Aptos"/>
          <w:b w:val="1"/>
          <w:bCs w:val="1"/>
          <w:i w:val="0"/>
          <w:iCs w:val="0"/>
          <w:caps w:val="0"/>
          <w:smallCaps w:val="0"/>
          <w:noProof w:val="0"/>
          <w:sz w:val="28"/>
          <w:szCs w:val="28"/>
          <w:lang w:val="en-US"/>
        </w:rPr>
        <w:t>safe sex</w:t>
      </w:r>
      <w:r w:rsidRPr="385611CD" w:rsidR="674BE70A">
        <w:rPr>
          <w:rFonts w:ascii="Aptos" w:hAnsi="Aptos" w:eastAsia="Aptos" w:cs="Aptos"/>
          <w:b w:val="0"/>
          <w:bCs w:val="0"/>
          <w:i w:val="0"/>
          <w:iCs w:val="0"/>
          <w:caps w:val="0"/>
          <w:smallCaps w:val="0"/>
          <w:noProof w:val="0"/>
          <w:sz w:val="28"/>
          <w:szCs w:val="28"/>
          <w:lang w:val="en-US"/>
        </w:rPr>
        <w:t xml:space="preserve">. </w:t>
      </w:r>
    </w:p>
    <w:p w:rsidR="674BE70A" w:rsidP="385611CD" w:rsidRDefault="674BE70A" w14:paraId="6E75A485" w14:textId="56A8F58E">
      <w:pPr>
        <w:bidi w:val="0"/>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85611CD" w:rsidR="674BE70A">
        <w:rPr>
          <w:rFonts w:ascii="Aptos" w:hAnsi="Aptos" w:eastAsia="Aptos" w:cs="Aptos"/>
          <w:b w:val="0"/>
          <w:bCs w:val="0"/>
          <w:i w:val="0"/>
          <w:iCs w:val="0"/>
          <w:caps w:val="0"/>
          <w:smallCaps w:val="0"/>
          <w:noProof w:val="0"/>
          <w:sz w:val="28"/>
          <w:szCs w:val="28"/>
          <w:lang w:val="en-US"/>
        </w:rPr>
        <w:t xml:space="preserve">Sexual coercion involves </w:t>
      </w:r>
      <w:r w:rsidRPr="385611CD" w:rsidR="674BE70A">
        <w:rPr>
          <w:rFonts w:ascii="Aptos" w:hAnsi="Aptos" w:eastAsia="Aptos" w:cs="Aptos"/>
          <w:b w:val="1"/>
          <w:bCs w:val="1"/>
          <w:i w:val="0"/>
          <w:iCs w:val="0"/>
          <w:caps w:val="0"/>
          <w:smallCaps w:val="0"/>
          <w:noProof w:val="0"/>
          <w:sz w:val="28"/>
          <w:szCs w:val="28"/>
          <w:lang w:val="en-US"/>
        </w:rPr>
        <w:t>pressure, manipulation, threats, or force</w:t>
      </w:r>
      <w:r w:rsidRPr="385611CD" w:rsidR="674BE70A">
        <w:rPr>
          <w:rFonts w:ascii="Aptos" w:hAnsi="Aptos" w:eastAsia="Aptos" w:cs="Aptos"/>
          <w:b w:val="0"/>
          <w:bCs w:val="0"/>
          <w:i w:val="0"/>
          <w:iCs w:val="0"/>
          <w:caps w:val="0"/>
          <w:smallCaps w:val="0"/>
          <w:noProof w:val="0"/>
          <w:sz w:val="28"/>
          <w:szCs w:val="28"/>
          <w:lang w:val="en-US"/>
        </w:rPr>
        <w:t xml:space="preserve"> to compel someone into unwanted sexual activity. Unlike clear assault, it can include guilt-tripping, emotional manipulation, or subtle threats.</w:t>
      </w:r>
    </w:p>
    <w:p w:rsidR="674BE70A" w:rsidP="385611CD" w:rsidRDefault="674BE70A" w14:paraId="0B008B3B" w14:textId="4750A8B4">
      <w:pPr>
        <w:bidi w:val="0"/>
        <w:spacing w:before="240" w:beforeAutospacing="off" w:after="240" w:afterAutospacing="off" w:line="360" w:lineRule="auto"/>
      </w:pPr>
      <w:r w:rsidRPr="3469A254" w:rsidR="7A7C94FD">
        <w:rPr>
          <w:rFonts w:ascii="Aptos" w:hAnsi="Aptos" w:eastAsia="Aptos" w:cs="Aptos"/>
          <w:b w:val="0"/>
          <w:bCs w:val="0"/>
          <w:i w:val="0"/>
          <w:iCs w:val="0"/>
          <w:caps w:val="0"/>
          <w:smallCaps w:val="0"/>
          <w:noProof w:val="0"/>
          <w:sz w:val="28"/>
          <w:szCs w:val="28"/>
          <w:lang w:val="en-US"/>
        </w:rPr>
        <w:t xml:space="preserve">If you've experienced this, reach out to VPAS: </w:t>
      </w:r>
      <w:hyperlink r:id="R0908fd93ed164bd8">
        <w:r w:rsidRPr="3469A254" w:rsidR="7A7C94FD">
          <w:rPr>
            <w:rStyle w:val="Hyperlink"/>
            <w:rFonts w:ascii="Aptos" w:hAnsi="Aptos" w:eastAsia="Aptos" w:cs="Aptos"/>
            <w:b w:val="0"/>
            <w:bCs w:val="0"/>
            <w:i w:val="0"/>
            <w:iCs w:val="0"/>
            <w:caps w:val="0"/>
            <w:smallCaps w:val="0"/>
            <w:noProof w:val="0"/>
            <w:sz w:val="28"/>
            <w:szCs w:val="28"/>
            <w:lang w:val="en-US"/>
          </w:rPr>
          <w:t>vpas@southernct.edu</w:t>
        </w:r>
      </w:hyperlink>
      <w:r w:rsidRPr="3469A254" w:rsidR="7A7C94FD">
        <w:rPr>
          <w:rFonts w:ascii="Aptos" w:hAnsi="Aptos" w:eastAsia="Aptos" w:cs="Aptos"/>
          <w:b w:val="0"/>
          <w:bCs w:val="0"/>
          <w:i w:val="0"/>
          <w:iCs w:val="0"/>
          <w:caps w:val="0"/>
          <w:smallCaps w:val="0"/>
          <w:noProof w:val="0"/>
          <w:sz w:val="28"/>
          <w:szCs w:val="28"/>
          <w:lang w:val="en-US"/>
        </w:rPr>
        <w:t>.</w:t>
      </w:r>
    </w:p>
    <w:p w:rsidR="4E4ADCC0" w:rsidP="3469A254" w:rsidRDefault="4E4ADCC0" w14:paraId="53664619" w14:textId="60A960D7">
      <w:pPr>
        <w:pStyle w:val="Heading2"/>
        <w:suppressLineNumbers w:val="0"/>
        <w:bidi w:val="0"/>
        <w:spacing w:before="200" w:beforeAutospacing="off" w:after="0" w:afterAutospacing="off" w:line="360" w:lineRule="auto"/>
        <w:ind w:left="0" w:right="0"/>
        <w:jc w:val="left"/>
        <w:rPr>
          <w:rFonts w:ascii="Aptos" w:hAnsi="Aptos"/>
          <w:color w:val="0070C0"/>
          <w:sz w:val="32"/>
          <w:szCs w:val="32"/>
        </w:rPr>
      </w:pPr>
      <w:r w:rsidRPr="3469A254" w:rsidR="4E4ADCC0">
        <w:rPr>
          <w:rFonts w:ascii="Aptos" w:hAnsi="Aptos"/>
          <w:color w:val="0070C0"/>
          <w:sz w:val="32"/>
          <w:szCs w:val="32"/>
        </w:rPr>
        <w:t>Fit for Thought</w:t>
      </w:r>
    </w:p>
    <w:p w:rsidR="4E4ADCC0" w:rsidP="3469A254" w:rsidRDefault="4E4ADCC0" w14:paraId="707F6375" w14:textId="3C0AE967">
      <w:pPr>
        <w:pStyle w:val="Normal"/>
        <w:bidi w:val="0"/>
        <w:spacing w:before="0" w:beforeAutospacing="off" w:after="200" w:afterAutospacing="off" w:line="360" w:lineRule="auto"/>
        <w:ind w:left="0" w:right="0"/>
        <w:jc w:val="left"/>
      </w:pPr>
      <w:r w:rsidRPr="3469A254" w:rsidR="4E4ADCC0">
        <w:rPr>
          <w:rFonts w:ascii="Aptos" w:hAnsi="Aptos" w:eastAsia="Aptos" w:cs="Aptos"/>
          <w:b w:val="0"/>
          <w:bCs w:val="0"/>
          <w:i w:val="0"/>
          <w:iCs w:val="0"/>
          <w:noProof w:val="0"/>
          <w:sz w:val="28"/>
          <w:szCs w:val="28"/>
          <w:lang w:val="en-US"/>
        </w:rPr>
        <w:t>Did you know we have a fitness center on campus?</w:t>
      </w:r>
    </w:p>
    <w:p w:rsidR="4E4ADCC0" w:rsidP="3469A254" w:rsidRDefault="4E4ADCC0" w14:paraId="5AF5E2E7" w14:textId="17CE99E8">
      <w:pPr>
        <w:pStyle w:val="Normal"/>
        <w:bidi w:val="0"/>
        <w:spacing w:before="0" w:beforeAutospacing="off" w:after="200" w:afterAutospacing="off" w:line="360" w:lineRule="auto"/>
        <w:ind w:left="0" w:right="0"/>
        <w:jc w:val="left"/>
        <w:rPr>
          <w:rFonts w:ascii="Aptos" w:hAnsi="Aptos" w:eastAsia="Aptos" w:cs="Aptos"/>
          <w:b w:val="0"/>
          <w:bCs w:val="0"/>
          <w:i w:val="0"/>
          <w:iCs w:val="0"/>
          <w:noProof w:val="0"/>
          <w:sz w:val="28"/>
          <w:szCs w:val="28"/>
          <w:lang w:val="en-US"/>
        </w:rPr>
      </w:pPr>
      <w:r w:rsidRPr="3469A254" w:rsidR="4E4ADCC0">
        <w:rPr>
          <w:rFonts w:ascii="Aptos" w:hAnsi="Aptos" w:eastAsia="Aptos" w:cs="Aptos"/>
          <w:b w:val="0"/>
          <w:bCs w:val="0"/>
          <w:i w:val="0"/>
          <w:iCs w:val="0"/>
          <w:noProof w:val="0"/>
          <w:sz w:val="28"/>
          <w:szCs w:val="28"/>
          <w:lang w:val="en-US"/>
        </w:rPr>
        <w:t>Visit them in ASC 204 and follow them on Instagram @SCSU_RECFIT</w:t>
      </w:r>
    </w:p>
    <w:p w:rsidR="4E4ADCC0" w:rsidP="3469A254" w:rsidRDefault="4E4ADCC0" w14:paraId="3C03D1E4" w14:textId="5AD9CD9E">
      <w:pPr>
        <w:bidi w:val="0"/>
        <w:spacing w:before="240" w:beforeAutospacing="off" w:after="240" w:afterAutospacing="off" w:line="360" w:lineRule="auto"/>
      </w:pPr>
      <w:r w:rsidRPr="3469A254" w:rsidR="4E4ADCC0">
        <w:rPr>
          <w:rFonts w:ascii="Aptos" w:hAnsi="Aptos" w:eastAsia="Aptos" w:cs="Aptos"/>
          <w:b w:val="0"/>
          <w:bCs w:val="0"/>
          <w:i w:val="0"/>
          <w:iCs w:val="0"/>
          <w:caps w:val="0"/>
          <w:smallCaps w:val="0"/>
          <w:noProof w:val="0"/>
          <w:color w:val="auto"/>
          <w:sz w:val="28"/>
          <w:szCs w:val="28"/>
          <w:lang w:val="en-US"/>
        </w:rPr>
        <w:t>Get active with these fitness groups/activities:</w:t>
      </w:r>
    </w:p>
    <w:p w:rsidR="4E4ADCC0" w:rsidP="3469A254" w:rsidRDefault="4E4ADCC0" w14:paraId="11717FA7" w14:textId="267B131C">
      <w:pPr>
        <w:bidi w:val="0"/>
        <w:spacing w:before="240" w:beforeAutospacing="off" w:after="240" w:afterAutospacing="off" w:line="360" w:lineRule="auto"/>
      </w:pPr>
      <w:r w:rsidRPr="3469A254" w:rsidR="4E4ADCC0">
        <w:rPr>
          <w:rFonts w:ascii="Aptos" w:hAnsi="Aptos" w:eastAsia="Aptos" w:cs="Aptos"/>
          <w:b w:val="0"/>
          <w:bCs w:val="0"/>
          <w:i w:val="0"/>
          <w:iCs w:val="0"/>
          <w:caps w:val="0"/>
          <w:smallCaps w:val="0"/>
          <w:noProof w:val="0"/>
          <w:sz w:val="28"/>
          <w:szCs w:val="28"/>
          <w:lang w:val="en-US"/>
        </w:rPr>
        <w:t>Pilates w/ Kaila - Mondays at 5pm &amp; Wednesdays at 6pm</w:t>
      </w:r>
    </w:p>
    <w:p w:rsidR="4E4ADCC0" w:rsidP="3469A254" w:rsidRDefault="4E4ADCC0" w14:paraId="2B015795" w14:textId="367AB705">
      <w:pPr>
        <w:pStyle w:val="Normal"/>
        <w:bidi w:val="0"/>
        <w:spacing w:before="0" w:beforeAutospacing="off" w:after="200" w:afterAutospacing="off" w:line="360" w:lineRule="auto"/>
        <w:ind w:left="0" w:right="0"/>
        <w:jc w:val="left"/>
      </w:pPr>
      <w:r w:rsidRPr="3469A254" w:rsidR="4E4ADCC0">
        <w:rPr>
          <w:rFonts w:ascii="Aptos" w:hAnsi="Aptos" w:eastAsia="Aptos" w:cs="Aptos"/>
          <w:b w:val="0"/>
          <w:bCs w:val="0"/>
          <w:i w:val="0"/>
          <w:iCs w:val="0"/>
          <w:noProof w:val="0"/>
          <w:sz w:val="28"/>
          <w:szCs w:val="28"/>
          <w:lang w:val="en-US"/>
        </w:rPr>
        <w:t>Yoga Flow w/ Dominique – Tuesdays at 4:30pm</w:t>
      </w:r>
    </w:p>
    <w:p w:rsidR="4E4ADCC0" w:rsidP="3469A254" w:rsidRDefault="4E4ADCC0" w14:paraId="2C196A0B" w14:textId="38CFFCD0">
      <w:pPr>
        <w:pStyle w:val="Normal"/>
        <w:bidi w:val="0"/>
        <w:spacing w:before="0" w:beforeAutospacing="off" w:after="200" w:afterAutospacing="off" w:line="360" w:lineRule="auto"/>
        <w:ind w:left="0" w:right="0"/>
        <w:jc w:val="left"/>
      </w:pPr>
      <w:r w:rsidRPr="3469A254" w:rsidR="4E4ADCC0">
        <w:rPr>
          <w:rFonts w:ascii="Aptos" w:hAnsi="Aptos" w:eastAsia="Aptos" w:cs="Aptos"/>
          <w:b w:val="0"/>
          <w:bCs w:val="0"/>
          <w:i w:val="0"/>
          <w:iCs w:val="0"/>
          <w:noProof w:val="0"/>
          <w:sz w:val="28"/>
          <w:szCs w:val="28"/>
          <w:lang w:val="en-US"/>
        </w:rPr>
        <w:t>Power Up w/ Tori – Thursdays at 5:00pm</w:t>
      </w:r>
    </w:p>
    <w:p w:rsidR="674BE70A" w:rsidP="385611CD" w:rsidRDefault="674BE70A" w14:paraId="7CF00C8E" w14:textId="339896E6">
      <w:pPr>
        <w:pStyle w:val="Heading2"/>
        <w:spacing w:line="360" w:lineRule="auto"/>
        <w:rPr>
          <w:rFonts w:ascii="Aptos" w:hAnsi="Aptos"/>
          <w:color w:val="0070C0"/>
          <w:sz w:val="32"/>
          <w:szCs w:val="32"/>
        </w:rPr>
      </w:pPr>
      <w:r w:rsidRPr="385611CD" w:rsidR="674BE70A">
        <w:rPr>
          <w:rFonts w:ascii="Aptos" w:hAnsi="Aptos"/>
          <w:color w:val="0070C0"/>
          <w:sz w:val="32"/>
          <w:szCs w:val="32"/>
        </w:rPr>
        <w:t xml:space="preserve"> Quick Chats</w:t>
      </w:r>
    </w:p>
    <w:p w:rsidR="0CEACB1E" w:rsidP="25A68C54" w:rsidRDefault="0CEACB1E" w14:paraId="0EBBD038" w14:textId="0C0BAF7C">
      <w:pPr>
        <w:pStyle w:val="Normal"/>
        <w:suppressLineNumbers w:val="0"/>
        <w:bidi w:val="0"/>
        <w:spacing w:before="0" w:beforeAutospacing="off" w:after="200" w:afterAutospacing="off" w:line="360" w:lineRule="auto"/>
        <w:ind w:left="0" w:right="0"/>
        <w:jc w:val="left"/>
        <w:rPr>
          <w:rFonts w:ascii="Aptos" w:hAnsi="Aptos" w:eastAsia="ＭＳ ゴシック" w:cs="" w:eastAsiaTheme="majorEastAsia" w:cstheme="majorBidi"/>
          <w:b w:val="1"/>
          <w:bCs w:val="1"/>
          <w:color w:val="0070C0"/>
          <w:sz w:val="28"/>
          <w:szCs w:val="28"/>
        </w:rPr>
      </w:pPr>
      <w:r w:rsidRPr="385611CD" w:rsidR="45CC4C81">
        <w:rPr>
          <w:rFonts w:ascii="Aptos" w:hAnsi="Aptos" w:eastAsia="ＭＳ ゴシック" w:cs="" w:eastAsiaTheme="majorEastAsia" w:cstheme="majorBidi"/>
          <w:b w:val="1"/>
          <w:bCs w:val="1"/>
          <w:color w:val="0070C0"/>
          <w:sz w:val="28"/>
          <w:szCs w:val="28"/>
        </w:rPr>
        <w:t>Myth or Miss?</w:t>
      </w:r>
    </w:p>
    <w:p w:rsidR="3D2F817F" w:rsidP="3469A254" w:rsidRDefault="3D2F817F" w14:paraId="3E14C041" w14:textId="63248CD7">
      <w:pPr>
        <w:pStyle w:val="Normal"/>
        <w:spacing w:before="240" w:beforeAutospacing="off" w:after="240" w:afterAutospacing="off" w:line="360" w:lineRule="auto"/>
        <w:rPr>
          <w:rFonts w:ascii="Aptos" w:hAnsi="Aptos" w:eastAsia="Aptos" w:cs="Aptos"/>
          <w:b w:val="0"/>
          <w:bCs w:val="0"/>
          <w:i w:val="0"/>
          <w:iCs w:val="0"/>
          <w:noProof w:val="0"/>
          <w:sz w:val="28"/>
          <w:szCs w:val="28"/>
          <w:lang w:val="en-US"/>
        </w:rPr>
      </w:pPr>
      <w:r w:rsidRPr="3469A254" w:rsidR="3D2F817F">
        <w:rPr>
          <w:rFonts w:ascii="Aptos" w:hAnsi="Aptos" w:eastAsia="Aptos" w:cs="Aptos"/>
          <w:b w:val="0"/>
          <w:bCs w:val="0"/>
          <w:i w:val="0"/>
          <w:iCs w:val="0"/>
          <w:noProof w:val="0"/>
          <w:sz w:val="28"/>
          <w:szCs w:val="28"/>
          <w:lang w:val="en-US"/>
        </w:rPr>
        <w:t>“You only need to take care of your mental health if you have a mental health condition.”</w:t>
      </w:r>
    </w:p>
    <w:p w:rsidR="2BB75C3B" w:rsidP="3469A254" w:rsidRDefault="2BB75C3B" w14:paraId="6F937FED" w14:textId="0C378FF6">
      <w:pPr>
        <w:pStyle w:val="Normal"/>
        <w:suppressLineNumbers w:val="0"/>
        <w:bidi w:val="0"/>
        <w:spacing w:before="240" w:beforeAutospacing="off" w:after="240" w:afterAutospacing="off" w:line="360" w:lineRule="auto"/>
        <w:ind w:left="0" w:right="0"/>
        <w:jc w:val="left"/>
        <w:rPr>
          <w:rFonts w:ascii="Aptos" w:hAnsi="Aptos" w:eastAsia="Aptos" w:cs="Aptos"/>
          <w:b w:val="0"/>
          <w:bCs w:val="0"/>
          <w:i w:val="0"/>
          <w:iCs w:val="0"/>
          <w:caps w:val="0"/>
          <w:smallCaps w:val="0"/>
          <w:noProof w:val="0"/>
          <w:sz w:val="28"/>
          <w:szCs w:val="28"/>
          <w:lang w:val="en-US"/>
        </w:rPr>
      </w:pPr>
      <w:r w:rsidRPr="3469A254" w:rsidR="3D2F817F">
        <w:rPr>
          <w:rFonts w:ascii="Aptos" w:hAnsi="Aptos" w:eastAsia="Aptos" w:cs="Aptos"/>
          <w:b w:val="0"/>
          <w:bCs w:val="0"/>
          <w:i w:val="0"/>
          <w:iCs w:val="0"/>
          <w:caps w:val="0"/>
          <w:smallCaps w:val="0"/>
          <w:noProof w:val="0"/>
          <w:sz w:val="28"/>
          <w:szCs w:val="28"/>
          <w:lang w:val="en-US"/>
        </w:rPr>
        <w:t>This is a m</w:t>
      </w:r>
      <w:r w:rsidRPr="3469A254" w:rsidR="64A737A2">
        <w:rPr>
          <w:rFonts w:ascii="Aptos" w:hAnsi="Aptos" w:eastAsia="Aptos" w:cs="Aptos"/>
          <w:b w:val="0"/>
          <w:bCs w:val="0"/>
          <w:i w:val="0"/>
          <w:iCs w:val="0"/>
          <w:caps w:val="0"/>
          <w:smallCaps w:val="0"/>
          <w:noProof w:val="0"/>
          <w:sz w:val="28"/>
          <w:szCs w:val="28"/>
          <w:lang w:val="en-US"/>
        </w:rPr>
        <w:t>yth</w:t>
      </w:r>
    </w:p>
    <w:p w:rsidR="003436F2" w:rsidP="25A68C54" w:rsidRDefault="003436F2" w14:paraId="4BD5B93C" w14:textId="5269CBE0">
      <w:pPr>
        <w:spacing w:line="360" w:lineRule="auto"/>
        <w:rPr>
          <w:rFonts w:ascii="Aptos" w:hAnsi="Aptos" w:eastAsia="ＭＳ ゴシック" w:cs="" w:eastAsiaTheme="majorEastAsia" w:cstheme="majorBidi"/>
          <w:b w:val="1"/>
          <w:bCs w:val="1"/>
          <w:color w:val="0070C0" w:themeColor="accent1"/>
          <w:sz w:val="28"/>
          <w:szCs w:val="28"/>
        </w:rPr>
      </w:pPr>
      <w:r w:rsidRPr="3469A254" w:rsidR="039DD335">
        <w:rPr>
          <w:rFonts w:ascii="Aptos" w:hAnsi="Aptos" w:eastAsia="ＭＳ ゴシック" w:cs="" w:eastAsiaTheme="majorEastAsia" w:cstheme="majorBidi"/>
          <w:b w:val="1"/>
          <w:bCs w:val="1"/>
          <w:color w:val="0070C0"/>
          <w:sz w:val="28"/>
          <w:szCs w:val="28"/>
        </w:rPr>
        <w:t>Self-Care Share</w:t>
      </w:r>
    </w:p>
    <w:p w:rsidR="54D0C8A5" w:rsidP="3469A254" w:rsidRDefault="54D0C8A5" w14:paraId="2040104F" w14:textId="2512135D">
      <w:pPr>
        <w:pStyle w:val="Normal"/>
        <w:spacing w:line="360" w:lineRule="auto"/>
      </w:pPr>
      <w:r w:rsidRPr="3469A254" w:rsidR="54D0C8A5">
        <w:rPr>
          <w:rFonts w:ascii="Aptos" w:hAnsi="Aptos" w:eastAsia="Aptos" w:cs="Aptos"/>
          <w:b w:val="1"/>
          <w:bCs w:val="1"/>
          <w:i w:val="0"/>
          <w:iCs w:val="0"/>
          <w:noProof w:val="0"/>
          <w:sz w:val="28"/>
          <w:szCs w:val="28"/>
          <w:lang w:val="en-US"/>
        </w:rPr>
        <w:t>Pay attention to what leaves you feeling drained, overwhelmed, or stressed. This is your body’s way of signaling that your boundaries need adjusting.</w:t>
      </w:r>
    </w:p>
    <w:p w:rsidR="00867C30" w:rsidP="25A68C54" w:rsidRDefault="00867C30" w14:paraId="616E7AF4" w14:textId="57B7CFD0">
      <w:pPr>
        <w:pStyle w:val="Normal"/>
        <w:spacing w:line="360" w:lineRule="auto"/>
        <w:rPr>
          <w:rFonts w:ascii="Aptos" w:hAnsi="Aptos" w:eastAsia="ＭＳ ゴシック" w:cs="" w:eastAsiaTheme="majorEastAsia" w:cstheme="majorBidi"/>
          <w:b w:val="1"/>
          <w:bCs w:val="1"/>
          <w:color w:val="0070C0" w:themeColor="accent1"/>
          <w:sz w:val="28"/>
          <w:szCs w:val="28"/>
        </w:rPr>
      </w:pPr>
      <w:r w:rsidRPr="385611CD" w:rsidR="5629FCE6">
        <w:rPr>
          <w:rFonts w:ascii="Aptos" w:hAnsi="Aptos" w:eastAsia="Aptos" w:cs="Aptos"/>
          <w:b w:val="1"/>
          <w:bCs w:val="1"/>
          <w:i w:val="0"/>
          <w:iCs w:val="0"/>
          <w:noProof w:val="0"/>
          <w:color w:val="0070C0"/>
          <w:sz w:val="28"/>
          <w:szCs w:val="28"/>
          <w:lang w:val="en-US"/>
        </w:rPr>
        <w:t>Relationship Real Talk</w:t>
      </w:r>
      <w:r w:rsidRPr="385611CD" w:rsidR="5629FCE6">
        <w:rPr>
          <w:rFonts w:ascii="Aptos" w:hAnsi="Aptos" w:eastAsia="ＭＳ ゴシック" w:cs="" w:eastAsiaTheme="majorEastAsia" w:cstheme="majorBidi"/>
          <w:b w:val="1"/>
          <w:bCs w:val="1"/>
          <w:color w:val="0070C0"/>
          <w:sz w:val="28"/>
          <w:szCs w:val="28"/>
        </w:rPr>
        <w:t xml:space="preserve"> </w:t>
      </w:r>
    </w:p>
    <w:p w:rsidR="010BACFB" w:rsidP="3469A254" w:rsidRDefault="010BACFB" w14:paraId="1854CEBB" w14:textId="5A53598D">
      <w:pPr>
        <w:pStyle w:val="Normal"/>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469A254" w:rsidR="78C15D6E">
        <w:rPr>
          <w:rFonts w:ascii="Aptos" w:hAnsi="Aptos" w:eastAsia="Aptos" w:cs="Aptos"/>
          <w:b w:val="0"/>
          <w:bCs w:val="0"/>
          <w:i w:val="0"/>
          <w:iCs w:val="0"/>
          <w:caps w:val="0"/>
          <w:smallCaps w:val="0"/>
          <w:noProof w:val="0"/>
          <w:sz w:val="28"/>
          <w:szCs w:val="28"/>
          <w:lang w:val="en-US"/>
        </w:rPr>
        <w:t xml:space="preserve">A SCSU </w:t>
      </w:r>
      <w:r w:rsidRPr="3469A254" w:rsidR="78C15D6E">
        <w:rPr>
          <w:rFonts w:ascii="Aptos" w:hAnsi="Aptos" w:eastAsia="Aptos" w:cs="Aptos"/>
          <w:noProof w:val="0"/>
          <w:sz w:val="28"/>
          <w:szCs w:val="28"/>
          <w:lang w:val="en-US"/>
        </w:rPr>
        <w:t>student</w:t>
      </w:r>
      <w:r w:rsidRPr="3469A254" w:rsidR="78C15D6E">
        <w:rPr>
          <w:rFonts w:ascii="Aptos" w:hAnsi="Aptos" w:eastAsia="Aptos" w:cs="Aptos"/>
          <w:b w:val="0"/>
          <w:bCs w:val="0"/>
          <w:i w:val="0"/>
          <w:iCs w:val="0"/>
          <w:caps w:val="0"/>
          <w:smallCaps w:val="0"/>
          <w:noProof w:val="0"/>
          <w:sz w:val="28"/>
          <w:szCs w:val="28"/>
          <w:lang w:val="en-US"/>
        </w:rPr>
        <w:t xml:space="preserve"> asked:</w:t>
      </w:r>
    </w:p>
    <w:p w:rsidR="2E1B4858" w:rsidP="3469A254" w:rsidRDefault="2E1B4858" w14:paraId="3A05E674" w14:textId="25D43DC6">
      <w:pPr>
        <w:pStyle w:val="Normal"/>
        <w:spacing w:before="240" w:beforeAutospacing="off" w:after="240" w:afterAutospacing="off" w:line="360" w:lineRule="auto"/>
      </w:pPr>
      <w:r w:rsidRPr="3469A254" w:rsidR="2E1B4858">
        <w:rPr>
          <w:rFonts w:ascii="Aptos" w:hAnsi="Aptos" w:eastAsia="Aptos" w:cs="Aptos"/>
          <w:b w:val="1"/>
          <w:bCs w:val="1"/>
          <w:i w:val="0"/>
          <w:iCs w:val="0"/>
          <w:noProof w:val="0"/>
          <w:sz w:val="28"/>
          <w:szCs w:val="28"/>
          <w:lang w:val="en-US"/>
        </w:rPr>
        <w:t>“How do you maintain your sense of self while being in a relationship?”</w:t>
      </w:r>
    </w:p>
    <w:p w:rsidR="010BACFB" w:rsidP="3469A254" w:rsidRDefault="010BACFB" w14:paraId="711E2D5B" w14:textId="79FF398C">
      <w:pPr>
        <w:pStyle w:val="Normal"/>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469A254" w:rsidR="78C15D6E">
        <w:rPr>
          <w:rFonts w:ascii="Aptos" w:hAnsi="Aptos" w:eastAsia="Aptos" w:cs="Aptos"/>
          <w:b w:val="0"/>
          <w:bCs w:val="0"/>
          <w:i w:val="0"/>
          <w:iCs w:val="0"/>
          <w:caps w:val="0"/>
          <w:smallCaps w:val="0"/>
          <w:noProof w:val="0"/>
          <w:sz w:val="28"/>
          <w:szCs w:val="28"/>
          <w:lang w:val="en-US"/>
        </w:rPr>
        <w:t>We answered</w:t>
      </w:r>
      <w:r w:rsidRPr="3469A254" w:rsidR="78C15D6E">
        <w:rPr>
          <w:rFonts w:ascii="Aptos" w:hAnsi="Aptos" w:eastAsia="Aptos" w:cs="Aptos"/>
          <w:noProof w:val="0"/>
          <w:sz w:val="28"/>
          <w:szCs w:val="28"/>
          <w:lang w:val="en-US"/>
        </w:rPr>
        <w:t xml:space="preserve">, </w:t>
      </w:r>
      <w:r w:rsidRPr="3469A254" w:rsidR="2BF7744C">
        <w:rPr>
          <w:rFonts w:ascii="Aptos" w:hAnsi="Aptos" w:eastAsia="Aptos" w:cs="Aptos"/>
          <w:noProof w:val="0"/>
          <w:sz w:val="28"/>
          <w:szCs w:val="28"/>
          <w:lang w:val="en-US"/>
        </w:rPr>
        <w:t>"Maintain</w:t>
      </w:r>
      <w:r w:rsidRPr="3469A254" w:rsidR="2BF7744C">
        <w:rPr>
          <w:rFonts w:ascii="Aptos" w:hAnsi="Aptos" w:eastAsia="Aptos" w:cs="Aptos"/>
          <w:b w:val="0"/>
          <w:bCs w:val="0"/>
          <w:i w:val="0"/>
          <w:iCs w:val="0"/>
          <w:noProof w:val="0"/>
          <w:sz w:val="28"/>
          <w:szCs w:val="28"/>
          <w:lang w:val="en-US"/>
        </w:rPr>
        <w:t xml:space="preserve"> your individuality by pursuing personal hobbies and interests, while also keeping strong friendships outside of the relationship. Open communication with your partner about your needs ensures mutual understanding and respect for personal space and growth.</w:t>
      </w:r>
      <w:r w:rsidRPr="3469A254" w:rsidR="78C15D6E">
        <w:rPr>
          <w:rFonts w:ascii="Aptos" w:hAnsi="Aptos" w:eastAsia="Aptos" w:cs="Aptos"/>
          <w:b w:val="0"/>
          <w:bCs w:val="0"/>
          <w:i w:val="0"/>
          <w:iCs w:val="0"/>
          <w:caps w:val="0"/>
          <w:smallCaps w:val="0"/>
          <w:noProof w:val="0"/>
          <w:sz w:val="28"/>
          <w:szCs w:val="28"/>
          <w:lang w:val="en-US"/>
        </w:rPr>
        <w:t>”</w:t>
      </w:r>
    </w:p>
    <w:p w:rsidR="010BACFB" w:rsidP="385611CD" w:rsidRDefault="010BACFB" w14:paraId="09DE27A3" w14:textId="6A0B18CC">
      <w:pPr>
        <w:spacing w:line="360" w:lineRule="auto"/>
        <w:rPr>
          <w:rFonts w:ascii="Aptos" w:hAnsi="Aptos"/>
          <w:b w:val="1"/>
          <w:bCs w:val="1"/>
          <w:color w:val="0070C0"/>
          <w:sz w:val="28"/>
          <w:szCs w:val="28"/>
        </w:rPr>
      </w:pPr>
      <w:r w:rsidRPr="385611CD" w:rsidR="010BACFB">
        <w:rPr>
          <w:rFonts w:ascii="Aptos" w:hAnsi="Aptos"/>
          <w:b w:val="1"/>
          <w:bCs w:val="1"/>
          <w:color w:val="0070C0"/>
          <w:sz w:val="28"/>
          <w:szCs w:val="28"/>
        </w:rPr>
        <w:t>SCSU Resources that can support your mental health:</w:t>
      </w:r>
      <w:r w:rsidRPr="385611CD" w:rsidR="010BACFB">
        <w:rPr>
          <w:rFonts w:ascii="Aptos" w:hAnsi="Aptos"/>
          <w:b w:val="1"/>
          <w:bCs w:val="1"/>
          <w:color w:val="0070C0"/>
          <w:sz w:val="28"/>
          <w:szCs w:val="28"/>
        </w:rPr>
        <w:t xml:space="preserve"> </w:t>
      </w:r>
    </w:p>
    <w:p w:rsidR="010BACFB" w:rsidP="385611CD" w:rsidRDefault="010BACFB" w14:paraId="7053F29D">
      <w:pPr>
        <w:pStyle w:val="ListParagraph"/>
        <w:numPr>
          <w:ilvl w:val="0"/>
          <w:numId w:val="15"/>
        </w:numPr>
        <w:spacing w:line="360" w:lineRule="auto"/>
        <w:rPr>
          <w:rFonts w:ascii="Aptos" w:hAnsi="Aptos"/>
          <w:sz w:val="28"/>
          <w:szCs w:val="28"/>
        </w:rPr>
      </w:pPr>
      <w:r w:rsidRPr="385611CD" w:rsidR="010BACFB">
        <w:rPr>
          <w:rFonts w:ascii="Aptos" w:hAnsi="Aptos"/>
          <w:sz w:val="28"/>
          <w:szCs w:val="28"/>
        </w:rPr>
        <w:t>Counseling Services (ENG B219)</w:t>
      </w:r>
    </w:p>
    <w:p w:rsidR="010BACFB" w:rsidP="385611CD" w:rsidRDefault="010BACFB" w14:paraId="59BCC092">
      <w:pPr>
        <w:pStyle w:val="ListParagraph"/>
        <w:numPr>
          <w:ilvl w:val="0"/>
          <w:numId w:val="15"/>
        </w:numPr>
        <w:spacing w:line="360" w:lineRule="auto"/>
        <w:rPr>
          <w:rFonts w:ascii="Aptos" w:hAnsi="Aptos"/>
          <w:sz w:val="28"/>
          <w:szCs w:val="28"/>
        </w:rPr>
      </w:pPr>
      <w:r w:rsidRPr="385611CD" w:rsidR="010BACFB">
        <w:rPr>
          <w:rFonts w:ascii="Aptos" w:hAnsi="Aptos"/>
          <w:sz w:val="28"/>
          <w:szCs w:val="28"/>
        </w:rPr>
        <w:t>VPAS (SCHWARTZ 100)</w:t>
      </w:r>
    </w:p>
    <w:p w:rsidR="010BACFB" w:rsidP="385611CD" w:rsidRDefault="010BACFB" w14:paraId="3491FA7F" w14:textId="7976CC40">
      <w:pPr>
        <w:pStyle w:val="ListParagraph"/>
        <w:numPr>
          <w:ilvl w:val="0"/>
          <w:numId w:val="15"/>
        </w:numPr>
        <w:spacing w:line="360" w:lineRule="auto"/>
        <w:rPr>
          <w:rFonts w:ascii="Aptos" w:hAnsi="Aptos"/>
          <w:sz w:val="28"/>
          <w:szCs w:val="28"/>
        </w:rPr>
      </w:pPr>
      <w:r w:rsidRPr="385611CD" w:rsidR="010BACFB">
        <w:rPr>
          <w:rFonts w:ascii="Aptos" w:hAnsi="Aptos"/>
          <w:sz w:val="28"/>
          <w:szCs w:val="28"/>
        </w:rPr>
        <w:t>Alcohol and Other Drug Recovery Services (SCHWARTZ 101)</w:t>
      </w:r>
    </w:p>
    <w:p w:rsidR="010BACFB" w:rsidP="385611CD" w:rsidRDefault="010BACFB" w14:paraId="47C35F54" w14:textId="098460CC">
      <w:pPr>
        <w:pStyle w:val="ListParagraph"/>
        <w:numPr>
          <w:ilvl w:val="0"/>
          <w:numId w:val="15"/>
        </w:numPr>
        <w:spacing w:line="360" w:lineRule="auto"/>
        <w:rPr>
          <w:rFonts w:ascii="Aptos" w:hAnsi="Aptos"/>
          <w:sz w:val="28"/>
          <w:szCs w:val="28"/>
        </w:rPr>
      </w:pPr>
      <w:r w:rsidRPr="3469A254" w:rsidR="78C15D6E">
        <w:rPr>
          <w:rFonts w:ascii="Aptos" w:hAnsi="Aptos"/>
          <w:sz w:val="28"/>
          <w:szCs w:val="28"/>
        </w:rPr>
        <w:t>CASAS (BULEY 303)</w:t>
      </w:r>
    </w:p>
    <w:p w:rsidR="0B416399" w:rsidP="3469A254" w:rsidRDefault="0B416399" w14:paraId="09CD3E1B" w14:textId="319DDD34">
      <w:pPr>
        <w:pStyle w:val="Heading2"/>
        <w:spacing w:line="360" w:lineRule="auto"/>
      </w:pPr>
      <w:r w:rsidRPr="3469A254" w:rsidR="0B416399">
        <w:rPr>
          <w:rFonts w:ascii="Aptos" w:hAnsi="Aptos"/>
          <w:color w:val="0070C0"/>
          <w:sz w:val="32"/>
          <w:szCs w:val="32"/>
        </w:rPr>
        <w:t>Thrive at Southern</w:t>
      </w:r>
    </w:p>
    <w:p w:rsidR="0B416399" w:rsidP="3469A254" w:rsidRDefault="0B416399" w14:paraId="773E89EC" w14:textId="53B602DD">
      <w:pPr>
        <w:pStyle w:val="Normal"/>
        <w:spacing w:line="360" w:lineRule="auto"/>
      </w:pPr>
      <w:r w:rsidRPr="3469A254" w:rsidR="0B416399">
        <w:rPr>
          <w:rFonts w:ascii="Aptos" w:hAnsi="Aptos" w:eastAsia="Aptos" w:cs="Aptos"/>
          <w:b w:val="0"/>
          <w:bCs w:val="0"/>
          <w:i w:val="0"/>
          <w:iCs w:val="0"/>
          <w:noProof w:val="0"/>
          <w:sz w:val="28"/>
          <w:szCs w:val="28"/>
          <w:lang w:val="en-US"/>
        </w:rPr>
        <w:t xml:space="preserve">Your success starts with your wellbeing. Get </w:t>
      </w:r>
      <w:r w:rsidRPr="3469A254" w:rsidR="0B416399">
        <w:rPr>
          <w:rFonts w:ascii="Aptos" w:hAnsi="Aptos" w:eastAsia="Aptos" w:cs="Aptos"/>
          <w:b w:val="1"/>
          <w:bCs w:val="1"/>
          <w:i w:val="0"/>
          <w:iCs w:val="0"/>
          <w:noProof w:val="0"/>
          <w:sz w:val="28"/>
          <w:szCs w:val="28"/>
          <w:lang w:val="en-US"/>
        </w:rPr>
        <w:t>free</w:t>
      </w:r>
      <w:r w:rsidRPr="3469A254" w:rsidR="0B416399">
        <w:rPr>
          <w:rFonts w:ascii="Aptos" w:hAnsi="Aptos" w:eastAsia="Aptos" w:cs="Aptos"/>
          <w:b w:val="0"/>
          <w:bCs w:val="0"/>
          <w:i w:val="0"/>
          <w:iCs w:val="0"/>
          <w:noProof w:val="0"/>
          <w:sz w:val="28"/>
          <w:szCs w:val="28"/>
          <w:lang w:val="en-US"/>
        </w:rPr>
        <w:t>, comprehensive support for your mind, body, and future. From counseling and health services to advocacy and recovery, we’re here for you.</w:t>
      </w:r>
    </w:p>
    <w:p w:rsidR="0B416399" w:rsidP="3469A254" w:rsidRDefault="0B416399" w14:paraId="0875C188" w14:textId="47742FAF">
      <w:pPr>
        <w:pStyle w:val="Normal"/>
        <w:spacing w:line="360" w:lineRule="auto"/>
      </w:pPr>
      <w:r w:rsidRPr="3469A254" w:rsidR="0B416399">
        <w:rPr>
          <w:rFonts w:ascii="Aptos" w:hAnsi="Aptos" w:eastAsia="Aptos" w:cs="Aptos"/>
          <w:b w:val="0"/>
          <w:bCs w:val="0"/>
          <w:i w:val="0"/>
          <w:iCs w:val="0"/>
          <w:noProof w:val="0"/>
          <w:sz w:val="28"/>
          <w:szCs w:val="28"/>
          <w:lang w:val="en-US"/>
        </w:rPr>
        <w:t>Find support at:</w:t>
      </w:r>
    </w:p>
    <w:p w:rsidR="0B416399" w:rsidP="3469A254" w:rsidRDefault="0B416399" w14:paraId="08A91F12" w14:textId="176830C8">
      <w:pPr>
        <w:pStyle w:val="ListParagraph"/>
        <w:numPr>
          <w:ilvl w:val="0"/>
          <w:numId w:val="24"/>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469A254" w:rsidR="0B416399">
        <w:rPr>
          <w:rFonts w:ascii="Aptos" w:hAnsi="Aptos" w:eastAsia="Aptos" w:cs="Aptos"/>
          <w:b w:val="0"/>
          <w:bCs w:val="0"/>
          <w:i w:val="0"/>
          <w:iCs w:val="0"/>
          <w:caps w:val="0"/>
          <w:smallCaps w:val="0"/>
          <w:noProof w:val="0"/>
          <w:sz w:val="28"/>
          <w:szCs w:val="28"/>
          <w:lang w:val="en-US"/>
        </w:rPr>
        <w:t>Counseling Services – Engleman Hall B-219</w:t>
      </w:r>
    </w:p>
    <w:p w:rsidR="0B416399" w:rsidP="3469A254" w:rsidRDefault="0B416399" w14:paraId="3FD5C3A6" w14:textId="0B98052E">
      <w:pPr>
        <w:pStyle w:val="ListParagraph"/>
        <w:numPr>
          <w:ilvl w:val="0"/>
          <w:numId w:val="24"/>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469A254" w:rsidR="0B416399">
        <w:rPr>
          <w:rFonts w:ascii="Aptos" w:hAnsi="Aptos" w:eastAsia="Aptos" w:cs="Aptos"/>
          <w:b w:val="0"/>
          <w:bCs w:val="0"/>
          <w:i w:val="0"/>
          <w:iCs w:val="0"/>
          <w:caps w:val="0"/>
          <w:smallCaps w:val="0"/>
          <w:noProof w:val="0"/>
          <w:sz w:val="28"/>
          <w:szCs w:val="28"/>
          <w:lang w:val="en-US"/>
        </w:rPr>
        <w:t>Health Services – Granoff Hall</w:t>
      </w:r>
    </w:p>
    <w:p w:rsidR="0B416399" w:rsidP="3469A254" w:rsidRDefault="0B416399" w14:paraId="35E7D0A5" w14:textId="6CBB14E9">
      <w:pPr>
        <w:pStyle w:val="ListParagraph"/>
        <w:numPr>
          <w:ilvl w:val="0"/>
          <w:numId w:val="24"/>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469A254" w:rsidR="0B416399">
        <w:rPr>
          <w:rFonts w:ascii="Aptos" w:hAnsi="Aptos" w:eastAsia="Aptos" w:cs="Aptos"/>
          <w:b w:val="0"/>
          <w:bCs w:val="0"/>
          <w:i w:val="0"/>
          <w:iCs w:val="0"/>
          <w:caps w:val="0"/>
          <w:smallCaps w:val="0"/>
          <w:noProof w:val="0"/>
          <w:sz w:val="28"/>
          <w:szCs w:val="28"/>
          <w:lang w:val="en-US"/>
        </w:rPr>
        <w:t xml:space="preserve"> Wellbeing Center: Schwartz Hall</w:t>
      </w:r>
    </w:p>
    <w:p w:rsidR="0B416399" w:rsidP="3469A254" w:rsidRDefault="0B416399" w14:paraId="3A0AE86D" w14:textId="085B6BEF">
      <w:pPr>
        <w:pStyle w:val="ListParagraph"/>
        <w:numPr>
          <w:ilvl w:val="1"/>
          <w:numId w:val="24"/>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469A254" w:rsidR="0B416399">
        <w:rPr>
          <w:rFonts w:ascii="Aptos" w:hAnsi="Aptos" w:eastAsia="Aptos" w:cs="Aptos"/>
          <w:b w:val="0"/>
          <w:bCs w:val="0"/>
          <w:i w:val="0"/>
          <w:iCs w:val="0"/>
          <w:caps w:val="0"/>
          <w:smallCaps w:val="0"/>
          <w:noProof w:val="0"/>
          <w:sz w:val="28"/>
          <w:szCs w:val="28"/>
          <w:lang w:val="en-US"/>
        </w:rPr>
        <w:t>Addiction Recovery Services</w:t>
      </w:r>
    </w:p>
    <w:p w:rsidR="0B416399" w:rsidP="3469A254" w:rsidRDefault="0B416399" w14:paraId="4BF2D5C3" w14:textId="2A43A960">
      <w:pPr>
        <w:pStyle w:val="ListParagraph"/>
        <w:numPr>
          <w:ilvl w:val="1"/>
          <w:numId w:val="24"/>
        </w:numPr>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469A254" w:rsidR="0B416399">
        <w:rPr>
          <w:rFonts w:ascii="Aptos" w:hAnsi="Aptos" w:eastAsia="Aptos" w:cs="Aptos"/>
          <w:b w:val="0"/>
          <w:bCs w:val="0"/>
          <w:i w:val="0"/>
          <w:iCs w:val="0"/>
          <w:caps w:val="0"/>
          <w:smallCaps w:val="0"/>
          <w:noProof w:val="0"/>
          <w:sz w:val="28"/>
          <w:szCs w:val="28"/>
          <w:lang w:val="en-US"/>
        </w:rPr>
        <w:t>Violence Prevention &amp; Victim Advocacy</w:t>
      </w:r>
    </w:p>
    <w:p w:rsidR="57FD9818" w:rsidP="3469A254" w:rsidRDefault="57FD9818" w14:paraId="361C30C3" w14:textId="1A99519E">
      <w:pPr>
        <w:pStyle w:val="Normal"/>
        <w:spacing w:before="240" w:beforeAutospacing="off" w:after="240" w:afterAutospacing="off" w:line="360" w:lineRule="auto"/>
        <w:rPr>
          <w:rFonts w:ascii="Aptos" w:hAnsi="Aptos" w:eastAsia="Aptos" w:cs="Aptos"/>
          <w:sz w:val="28"/>
          <w:szCs w:val="28"/>
        </w:rPr>
      </w:pPr>
      <w:r w:rsidRPr="3469A254" w:rsidR="57FD9818">
        <w:rPr>
          <w:rFonts w:ascii="Aptos" w:hAnsi="Aptos" w:eastAsia="Aptos" w:cs="Aptos"/>
          <w:b w:val="1"/>
          <w:bCs w:val="1"/>
          <w:i w:val="0"/>
          <w:iCs w:val="0"/>
          <w:noProof w:val="0"/>
          <w:sz w:val="28"/>
          <w:szCs w:val="28"/>
          <w:lang w:val="en-US"/>
        </w:rPr>
        <w:t>Click the link to t</w:t>
      </w:r>
      <w:r w:rsidRPr="3469A254" w:rsidR="0B416399">
        <w:rPr>
          <w:rFonts w:ascii="Aptos" w:hAnsi="Aptos" w:eastAsia="Aptos" w:cs="Aptos"/>
          <w:b w:val="1"/>
          <w:bCs w:val="1"/>
          <w:i w:val="0"/>
          <w:iCs w:val="0"/>
          <w:noProof w:val="0"/>
          <w:sz w:val="28"/>
          <w:szCs w:val="28"/>
          <w:lang w:val="en-US"/>
        </w:rPr>
        <w:t xml:space="preserve">ake the first step: </w:t>
      </w:r>
      <w:hyperlink r:id="R6a37db0bd4a441cf">
        <w:r w:rsidRPr="3469A254" w:rsidR="0B416399">
          <w:rPr>
            <w:rStyle w:val="Hyperlink"/>
            <w:rFonts w:ascii="Aptos" w:hAnsi="Aptos" w:eastAsia="Aptos" w:cs="Aptos"/>
            <w:b w:val="1"/>
            <w:bCs w:val="1"/>
            <w:i w:val="0"/>
            <w:iCs w:val="0"/>
            <w:noProof w:val="0"/>
            <w:sz w:val="28"/>
            <w:szCs w:val="28"/>
            <w:lang w:val="en-US"/>
          </w:rPr>
          <w:t>https://forms.office.com/pages/responsepage.aspx?id=Y2hzWA7WzkCVxgcjx-qvZ42bRCNGgKhMuRHk0gXNqE9UQzBWQVUxQ1dESk9XWk1EM1BST0kwMU5NSC4u&amp;route=shorturl</w:t>
        </w:r>
      </w:hyperlink>
    </w:p>
    <w:p w:rsidR="6A7A365E" w:rsidP="3469A254" w:rsidRDefault="6A7A365E" w14:paraId="234F3AF3" w14:textId="331CE572">
      <w:pPr>
        <w:pStyle w:val="Heading2"/>
        <w:spacing w:line="360" w:lineRule="auto"/>
      </w:pPr>
      <w:r w:rsidRPr="3469A254" w:rsidR="6A7A365E">
        <w:rPr>
          <w:rFonts w:ascii="Aptos" w:hAnsi="Aptos" w:eastAsia="ＭＳ ゴシック" w:cs="" w:eastAsiaTheme="majorEastAsia" w:cstheme="majorBidi"/>
          <w:b w:val="1"/>
          <w:bCs w:val="1"/>
          <w:color w:val="0070C0"/>
          <w:sz w:val="32"/>
          <w:szCs w:val="32"/>
        </w:rPr>
        <w:t>Mind Over Chatter: Journal</w:t>
      </w:r>
    </w:p>
    <w:p w:rsidR="6A7A365E" w:rsidP="3469A254" w:rsidRDefault="6A7A365E" w14:paraId="76CF735A" w14:textId="6A906B67">
      <w:pPr>
        <w:pStyle w:val="Normal"/>
        <w:bidi w:val="0"/>
        <w:spacing w:before="200" w:beforeAutospacing="off" w:after="0" w:afterAutospacing="off" w:line="360" w:lineRule="auto"/>
        <w:ind w:left="0" w:right="0"/>
        <w:jc w:val="left"/>
      </w:pPr>
      <w:r w:rsidRPr="3469A254" w:rsidR="6A7A365E">
        <w:rPr>
          <w:rFonts w:ascii="Aptos" w:hAnsi="Aptos" w:eastAsia="Aptos" w:cs="Aptos"/>
          <w:b w:val="0"/>
          <w:bCs w:val="0"/>
          <w:i w:val="0"/>
          <w:iCs w:val="0"/>
          <w:noProof w:val="0"/>
          <w:color w:val="0070C0"/>
          <w:sz w:val="28"/>
          <w:szCs w:val="28"/>
          <w:lang w:val="en-US"/>
        </w:rPr>
        <w:t xml:space="preserve">Ways to Overcome Procrastination: </w:t>
      </w:r>
    </w:p>
    <w:p w:rsidR="6A7A365E" w:rsidP="3469A254" w:rsidRDefault="6A7A365E" w14:paraId="25E14CB7" w14:textId="1C39E376">
      <w:pPr>
        <w:pStyle w:val="ListParagraph"/>
        <w:numPr>
          <w:ilvl w:val="0"/>
          <w:numId w:val="25"/>
        </w:numPr>
        <w:bidi w:val="0"/>
        <w:spacing w:before="200" w:beforeAutospacing="off" w:after="0" w:afterAutospacing="off" w:line="360" w:lineRule="auto"/>
        <w:ind w:right="0"/>
        <w:jc w:val="left"/>
        <w:rPr>
          <w:rFonts w:ascii="Aptos" w:hAnsi="Aptos" w:eastAsia="Aptos" w:cs="Aptos"/>
          <w:b w:val="0"/>
          <w:bCs w:val="0"/>
          <w:i w:val="0"/>
          <w:iCs w:val="0"/>
          <w:noProof w:val="0"/>
          <w:color w:val="auto"/>
          <w:sz w:val="28"/>
          <w:szCs w:val="28"/>
          <w:lang w:val="en-US"/>
        </w:rPr>
      </w:pPr>
      <w:r w:rsidRPr="3469A254" w:rsidR="6A7A365E">
        <w:rPr>
          <w:rFonts w:ascii="Aptos" w:hAnsi="Aptos" w:eastAsia="Aptos" w:cs="Aptos"/>
          <w:b w:val="0"/>
          <w:bCs w:val="0"/>
          <w:i w:val="0"/>
          <w:iCs w:val="0"/>
          <w:noProof w:val="0"/>
          <w:color w:val="auto"/>
          <w:sz w:val="28"/>
          <w:szCs w:val="28"/>
          <w:lang w:val="en-US"/>
        </w:rPr>
        <w:t>Break up tasks into smaller, manageable steps and set clear deadlines to create momentum.</w:t>
      </w:r>
    </w:p>
    <w:p w:rsidR="6A7A365E" w:rsidP="3469A254" w:rsidRDefault="6A7A365E" w14:paraId="2C41A31F" w14:textId="748D850D">
      <w:pPr>
        <w:pStyle w:val="ListParagraph"/>
        <w:numPr>
          <w:ilvl w:val="0"/>
          <w:numId w:val="25"/>
        </w:numPr>
        <w:bidi w:val="0"/>
        <w:spacing w:before="200" w:beforeAutospacing="off" w:after="0" w:afterAutospacing="off" w:line="360" w:lineRule="auto"/>
        <w:ind w:right="0"/>
        <w:jc w:val="left"/>
        <w:rPr>
          <w:rFonts w:ascii="Aptos" w:hAnsi="Aptos" w:eastAsia="Aptos" w:cs="Aptos"/>
          <w:b w:val="0"/>
          <w:bCs w:val="0"/>
          <w:i w:val="0"/>
          <w:iCs w:val="0"/>
          <w:noProof w:val="0"/>
          <w:color w:val="auto"/>
          <w:sz w:val="28"/>
          <w:szCs w:val="28"/>
          <w:lang w:val="en-US"/>
        </w:rPr>
      </w:pPr>
      <w:r w:rsidRPr="3469A254" w:rsidR="6A7A365E">
        <w:rPr>
          <w:rFonts w:ascii="Aptos" w:hAnsi="Aptos" w:eastAsia="Aptos" w:cs="Aptos"/>
          <w:b w:val="0"/>
          <w:bCs w:val="0"/>
          <w:i w:val="0"/>
          <w:iCs w:val="0"/>
          <w:noProof w:val="0"/>
          <w:color w:val="auto"/>
          <w:sz w:val="28"/>
          <w:szCs w:val="28"/>
          <w:lang w:val="en-US"/>
        </w:rPr>
        <w:t xml:space="preserve">Use the "5-minute rule"—commit to working on a task for just five minutes, and </w:t>
      </w:r>
      <w:r w:rsidRPr="3469A254" w:rsidR="6A7A365E">
        <w:rPr>
          <w:rFonts w:ascii="Aptos" w:hAnsi="Aptos" w:eastAsia="Aptos" w:cs="Aptos"/>
          <w:b w:val="0"/>
          <w:bCs w:val="0"/>
          <w:i w:val="0"/>
          <w:iCs w:val="0"/>
          <w:noProof w:val="0"/>
          <w:color w:val="auto"/>
          <w:sz w:val="28"/>
          <w:szCs w:val="28"/>
          <w:lang w:val="en-US"/>
        </w:rPr>
        <w:t>you’ll</w:t>
      </w:r>
      <w:r w:rsidRPr="3469A254" w:rsidR="6A7A365E">
        <w:rPr>
          <w:rFonts w:ascii="Aptos" w:hAnsi="Aptos" w:eastAsia="Aptos" w:cs="Aptos"/>
          <w:b w:val="0"/>
          <w:bCs w:val="0"/>
          <w:i w:val="0"/>
          <w:iCs w:val="0"/>
          <w:noProof w:val="0"/>
          <w:color w:val="auto"/>
          <w:sz w:val="28"/>
          <w:szCs w:val="28"/>
          <w:lang w:val="en-US"/>
        </w:rPr>
        <w:t xml:space="preserve"> </w:t>
      </w:r>
      <w:r w:rsidRPr="3469A254" w:rsidR="6A7A365E">
        <w:rPr>
          <w:rFonts w:ascii="Aptos" w:hAnsi="Aptos" w:eastAsia="Aptos" w:cs="Aptos"/>
          <w:b w:val="0"/>
          <w:bCs w:val="0"/>
          <w:i w:val="0"/>
          <w:iCs w:val="0"/>
          <w:noProof w:val="0"/>
          <w:color w:val="auto"/>
          <w:sz w:val="28"/>
          <w:szCs w:val="28"/>
          <w:lang w:val="en-US"/>
        </w:rPr>
        <w:t>likely keep</w:t>
      </w:r>
      <w:r w:rsidRPr="3469A254" w:rsidR="6A7A365E">
        <w:rPr>
          <w:rFonts w:ascii="Aptos" w:hAnsi="Aptos" w:eastAsia="Aptos" w:cs="Aptos"/>
          <w:b w:val="0"/>
          <w:bCs w:val="0"/>
          <w:i w:val="0"/>
          <w:iCs w:val="0"/>
          <w:noProof w:val="0"/>
          <w:color w:val="auto"/>
          <w:sz w:val="28"/>
          <w:szCs w:val="28"/>
          <w:lang w:val="en-US"/>
        </w:rPr>
        <w:t xml:space="preserve"> going. </w:t>
      </w:r>
    </w:p>
    <w:p w:rsidR="6A7A365E" w:rsidP="3469A254" w:rsidRDefault="6A7A365E" w14:paraId="50F62F12" w14:textId="73545F53">
      <w:pPr>
        <w:pStyle w:val="ListParagraph"/>
        <w:numPr>
          <w:ilvl w:val="0"/>
          <w:numId w:val="25"/>
        </w:numPr>
        <w:bidi w:val="0"/>
        <w:spacing w:before="200" w:beforeAutospacing="off" w:after="0" w:afterAutospacing="off" w:line="360" w:lineRule="auto"/>
        <w:ind w:right="0"/>
        <w:jc w:val="left"/>
        <w:rPr>
          <w:rFonts w:ascii="Aptos" w:hAnsi="Aptos" w:eastAsia="Aptos" w:cs="Aptos"/>
          <w:b w:val="0"/>
          <w:bCs w:val="0"/>
          <w:i w:val="0"/>
          <w:iCs w:val="0"/>
          <w:noProof w:val="0"/>
          <w:color w:val="auto"/>
          <w:sz w:val="28"/>
          <w:szCs w:val="28"/>
          <w:lang w:val="en-US"/>
        </w:rPr>
      </w:pPr>
      <w:r w:rsidRPr="3469A254" w:rsidR="6A7A365E">
        <w:rPr>
          <w:rFonts w:ascii="Aptos" w:hAnsi="Aptos" w:eastAsia="Aptos" w:cs="Aptos"/>
          <w:b w:val="0"/>
          <w:bCs w:val="0"/>
          <w:i w:val="0"/>
          <w:iCs w:val="0"/>
          <w:noProof w:val="0"/>
          <w:color w:val="auto"/>
          <w:sz w:val="28"/>
          <w:szCs w:val="28"/>
          <w:lang w:val="en-US"/>
        </w:rPr>
        <w:t xml:space="preserve">Removing distractions, </w:t>
      </w:r>
      <w:r w:rsidRPr="3469A254" w:rsidR="6A7A365E">
        <w:rPr>
          <w:rFonts w:ascii="Aptos" w:hAnsi="Aptos" w:eastAsia="Aptos" w:cs="Aptos"/>
          <w:b w:val="0"/>
          <w:bCs w:val="0"/>
          <w:i w:val="0"/>
          <w:iCs w:val="0"/>
          <w:noProof w:val="0"/>
          <w:color w:val="auto"/>
          <w:sz w:val="28"/>
          <w:szCs w:val="28"/>
          <w:lang w:val="en-US"/>
        </w:rPr>
        <w:t>setting</w:t>
      </w:r>
      <w:r w:rsidRPr="3469A254" w:rsidR="6A7A365E">
        <w:rPr>
          <w:rFonts w:ascii="Aptos" w:hAnsi="Aptos" w:eastAsia="Aptos" w:cs="Aptos"/>
          <w:b w:val="0"/>
          <w:bCs w:val="0"/>
          <w:i w:val="0"/>
          <w:iCs w:val="0"/>
          <w:noProof w:val="0"/>
          <w:color w:val="auto"/>
          <w:sz w:val="28"/>
          <w:szCs w:val="28"/>
          <w:lang w:val="en-US"/>
        </w:rPr>
        <w:t xml:space="preserve"> a timer, and rewarding yourself after completing tasks can also boost motivation.</w:t>
      </w:r>
    </w:p>
    <w:p w:rsidR="6A7A365E" w:rsidP="3469A254" w:rsidRDefault="6A7A365E" w14:paraId="750FE830" w14:textId="7D11764C">
      <w:pPr>
        <w:pStyle w:val="Normal"/>
        <w:suppressLineNumbers w:val="0"/>
        <w:bidi w:val="0"/>
        <w:spacing w:before="240" w:beforeAutospacing="off" w:after="240" w:afterAutospacing="off" w:line="360" w:lineRule="auto"/>
        <w:ind w:left="0" w:right="0"/>
        <w:jc w:val="left"/>
      </w:pPr>
      <w:r w:rsidRPr="3469A254" w:rsidR="6A7A365E">
        <w:rPr>
          <w:rFonts w:ascii="Aptos" w:hAnsi="Aptos" w:eastAsia="Aptos" w:cs="Aptos"/>
          <w:b w:val="1"/>
          <w:bCs w:val="1"/>
          <w:i w:val="0"/>
          <w:iCs w:val="0"/>
          <w:caps w:val="0"/>
          <w:smallCaps w:val="0"/>
          <w:noProof w:val="0"/>
          <w:color w:val="0070C0"/>
          <w:sz w:val="28"/>
          <w:szCs w:val="28"/>
          <w:lang w:val="en-US"/>
        </w:rPr>
        <w:t>Rise and Shine</w:t>
      </w:r>
    </w:p>
    <w:p w:rsidR="6A7A365E" w:rsidP="3469A254" w:rsidRDefault="6A7A365E" w14:paraId="3D75721E" w14:textId="1CF16A2D">
      <w:pPr>
        <w:spacing w:before="240" w:beforeAutospacing="off" w:after="240" w:afterAutospacing="off" w:line="360" w:lineRule="auto"/>
      </w:pPr>
      <w:r w:rsidRPr="3469A254" w:rsidR="6A7A365E">
        <w:rPr>
          <w:rFonts w:ascii="Aptos" w:hAnsi="Aptos" w:eastAsia="Aptos" w:cs="Aptos"/>
          <w:b w:val="1"/>
          <w:bCs w:val="1"/>
          <w:i w:val="0"/>
          <w:iCs w:val="0"/>
          <w:caps w:val="0"/>
          <w:smallCaps w:val="0"/>
          <w:noProof w:val="0"/>
          <w:sz w:val="28"/>
          <w:szCs w:val="28"/>
          <w:lang w:val="en-US"/>
        </w:rPr>
        <w:t>Start your morning with natural light and movement</w:t>
      </w:r>
      <w:r w:rsidRPr="3469A254" w:rsidR="6A7A365E">
        <w:rPr>
          <w:rFonts w:ascii="Aptos" w:hAnsi="Aptos" w:eastAsia="Aptos" w:cs="Aptos"/>
          <w:b w:val="0"/>
          <w:bCs w:val="0"/>
          <w:i w:val="0"/>
          <w:iCs w:val="0"/>
          <w:caps w:val="0"/>
          <w:smallCaps w:val="0"/>
          <w:noProof w:val="0"/>
          <w:sz w:val="28"/>
          <w:szCs w:val="28"/>
          <w:lang w:val="en-US"/>
        </w:rPr>
        <w:t xml:space="preserve">—open the blinds, stretch, or take a short walk to wake up your body and mind. </w:t>
      </w:r>
    </w:p>
    <w:p w:rsidR="6A7A365E" w:rsidP="3469A254" w:rsidRDefault="6A7A365E" w14:paraId="2A466545" w14:textId="00C8BBF9">
      <w:pPr>
        <w:spacing w:before="240" w:beforeAutospacing="off" w:after="240" w:afterAutospacing="off" w:line="360" w:lineRule="auto"/>
      </w:pPr>
      <w:r w:rsidRPr="3469A254" w:rsidR="6A7A365E">
        <w:rPr>
          <w:rFonts w:ascii="Aptos" w:hAnsi="Aptos" w:eastAsia="Aptos" w:cs="Aptos"/>
          <w:b w:val="1"/>
          <w:bCs w:val="1"/>
          <w:i w:val="0"/>
          <w:iCs w:val="0"/>
          <w:caps w:val="0"/>
          <w:smallCaps w:val="0"/>
          <w:noProof w:val="0"/>
          <w:sz w:val="28"/>
          <w:szCs w:val="28"/>
          <w:lang w:val="en-US"/>
        </w:rPr>
        <w:t>Avoid reaching for your phone first thing</w:t>
      </w:r>
      <w:r w:rsidRPr="3469A254" w:rsidR="6A7A365E">
        <w:rPr>
          <w:rFonts w:ascii="Aptos" w:hAnsi="Aptos" w:eastAsia="Aptos" w:cs="Aptos"/>
          <w:b w:val="0"/>
          <w:bCs w:val="0"/>
          <w:i w:val="0"/>
          <w:iCs w:val="0"/>
          <w:caps w:val="0"/>
          <w:smallCaps w:val="0"/>
          <w:noProof w:val="0"/>
          <w:sz w:val="28"/>
          <w:szCs w:val="28"/>
          <w:lang w:val="en-US"/>
        </w:rPr>
        <w:t>; instead, take a deep breath and set a positive intention for the day!</w:t>
      </w:r>
    </w:p>
    <w:p w:rsidR="6A7A365E" w:rsidP="3469A254" w:rsidRDefault="6A7A365E" w14:paraId="1983783D" w14:textId="1599FBBA">
      <w:pPr>
        <w:pStyle w:val="Heading2"/>
        <w:suppressLineNumbers w:val="0"/>
        <w:bidi w:val="0"/>
        <w:spacing w:before="200" w:beforeAutospacing="off" w:after="0" w:afterAutospacing="off" w:line="360" w:lineRule="auto"/>
        <w:ind w:left="0" w:right="0"/>
        <w:jc w:val="left"/>
      </w:pPr>
      <w:r w:rsidRPr="3469A254" w:rsidR="6A7A365E">
        <w:rPr>
          <w:rFonts w:ascii="Aptos" w:hAnsi="Aptos"/>
          <w:color w:val="0070C0"/>
          <w:sz w:val="32"/>
          <w:szCs w:val="32"/>
        </w:rPr>
        <w:t>Celebrating Noble Women</w:t>
      </w:r>
    </w:p>
    <w:p w:rsidR="3F812875" w:rsidP="385611CD" w:rsidRDefault="3F812875" w14:paraId="6AE32B07" w14:textId="096D9B78">
      <w:pPr>
        <w:pStyle w:val="Normal"/>
        <w:spacing w:line="360" w:lineRule="auto"/>
        <w:rPr>
          <w:rFonts w:ascii="Aptos" w:hAnsi="Aptos" w:eastAsia="Aptos" w:cs="Aptos"/>
          <w:b w:val="0"/>
          <w:bCs w:val="0"/>
          <w:i w:val="0"/>
          <w:iCs w:val="0"/>
          <w:noProof w:val="0"/>
          <w:color w:val="0070C0"/>
          <w:sz w:val="28"/>
          <w:szCs w:val="28"/>
          <w:lang w:val="en-US"/>
        </w:rPr>
      </w:pPr>
      <w:r w:rsidRPr="385611CD" w:rsidR="3F812875">
        <w:rPr>
          <w:rFonts w:ascii="Aptos" w:hAnsi="Aptos" w:eastAsia="Aptos" w:cs="Aptos"/>
          <w:b w:val="0"/>
          <w:bCs w:val="0"/>
          <w:i w:val="0"/>
          <w:iCs w:val="0"/>
          <w:noProof w:val="0"/>
          <w:color w:val="0070C0"/>
          <w:sz w:val="28"/>
          <w:szCs w:val="28"/>
          <w:lang w:val="en-US"/>
        </w:rPr>
        <w:t>Spotlight on Unsung Heroes</w:t>
      </w:r>
    </w:p>
    <w:p w:rsidR="3F812875" w:rsidP="385611CD" w:rsidRDefault="3F812875" w14:paraId="3586829A" w14:textId="4BA4594D">
      <w:pPr>
        <w:pStyle w:val="ListParagraph"/>
        <w:numPr>
          <w:ilvl w:val="0"/>
          <w:numId w:val="20"/>
        </w:numPr>
        <w:spacing w:line="360" w:lineRule="auto"/>
        <w:rPr>
          <w:rFonts w:ascii="Aptos" w:hAnsi="Aptos" w:eastAsia="Aptos" w:cs="Aptos"/>
          <w:sz w:val="28"/>
          <w:szCs w:val="28"/>
        </w:rPr>
      </w:pPr>
      <w:r w:rsidRPr="385611CD" w:rsidR="3F812875">
        <w:rPr>
          <w:rFonts w:ascii="Aptos" w:hAnsi="Aptos" w:eastAsia="Aptos" w:cs="Aptos"/>
          <w:sz w:val="28"/>
          <w:szCs w:val="28"/>
        </w:rPr>
        <w:t>Claudette Colvin: She r</w:t>
      </w:r>
      <w:r w:rsidRPr="385611CD" w:rsidR="3F812875">
        <w:rPr>
          <w:rFonts w:ascii="Aptos" w:hAnsi="Aptos" w:eastAsia="Aptos" w:cs="Aptos"/>
          <w:sz w:val="28"/>
          <w:szCs w:val="28"/>
        </w:rPr>
        <w:t>efused to give up her bus seat before Rosa Parks.</w:t>
      </w:r>
    </w:p>
    <w:p w:rsidR="3F812875" w:rsidP="385611CD" w:rsidRDefault="3F812875" w14:paraId="6FFF7AC9" w14:textId="63C3B677">
      <w:pPr>
        <w:pStyle w:val="ListParagraph"/>
        <w:numPr>
          <w:ilvl w:val="0"/>
          <w:numId w:val="21"/>
        </w:numPr>
        <w:spacing w:line="360" w:lineRule="auto"/>
        <w:rPr>
          <w:rFonts w:ascii="Aptos" w:hAnsi="Aptos" w:eastAsia="Aptos" w:cs="Aptos"/>
          <w:b w:val="0"/>
          <w:bCs w:val="0"/>
          <w:i w:val="0"/>
          <w:iCs w:val="0"/>
          <w:caps w:val="0"/>
          <w:smallCaps w:val="0"/>
          <w:noProof w:val="0"/>
          <w:sz w:val="28"/>
          <w:szCs w:val="28"/>
          <w:lang w:val="en-US"/>
        </w:rPr>
      </w:pPr>
      <w:r w:rsidRPr="385611CD" w:rsidR="3F812875">
        <w:rPr>
          <w:rFonts w:ascii="Aptos" w:hAnsi="Aptos" w:eastAsia="Aptos" w:cs="Aptos"/>
          <w:b w:val="0"/>
          <w:bCs w:val="0"/>
          <w:i w:val="0"/>
          <w:iCs w:val="0"/>
          <w:caps w:val="0"/>
          <w:smallCaps w:val="0"/>
          <w:noProof w:val="0"/>
          <w:sz w:val="28"/>
          <w:szCs w:val="28"/>
          <w:lang w:val="en-US"/>
        </w:rPr>
        <w:t xml:space="preserve">Bessie Coleman: </w:t>
      </w:r>
      <w:r w:rsidRPr="385611CD" w:rsidR="3F812875">
        <w:rPr>
          <w:rFonts w:ascii="Aptos" w:hAnsi="Aptos" w:eastAsia="Aptos" w:cs="Aptos"/>
          <w:b w:val="0"/>
          <w:bCs w:val="0"/>
          <w:i w:val="0"/>
          <w:iCs w:val="0"/>
          <w:caps w:val="0"/>
          <w:smallCaps w:val="0"/>
          <w:noProof w:val="0"/>
          <w:sz w:val="28"/>
          <w:szCs w:val="28"/>
          <w:lang w:val="en-US"/>
        </w:rPr>
        <w:t>The first African American woman to earn a pilot’s license.</w:t>
      </w:r>
    </w:p>
    <w:p w:rsidR="3F812875" w:rsidP="385611CD" w:rsidRDefault="3F812875" w14:paraId="66D2277C" w14:textId="582E202B">
      <w:pPr>
        <w:pStyle w:val="Normal"/>
        <w:spacing w:line="360" w:lineRule="auto"/>
      </w:pPr>
      <w:r w:rsidRPr="385611CD" w:rsidR="3F812875">
        <w:rPr>
          <w:rFonts w:ascii="Aptos" w:hAnsi="Aptos" w:eastAsia="Aptos" w:cs="Aptos"/>
          <w:b w:val="0"/>
          <w:bCs w:val="0"/>
          <w:i w:val="0"/>
          <w:iCs w:val="0"/>
          <w:caps w:val="0"/>
          <w:smallCaps w:val="0"/>
          <w:noProof w:val="0"/>
          <w:color w:val="0070C0"/>
          <w:sz w:val="28"/>
          <w:szCs w:val="28"/>
          <w:lang w:val="en-US"/>
        </w:rPr>
        <w:t>Cultural Recipe</w:t>
      </w:r>
    </w:p>
    <w:p w:rsidR="3F812875" w:rsidP="3469A254" w:rsidRDefault="3F812875" w14:paraId="73312CC1" w14:textId="53B8BA31">
      <w:pPr>
        <w:pStyle w:val="Normal"/>
        <w:spacing w:before="240" w:beforeAutospacing="off" w:after="240" w:afterAutospacing="off" w:line="360" w:lineRule="auto"/>
        <w:rPr>
          <w:rFonts w:ascii="Aptos" w:hAnsi="Aptos" w:eastAsia="Aptos" w:cs="Aptos"/>
          <w:b w:val="0"/>
          <w:bCs w:val="0"/>
          <w:i w:val="0"/>
          <w:iCs w:val="0"/>
          <w:caps w:val="0"/>
          <w:smallCaps w:val="0"/>
          <w:noProof w:val="0"/>
          <w:sz w:val="28"/>
          <w:szCs w:val="28"/>
          <w:lang w:val="en-US"/>
        </w:rPr>
      </w:pPr>
      <w:r w:rsidRPr="3469A254" w:rsidR="3B79664F">
        <w:rPr>
          <w:rFonts w:ascii="Aptos" w:hAnsi="Aptos" w:eastAsia="Aptos" w:cs="Aptos"/>
          <w:noProof w:val="0"/>
          <w:sz w:val="28"/>
          <w:szCs w:val="28"/>
          <w:lang w:val="en-US"/>
        </w:rPr>
        <w:t>In honor</w:t>
      </w:r>
      <w:r w:rsidRPr="3469A254" w:rsidR="3B79664F">
        <w:rPr>
          <w:rFonts w:ascii="Aptos" w:hAnsi="Aptos" w:eastAsia="Aptos" w:cs="Aptos"/>
          <w:b w:val="0"/>
          <w:bCs w:val="0"/>
          <w:i w:val="0"/>
          <w:iCs w:val="0"/>
          <w:caps w:val="0"/>
          <w:smallCaps w:val="0"/>
          <w:noProof w:val="0"/>
          <w:sz w:val="28"/>
          <w:szCs w:val="28"/>
          <w:lang w:val="en-US"/>
        </w:rPr>
        <w:t xml:space="preserve"> of Black History Month, we want to highlight a Southern dish that is a staple in the Black community: Baked mac and cheese!</w:t>
      </w:r>
    </w:p>
    <w:p w:rsidR="3F812875" w:rsidP="385611CD" w:rsidRDefault="3F812875" w14:paraId="72131126" w14:textId="18D72079">
      <w:pPr>
        <w:spacing w:before="240" w:beforeAutospacing="off" w:after="240" w:afterAutospacing="off" w:line="360" w:lineRule="auto"/>
      </w:pPr>
      <w:r w:rsidRPr="385611CD" w:rsidR="3F812875">
        <w:rPr>
          <w:rFonts w:ascii="Aptos" w:hAnsi="Aptos" w:eastAsia="Aptos" w:cs="Aptos"/>
          <w:b w:val="0"/>
          <w:bCs w:val="0"/>
          <w:i w:val="0"/>
          <w:iCs w:val="0"/>
          <w:caps w:val="0"/>
          <w:smallCaps w:val="0"/>
          <w:noProof w:val="0"/>
          <w:sz w:val="28"/>
          <w:szCs w:val="28"/>
          <w:lang w:val="en-US"/>
        </w:rPr>
        <w:t xml:space="preserve">Check out this recipe for inspiration! </w:t>
      </w:r>
      <w:hyperlink r:id="R5f0fd1377ffb431c">
        <w:r w:rsidRPr="385611CD" w:rsidR="53D63B66">
          <w:rPr>
            <w:rStyle w:val="Hyperlink"/>
            <w:rFonts w:ascii="Aptos" w:hAnsi="Aptos" w:eastAsia="Aptos" w:cs="Aptos"/>
            <w:b w:val="0"/>
            <w:bCs w:val="0"/>
            <w:i w:val="0"/>
            <w:iCs w:val="0"/>
            <w:caps w:val="0"/>
            <w:smallCaps w:val="0"/>
            <w:noProof w:val="0"/>
            <w:sz w:val="28"/>
            <w:szCs w:val="28"/>
            <w:lang w:val="en-US"/>
          </w:rPr>
          <w:t>https://thehungrybluebird.com/southern-baked-macaroni-and-cheese/</w:t>
        </w:r>
      </w:hyperlink>
    </w:p>
    <w:p w:rsidR="63C26F49" w:rsidP="385611CD" w:rsidRDefault="63C26F49" w14:paraId="705AE143" w14:textId="17CA1E13">
      <w:pPr>
        <w:pStyle w:val="Normal"/>
        <w:spacing w:before="240" w:beforeAutospacing="off" w:after="240" w:afterAutospacing="off" w:line="360" w:lineRule="auto"/>
      </w:pPr>
      <w:r w:rsidRPr="385611CD" w:rsidR="63C26F49">
        <w:rPr>
          <w:rFonts w:ascii="Aptos" w:hAnsi="Aptos" w:eastAsia="Aptos" w:cs="Aptos"/>
          <w:b w:val="0"/>
          <w:bCs w:val="0"/>
          <w:i w:val="0"/>
          <w:iCs w:val="0"/>
          <w:noProof w:val="0"/>
          <w:sz w:val="28"/>
          <w:szCs w:val="28"/>
          <w:lang w:val="en-US"/>
        </w:rPr>
        <w:t xml:space="preserve">If you or someone you know could use extra support with food resources, please connect with the </w:t>
      </w:r>
      <w:r w:rsidRPr="385611CD" w:rsidR="63C26F49">
        <w:rPr>
          <w:rFonts w:ascii="Aptos" w:hAnsi="Aptos" w:eastAsia="Aptos" w:cs="Aptos"/>
          <w:b w:val="1"/>
          <w:bCs w:val="1"/>
          <w:i w:val="0"/>
          <w:iCs w:val="0"/>
          <w:noProof w:val="0"/>
          <w:sz w:val="28"/>
          <w:szCs w:val="28"/>
          <w:lang w:val="en-US"/>
        </w:rPr>
        <w:t>SCSU Food Pantry</w:t>
      </w:r>
      <w:r w:rsidRPr="385611CD" w:rsidR="63C26F49">
        <w:rPr>
          <w:rFonts w:ascii="Aptos" w:hAnsi="Aptos" w:eastAsia="Aptos" w:cs="Aptos"/>
          <w:b w:val="0"/>
          <w:bCs w:val="0"/>
          <w:i w:val="0"/>
          <w:iCs w:val="0"/>
          <w:noProof w:val="0"/>
          <w:sz w:val="28"/>
          <w:szCs w:val="28"/>
          <w:lang w:val="en-US"/>
        </w:rPr>
        <w:t xml:space="preserve"> on campus (</w:t>
      </w:r>
      <w:r w:rsidRPr="385611CD" w:rsidR="63C26F49">
        <w:rPr>
          <w:rFonts w:ascii="Aptos" w:hAnsi="Aptos" w:eastAsia="Aptos" w:cs="Aptos"/>
          <w:b w:val="0"/>
          <w:bCs w:val="0"/>
          <w:i w:val="0"/>
          <w:iCs w:val="0"/>
          <w:noProof w:val="0"/>
          <w:sz w:val="28"/>
          <w:szCs w:val="28"/>
          <w:lang w:val="en-US"/>
        </w:rPr>
        <w:t>located</w:t>
      </w:r>
      <w:r w:rsidRPr="385611CD" w:rsidR="63C26F49">
        <w:rPr>
          <w:rFonts w:ascii="Aptos" w:hAnsi="Aptos" w:eastAsia="Aptos" w:cs="Aptos"/>
          <w:b w:val="0"/>
          <w:bCs w:val="0"/>
          <w:i w:val="0"/>
          <w:iCs w:val="0"/>
          <w:noProof w:val="0"/>
          <w:sz w:val="28"/>
          <w:szCs w:val="28"/>
          <w:lang w:val="en-US"/>
        </w:rPr>
        <w:t xml:space="preserve"> at the back of Wintergreen).</w:t>
      </w:r>
    </w:p>
    <w:p w:rsidR="4B0EB38A" w:rsidP="385611CD" w:rsidRDefault="4B0EB38A" w14:paraId="76B06618" w14:textId="6EE35D7B">
      <w:pPr>
        <w:pStyle w:val="Heading2"/>
        <w:spacing w:line="360" w:lineRule="auto"/>
        <w:rPr>
          <w:rFonts w:ascii="Aptos" w:hAnsi="Aptos" w:eastAsia="Aptos" w:cs="Aptos"/>
          <w:b w:val="1"/>
          <w:bCs w:val="1"/>
          <w:color w:val="0070C0"/>
          <w:sz w:val="32"/>
          <w:szCs w:val="32"/>
        </w:rPr>
      </w:pPr>
      <w:r w:rsidRPr="3469A254" w:rsidR="2A4E2B2A">
        <w:rPr>
          <w:rFonts w:ascii="Aptos" w:hAnsi="Aptos" w:eastAsia="Aptos" w:cs="Aptos"/>
          <w:b w:val="1"/>
          <w:bCs w:val="1"/>
          <w:color w:val="0070C0"/>
          <w:sz w:val="32"/>
          <w:szCs w:val="32"/>
        </w:rPr>
        <w:t xml:space="preserve">Celebrating </w:t>
      </w:r>
      <w:r w:rsidRPr="3469A254" w:rsidR="6D422DC8">
        <w:rPr>
          <w:rFonts w:ascii="Aptos" w:hAnsi="Aptos" w:eastAsia="Aptos" w:cs="Aptos"/>
          <w:b w:val="1"/>
          <w:bCs w:val="1"/>
          <w:color w:val="0070C0"/>
          <w:sz w:val="32"/>
          <w:szCs w:val="32"/>
        </w:rPr>
        <w:t>Noble Women</w:t>
      </w:r>
    </w:p>
    <w:p w:rsidR="4B0EB38A" w:rsidP="3469A254" w:rsidRDefault="4B0EB38A" w14:paraId="39034FD2" w14:textId="7D508FD2">
      <w:pPr>
        <w:pStyle w:val="ListParagraph"/>
        <w:numPr>
          <w:ilvl w:val="0"/>
          <w:numId w:val="22"/>
        </w:numPr>
        <w:spacing w:line="360" w:lineRule="auto"/>
        <w:rPr>
          <w:rFonts w:ascii="Aptos" w:hAnsi="Aptos" w:eastAsia="Aptos" w:cs="Aptos"/>
          <w:b w:val="0"/>
          <w:bCs w:val="0"/>
          <w:i w:val="0"/>
          <w:iCs w:val="0"/>
          <w:noProof w:val="0"/>
          <w:color w:val="auto"/>
          <w:sz w:val="28"/>
          <w:szCs w:val="28"/>
          <w:lang w:val="en-US"/>
        </w:rPr>
      </w:pPr>
      <w:r w:rsidRPr="3469A254" w:rsidR="6D422DC8">
        <w:rPr>
          <w:rFonts w:ascii="Aptos" w:hAnsi="Aptos" w:eastAsia="Aptos" w:cs="Aptos"/>
          <w:b w:val="0"/>
          <w:bCs w:val="0"/>
          <w:i w:val="0"/>
          <w:iCs w:val="0"/>
          <w:noProof w:val="0"/>
          <w:color w:val="auto"/>
          <w:sz w:val="28"/>
          <w:szCs w:val="28"/>
          <w:lang w:val="en-US"/>
        </w:rPr>
        <w:t>Eunice Carter</w:t>
      </w:r>
      <w:r w:rsidRPr="3469A254" w:rsidR="2A4E2B2A">
        <w:rPr>
          <w:rFonts w:ascii="Aptos" w:hAnsi="Aptos" w:eastAsia="Aptos" w:cs="Aptos"/>
          <w:b w:val="0"/>
          <w:bCs w:val="0"/>
          <w:i w:val="0"/>
          <w:iCs w:val="0"/>
          <w:noProof w:val="0"/>
          <w:color w:val="auto"/>
          <w:sz w:val="28"/>
          <w:szCs w:val="28"/>
          <w:lang w:val="en-US"/>
        </w:rPr>
        <w:t xml:space="preserve">: </w:t>
      </w:r>
      <w:r w:rsidRPr="3469A254" w:rsidR="6CB45F55">
        <w:rPr>
          <w:rFonts w:ascii="Aptos" w:hAnsi="Aptos" w:eastAsia="Aptos" w:cs="Aptos"/>
          <w:b w:val="0"/>
          <w:bCs w:val="0"/>
          <w:i w:val="0"/>
          <w:iCs w:val="0"/>
          <w:noProof w:val="0"/>
          <w:color w:val="auto"/>
          <w:sz w:val="28"/>
          <w:szCs w:val="28"/>
          <w:lang w:val="en-US"/>
        </w:rPr>
        <w:t>Carter was among the first African-American women to practice law in New York and served as one of the first African-American prosecutors in the United States.</w:t>
      </w:r>
    </w:p>
    <w:p w:rsidR="3F21B376" w:rsidP="3469A254" w:rsidRDefault="3F21B376" w14:paraId="64F479F7" w14:textId="4FE94BA4">
      <w:pPr>
        <w:pStyle w:val="ListParagraph"/>
        <w:numPr>
          <w:ilvl w:val="0"/>
          <w:numId w:val="22"/>
        </w:numPr>
        <w:spacing w:line="360" w:lineRule="auto"/>
        <w:rPr>
          <w:rFonts w:ascii="Aptos" w:hAnsi="Aptos" w:eastAsia="Aptos" w:cs="Aptos"/>
          <w:b w:val="0"/>
          <w:bCs w:val="0"/>
          <w:i w:val="0"/>
          <w:iCs w:val="0"/>
          <w:noProof w:val="0"/>
          <w:color w:val="auto"/>
          <w:sz w:val="28"/>
          <w:szCs w:val="28"/>
          <w:lang w:val="en-US"/>
        </w:rPr>
      </w:pPr>
      <w:r w:rsidRPr="3469A254" w:rsidR="6CB45F55">
        <w:rPr>
          <w:rFonts w:ascii="Aptos" w:hAnsi="Aptos" w:eastAsia="Aptos" w:cs="Aptos"/>
          <w:b w:val="0"/>
          <w:bCs w:val="0"/>
          <w:i w:val="0"/>
          <w:iCs w:val="0"/>
          <w:noProof w:val="0"/>
          <w:color w:val="auto"/>
          <w:sz w:val="28"/>
          <w:szCs w:val="28"/>
          <w:lang w:val="en-US"/>
        </w:rPr>
        <w:t>Rosalind Franklin:</w:t>
      </w:r>
      <w:r w:rsidRPr="3469A254" w:rsidR="2A4E2B2A">
        <w:rPr>
          <w:rFonts w:ascii="Aptos" w:hAnsi="Aptos" w:eastAsia="Aptos" w:cs="Aptos"/>
          <w:b w:val="0"/>
          <w:bCs w:val="0"/>
          <w:i w:val="0"/>
          <w:iCs w:val="0"/>
          <w:noProof w:val="0"/>
          <w:color w:val="auto"/>
          <w:sz w:val="28"/>
          <w:szCs w:val="28"/>
          <w:lang w:val="en-US"/>
        </w:rPr>
        <w:t xml:space="preserve"> </w:t>
      </w:r>
      <w:r w:rsidRPr="3469A254" w:rsidR="6A482F25">
        <w:rPr>
          <w:rFonts w:ascii="Aptos" w:hAnsi="Aptos" w:eastAsia="Aptos" w:cs="Aptos"/>
          <w:b w:val="0"/>
          <w:bCs w:val="0"/>
          <w:i w:val="0"/>
          <w:iCs w:val="0"/>
          <w:noProof w:val="0"/>
          <w:color w:val="auto"/>
          <w:sz w:val="28"/>
          <w:szCs w:val="28"/>
          <w:lang w:val="en-US"/>
        </w:rPr>
        <w:t>Scientist whose X-ray crystallography was crucial to discovering DNA's double-helix structure, but she was not credited or awarded the Nobel Prize in her lifetime.</w:t>
      </w:r>
    </w:p>
    <w:p w:rsidR="3F21B376" w:rsidP="3469A254" w:rsidRDefault="3F21B376" w14:paraId="0AC71C85" w14:textId="0B39B393">
      <w:pPr>
        <w:pStyle w:val="ListParagraph"/>
        <w:numPr>
          <w:ilvl w:val="0"/>
          <w:numId w:val="22"/>
        </w:numPr>
        <w:spacing w:line="360" w:lineRule="auto"/>
        <w:rPr>
          <w:rFonts w:ascii="Aptos" w:hAnsi="Aptos" w:eastAsia="Aptos" w:cs="Aptos"/>
          <w:b w:val="0"/>
          <w:bCs w:val="0"/>
          <w:i w:val="0"/>
          <w:iCs w:val="0"/>
          <w:noProof w:val="0"/>
          <w:color w:val="auto"/>
          <w:sz w:val="28"/>
          <w:szCs w:val="28"/>
          <w:lang w:val="en-US"/>
        </w:rPr>
      </w:pPr>
      <w:r w:rsidRPr="3469A254" w:rsidR="6A482F25">
        <w:rPr>
          <w:rFonts w:ascii="Aptos" w:hAnsi="Aptos" w:eastAsia="Aptos" w:cs="Aptos"/>
          <w:b w:val="0"/>
          <w:bCs w:val="0"/>
          <w:i w:val="0"/>
          <w:iCs w:val="0"/>
          <w:noProof w:val="0"/>
          <w:color w:val="auto"/>
          <w:sz w:val="28"/>
          <w:szCs w:val="28"/>
          <w:lang w:val="en-US"/>
        </w:rPr>
        <w:t>Grace Hopper</w:t>
      </w:r>
      <w:r w:rsidRPr="3469A254" w:rsidR="2A4E2B2A">
        <w:rPr>
          <w:rFonts w:ascii="Aptos" w:hAnsi="Aptos" w:eastAsia="Aptos" w:cs="Aptos"/>
          <w:b w:val="0"/>
          <w:bCs w:val="0"/>
          <w:i w:val="0"/>
          <w:iCs w:val="0"/>
          <w:noProof w:val="0"/>
          <w:color w:val="auto"/>
          <w:sz w:val="28"/>
          <w:szCs w:val="28"/>
          <w:lang w:val="en-US"/>
        </w:rPr>
        <w:t xml:space="preserve">: </w:t>
      </w:r>
      <w:r w:rsidRPr="3469A254" w:rsidR="018FC115">
        <w:rPr>
          <w:rFonts w:ascii="Aptos" w:hAnsi="Aptos" w:eastAsia="Aptos" w:cs="Aptos"/>
          <w:b w:val="0"/>
          <w:bCs w:val="0"/>
          <w:i w:val="0"/>
          <w:iCs w:val="0"/>
          <w:noProof w:val="0"/>
          <w:color w:val="auto"/>
          <w:sz w:val="28"/>
          <w:szCs w:val="28"/>
          <w:lang w:val="en-US"/>
        </w:rPr>
        <w:t>Worked on the Harvard Mark I computer during World War II and helped develop the UNIVAC I, the first commercially available computer.</w:t>
      </w:r>
    </w:p>
    <w:p w:rsidR="3F21B376" w:rsidP="3469A254" w:rsidRDefault="3F21B376" w14:paraId="37961277" w14:textId="52C1999D">
      <w:pPr>
        <w:pStyle w:val="ListParagraph"/>
        <w:numPr>
          <w:ilvl w:val="0"/>
          <w:numId w:val="22"/>
        </w:numPr>
        <w:spacing w:line="360" w:lineRule="auto"/>
        <w:rPr>
          <w:rFonts w:ascii="Aptos" w:hAnsi="Aptos" w:eastAsia="Aptos" w:cs="Aptos"/>
          <w:b w:val="0"/>
          <w:bCs w:val="0"/>
          <w:i w:val="0"/>
          <w:iCs w:val="0"/>
          <w:noProof w:val="0"/>
          <w:color w:val="auto"/>
          <w:sz w:val="28"/>
          <w:szCs w:val="28"/>
          <w:lang w:val="en-US"/>
        </w:rPr>
      </w:pPr>
      <w:r w:rsidRPr="3469A254" w:rsidR="018FC115">
        <w:rPr>
          <w:rFonts w:ascii="Aptos" w:hAnsi="Aptos" w:eastAsia="Aptos" w:cs="Aptos"/>
          <w:b w:val="0"/>
          <w:bCs w:val="0"/>
          <w:i w:val="0"/>
          <w:iCs w:val="0"/>
          <w:noProof w:val="0"/>
          <w:color w:val="auto"/>
          <w:sz w:val="28"/>
          <w:szCs w:val="28"/>
          <w:lang w:val="en-US"/>
        </w:rPr>
        <w:t>Yuri Kochiyama</w:t>
      </w:r>
      <w:r w:rsidRPr="3469A254" w:rsidR="2A4E2B2A">
        <w:rPr>
          <w:rFonts w:ascii="Aptos" w:hAnsi="Aptos" w:eastAsia="Aptos" w:cs="Aptos"/>
          <w:b w:val="0"/>
          <w:bCs w:val="0"/>
          <w:i w:val="0"/>
          <w:iCs w:val="0"/>
          <w:noProof w:val="0"/>
          <w:color w:val="auto"/>
          <w:sz w:val="28"/>
          <w:szCs w:val="28"/>
          <w:lang w:val="en-US"/>
        </w:rPr>
        <w:t xml:space="preserve">: </w:t>
      </w:r>
      <w:r w:rsidRPr="3469A254" w:rsidR="3856DB01">
        <w:rPr>
          <w:rFonts w:ascii="Aptos" w:hAnsi="Aptos" w:eastAsia="Aptos" w:cs="Aptos"/>
          <w:b w:val="0"/>
          <w:bCs w:val="0"/>
          <w:i w:val="0"/>
          <w:iCs w:val="0"/>
          <w:noProof w:val="0"/>
          <w:color w:val="auto"/>
          <w:sz w:val="28"/>
          <w:szCs w:val="28"/>
          <w:lang w:val="en-US"/>
        </w:rPr>
        <w:t>A civil rights activist who worked alongside Malcolm X and fought for racial justice, reparations for Japanese internment survivors, and Asian American rights.</w:t>
      </w:r>
    </w:p>
    <w:p w:rsidR="3F21B376" w:rsidP="3469A254" w:rsidRDefault="3F21B376" w14:paraId="2B6C9886" w14:textId="14C5BE81">
      <w:pPr>
        <w:pStyle w:val="ListParagraph"/>
        <w:numPr>
          <w:ilvl w:val="0"/>
          <w:numId w:val="22"/>
        </w:numPr>
        <w:spacing w:line="360" w:lineRule="auto"/>
        <w:rPr>
          <w:rFonts w:ascii="Aptos" w:hAnsi="Aptos" w:eastAsia="Aptos" w:cs="Aptos"/>
          <w:b w:val="0"/>
          <w:bCs w:val="0"/>
          <w:i w:val="0"/>
          <w:iCs w:val="0"/>
          <w:caps w:val="0"/>
          <w:smallCaps w:val="0"/>
          <w:noProof w:val="0"/>
          <w:sz w:val="28"/>
          <w:szCs w:val="28"/>
          <w:lang w:val="en-US"/>
        </w:rPr>
      </w:pPr>
      <w:r w:rsidRPr="3469A254" w:rsidR="3856DB01">
        <w:rPr>
          <w:rFonts w:ascii="Aptos" w:hAnsi="Aptos" w:eastAsia="Aptos" w:cs="Aptos"/>
          <w:b w:val="0"/>
          <w:bCs w:val="0"/>
          <w:i w:val="0"/>
          <w:iCs w:val="0"/>
          <w:caps w:val="0"/>
          <w:smallCaps w:val="0"/>
          <w:noProof w:val="0"/>
          <w:sz w:val="28"/>
          <w:szCs w:val="28"/>
          <w:lang w:val="en-US"/>
        </w:rPr>
        <w:t>Reverend Pauli Murray</w:t>
      </w:r>
      <w:r w:rsidRPr="3469A254" w:rsidR="2A4E2B2A">
        <w:rPr>
          <w:rFonts w:ascii="Aptos" w:hAnsi="Aptos" w:eastAsia="Aptos" w:cs="Aptos"/>
          <w:b w:val="0"/>
          <w:bCs w:val="0"/>
          <w:i w:val="0"/>
          <w:iCs w:val="0"/>
          <w:caps w:val="0"/>
          <w:smallCaps w:val="0"/>
          <w:noProof w:val="0"/>
          <w:sz w:val="28"/>
          <w:szCs w:val="28"/>
          <w:lang w:val="en-US"/>
        </w:rPr>
        <w:t xml:space="preserve">: </w:t>
      </w:r>
      <w:r w:rsidRPr="3469A254" w:rsidR="7D0A56FC">
        <w:rPr>
          <w:rFonts w:ascii="Aptos" w:hAnsi="Aptos" w:eastAsia="Aptos" w:cs="Aptos"/>
          <w:b w:val="0"/>
          <w:bCs w:val="0"/>
          <w:i w:val="0"/>
          <w:iCs w:val="0"/>
          <w:caps w:val="0"/>
          <w:smallCaps w:val="0"/>
          <w:noProof w:val="0"/>
          <w:sz w:val="28"/>
          <w:szCs w:val="28"/>
          <w:lang w:val="en-US"/>
        </w:rPr>
        <w:t>Pursued her passion for ministry and made history in 1977 by becoming the first African-American woman and one of the first women to be ordained as an Episcopal priest</w:t>
      </w:r>
    </w:p>
    <w:p w:rsidR="3F21B376" w:rsidP="3469A254" w:rsidRDefault="3F21B376" w14:paraId="2C888751" w14:textId="649DA872">
      <w:pPr>
        <w:pStyle w:val="ListParagraph"/>
        <w:numPr>
          <w:ilvl w:val="0"/>
          <w:numId w:val="22"/>
        </w:numPr>
        <w:spacing w:line="360" w:lineRule="auto"/>
        <w:rPr>
          <w:rFonts w:ascii="Aptos" w:hAnsi="Aptos" w:eastAsia="Aptos" w:cs="Aptos"/>
          <w:b w:val="0"/>
          <w:bCs w:val="0"/>
          <w:i w:val="0"/>
          <w:iCs w:val="0"/>
          <w:caps w:val="0"/>
          <w:smallCaps w:val="0"/>
          <w:noProof w:val="0"/>
          <w:sz w:val="28"/>
          <w:szCs w:val="28"/>
          <w:lang w:val="en-US"/>
        </w:rPr>
      </w:pPr>
      <w:r w:rsidRPr="3469A254" w:rsidR="7D0A56FC">
        <w:rPr>
          <w:rFonts w:ascii="Aptos" w:hAnsi="Aptos" w:eastAsia="Aptos" w:cs="Aptos"/>
          <w:b w:val="0"/>
          <w:bCs w:val="0"/>
          <w:i w:val="0"/>
          <w:iCs w:val="0"/>
          <w:caps w:val="0"/>
          <w:smallCaps w:val="0"/>
          <w:noProof w:val="0"/>
          <w:sz w:val="28"/>
          <w:szCs w:val="28"/>
          <w:lang w:val="en-US"/>
        </w:rPr>
        <w:t>Ellen Ochoa</w:t>
      </w:r>
      <w:r w:rsidRPr="3469A254" w:rsidR="2A4E2B2A">
        <w:rPr>
          <w:rFonts w:ascii="Aptos" w:hAnsi="Aptos" w:eastAsia="Aptos" w:cs="Aptos"/>
          <w:b w:val="0"/>
          <w:bCs w:val="0"/>
          <w:i w:val="0"/>
          <w:iCs w:val="0"/>
          <w:caps w:val="0"/>
          <w:smallCaps w:val="0"/>
          <w:noProof w:val="0"/>
          <w:sz w:val="28"/>
          <w:szCs w:val="28"/>
          <w:lang w:val="en-US"/>
        </w:rPr>
        <w:t xml:space="preserve">: </w:t>
      </w:r>
      <w:r w:rsidRPr="3469A254" w:rsidR="22778061">
        <w:rPr>
          <w:rFonts w:ascii="Aptos" w:hAnsi="Aptos" w:eastAsia="Aptos" w:cs="Aptos"/>
          <w:b w:val="0"/>
          <w:bCs w:val="0"/>
          <w:i w:val="0"/>
          <w:iCs w:val="0"/>
          <w:caps w:val="0"/>
          <w:smallCaps w:val="0"/>
          <w:noProof w:val="0"/>
          <w:sz w:val="28"/>
          <w:szCs w:val="28"/>
          <w:lang w:val="en-US"/>
        </w:rPr>
        <w:t>An engineer who became the first Latina astronaut in space and later the former director of NASA's Johnson Space Center.</w:t>
      </w:r>
    </w:p>
    <w:p w:rsidR="385611CD" w:rsidP="385611CD" w:rsidRDefault="385611CD" w14:paraId="3A161E1A" w14:textId="6BA7E4D8">
      <w:pPr>
        <w:pStyle w:val="ListParagraph"/>
        <w:spacing w:line="360" w:lineRule="auto"/>
        <w:ind w:left="720"/>
        <w:rPr>
          <w:sz w:val="22"/>
          <w:szCs w:val="22"/>
        </w:rPr>
      </w:pPr>
    </w:p>
    <w:p w:rsidR="385611CD" w:rsidP="385611CD" w:rsidRDefault="385611CD" w14:paraId="1EA39A79" w14:textId="48472BEC">
      <w:pPr>
        <w:pStyle w:val="ListParagraph"/>
        <w:spacing w:line="360" w:lineRule="auto"/>
        <w:ind w:left="720"/>
        <w:rPr>
          <w:rFonts w:ascii="Aptos" w:hAnsi="Aptos" w:eastAsia="Aptos" w:cs="Aptos"/>
          <w:b w:val="0"/>
          <w:bCs w:val="0"/>
          <w:i w:val="0"/>
          <w:iCs w:val="0"/>
          <w:noProof w:val="0"/>
          <w:color w:val="auto"/>
          <w:sz w:val="28"/>
          <w:szCs w:val="28"/>
          <w:lang w:val="en-US"/>
        </w:rPr>
      </w:pPr>
    </w:p>
    <w:sectPr w:rsidRPr="00E2051D" w:rsidR="00E2051D"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4">
    <w:nsid w:val="8fd07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6c9781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5ec3fa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3ffe7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7b9049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57573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c2912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a3d91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1FF70623"/>
    <w:multiLevelType w:val="multilevel"/>
    <w:tmpl w:val="3BFE0D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DCB7C10"/>
    <w:multiLevelType w:val="hybridMultilevel"/>
    <w:tmpl w:val="86C831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F405871"/>
    <w:multiLevelType w:val="multilevel"/>
    <w:tmpl w:val="5DFAC9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83E5E33"/>
    <w:multiLevelType w:val="hybridMultilevel"/>
    <w:tmpl w:val="360E48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89D25D5"/>
    <w:multiLevelType w:val="multilevel"/>
    <w:tmpl w:val="2A0A13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DEA1D64"/>
    <w:multiLevelType w:val="hybridMultilevel"/>
    <w:tmpl w:val="713CA0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75328F9"/>
    <w:multiLevelType w:val="multilevel"/>
    <w:tmpl w:val="409271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F715626"/>
    <w:multiLevelType w:val="multilevel"/>
    <w:tmpl w:val="885483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 w16cid:durableId="921530625">
    <w:abstractNumId w:val="8"/>
  </w:num>
  <w:num w:numId="2" w16cid:durableId="1866479018">
    <w:abstractNumId w:val="6"/>
  </w:num>
  <w:num w:numId="3" w16cid:durableId="221409879">
    <w:abstractNumId w:val="5"/>
  </w:num>
  <w:num w:numId="4" w16cid:durableId="393239561">
    <w:abstractNumId w:val="4"/>
  </w:num>
  <w:num w:numId="5" w16cid:durableId="1268537542">
    <w:abstractNumId w:val="7"/>
  </w:num>
  <w:num w:numId="6" w16cid:durableId="1291547924">
    <w:abstractNumId w:val="3"/>
  </w:num>
  <w:num w:numId="7" w16cid:durableId="128786209">
    <w:abstractNumId w:val="2"/>
  </w:num>
  <w:num w:numId="8" w16cid:durableId="274992559">
    <w:abstractNumId w:val="1"/>
  </w:num>
  <w:num w:numId="9" w16cid:durableId="798034170">
    <w:abstractNumId w:val="0"/>
  </w:num>
  <w:num w:numId="10" w16cid:durableId="62024622">
    <w:abstractNumId w:val="12"/>
  </w:num>
  <w:num w:numId="11" w16cid:durableId="1800420321">
    <w:abstractNumId w:val="14"/>
  </w:num>
  <w:num w:numId="12" w16cid:durableId="1634404509">
    <w:abstractNumId w:val="9"/>
  </w:num>
  <w:num w:numId="13" w16cid:durableId="1252619674">
    <w:abstractNumId w:val="15"/>
  </w:num>
  <w:num w:numId="14" w16cid:durableId="845248235">
    <w:abstractNumId w:val="16"/>
  </w:num>
  <w:num w:numId="15" w16cid:durableId="1549414594">
    <w:abstractNumId w:val="10"/>
  </w:num>
  <w:num w:numId="16" w16cid:durableId="1741903092">
    <w:abstractNumId w:val="13"/>
  </w:num>
  <w:num w:numId="17" w16cid:durableId="1937975065">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4E9"/>
    <w:rsid w:val="000203DE"/>
    <w:rsid w:val="00034616"/>
    <w:rsid w:val="000366B5"/>
    <w:rsid w:val="0006063C"/>
    <w:rsid w:val="000B1369"/>
    <w:rsid w:val="00110238"/>
    <w:rsid w:val="0015074B"/>
    <w:rsid w:val="00151C41"/>
    <w:rsid w:val="00154F49"/>
    <w:rsid w:val="00181F23"/>
    <w:rsid w:val="001C6020"/>
    <w:rsid w:val="001D0040"/>
    <w:rsid w:val="00210DD6"/>
    <w:rsid w:val="002624E1"/>
    <w:rsid w:val="0029639D"/>
    <w:rsid w:val="002C6454"/>
    <w:rsid w:val="002D59C6"/>
    <w:rsid w:val="00326F90"/>
    <w:rsid w:val="003321C2"/>
    <w:rsid w:val="00333525"/>
    <w:rsid w:val="003433E5"/>
    <w:rsid w:val="003436F2"/>
    <w:rsid w:val="003669DC"/>
    <w:rsid w:val="003703B7"/>
    <w:rsid w:val="003B5585"/>
    <w:rsid w:val="00407A0F"/>
    <w:rsid w:val="00412297"/>
    <w:rsid w:val="00412945"/>
    <w:rsid w:val="00419B9F"/>
    <w:rsid w:val="004A3DF1"/>
    <w:rsid w:val="004A4DDA"/>
    <w:rsid w:val="004D1438"/>
    <w:rsid w:val="00520D59"/>
    <w:rsid w:val="005377A8"/>
    <w:rsid w:val="005475C0"/>
    <w:rsid w:val="00565E2E"/>
    <w:rsid w:val="005A764D"/>
    <w:rsid w:val="005B0148"/>
    <w:rsid w:val="005B778B"/>
    <w:rsid w:val="006054BC"/>
    <w:rsid w:val="00612B19"/>
    <w:rsid w:val="00623C53"/>
    <w:rsid w:val="006322A9"/>
    <w:rsid w:val="006652BE"/>
    <w:rsid w:val="00671CD2"/>
    <w:rsid w:val="00692100"/>
    <w:rsid w:val="00717C7A"/>
    <w:rsid w:val="00757998"/>
    <w:rsid w:val="00781676"/>
    <w:rsid w:val="00786597"/>
    <w:rsid w:val="00793A4E"/>
    <w:rsid w:val="007A7897"/>
    <w:rsid w:val="00804D88"/>
    <w:rsid w:val="00845E7C"/>
    <w:rsid w:val="00867C30"/>
    <w:rsid w:val="00867DC2"/>
    <w:rsid w:val="008B0B24"/>
    <w:rsid w:val="008E47BC"/>
    <w:rsid w:val="00933B29"/>
    <w:rsid w:val="009361B5"/>
    <w:rsid w:val="009638FA"/>
    <w:rsid w:val="0098414C"/>
    <w:rsid w:val="009A52E5"/>
    <w:rsid w:val="009B601F"/>
    <w:rsid w:val="009C5A9F"/>
    <w:rsid w:val="009F7407"/>
    <w:rsid w:val="00A0373B"/>
    <w:rsid w:val="00A04150"/>
    <w:rsid w:val="00A1A23C"/>
    <w:rsid w:val="00A22526"/>
    <w:rsid w:val="00A44175"/>
    <w:rsid w:val="00A6250C"/>
    <w:rsid w:val="00A63139"/>
    <w:rsid w:val="00A6675A"/>
    <w:rsid w:val="00A93F95"/>
    <w:rsid w:val="00AA1D8D"/>
    <w:rsid w:val="00AA71C8"/>
    <w:rsid w:val="00AA76DA"/>
    <w:rsid w:val="00AD3B64"/>
    <w:rsid w:val="00AD4CB0"/>
    <w:rsid w:val="00B025F4"/>
    <w:rsid w:val="00B03407"/>
    <w:rsid w:val="00B045A7"/>
    <w:rsid w:val="00B2318C"/>
    <w:rsid w:val="00B47730"/>
    <w:rsid w:val="00B87C77"/>
    <w:rsid w:val="00BB0478"/>
    <w:rsid w:val="00BD0C6D"/>
    <w:rsid w:val="00C00CDC"/>
    <w:rsid w:val="00C514DC"/>
    <w:rsid w:val="00C54004"/>
    <w:rsid w:val="00C676C1"/>
    <w:rsid w:val="00CB0664"/>
    <w:rsid w:val="00CB31C7"/>
    <w:rsid w:val="00CC4255"/>
    <w:rsid w:val="00D03508"/>
    <w:rsid w:val="00D073C0"/>
    <w:rsid w:val="00D0743A"/>
    <w:rsid w:val="00D16BA3"/>
    <w:rsid w:val="00D349BE"/>
    <w:rsid w:val="00D47B62"/>
    <w:rsid w:val="00E2051D"/>
    <w:rsid w:val="00E22549"/>
    <w:rsid w:val="00E24934"/>
    <w:rsid w:val="00E42CE5"/>
    <w:rsid w:val="00E43EBE"/>
    <w:rsid w:val="00E55BEA"/>
    <w:rsid w:val="00E826C5"/>
    <w:rsid w:val="00E90A3B"/>
    <w:rsid w:val="00EB7FC9"/>
    <w:rsid w:val="00EC315D"/>
    <w:rsid w:val="00F435B7"/>
    <w:rsid w:val="00F877FF"/>
    <w:rsid w:val="00F91F87"/>
    <w:rsid w:val="00F96F85"/>
    <w:rsid w:val="00FB5B93"/>
    <w:rsid w:val="00FB6E07"/>
    <w:rsid w:val="00FC581E"/>
    <w:rsid w:val="00FC693F"/>
    <w:rsid w:val="00FD020C"/>
    <w:rsid w:val="00FD652A"/>
    <w:rsid w:val="010BACFB"/>
    <w:rsid w:val="0134A4F4"/>
    <w:rsid w:val="017F37E7"/>
    <w:rsid w:val="018FC115"/>
    <w:rsid w:val="01FB779F"/>
    <w:rsid w:val="0271F731"/>
    <w:rsid w:val="02CA0F7E"/>
    <w:rsid w:val="03178E58"/>
    <w:rsid w:val="03389BA1"/>
    <w:rsid w:val="03651454"/>
    <w:rsid w:val="039DD335"/>
    <w:rsid w:val="03DA11C6"/>
    <w:rsid w:val="0426A37A"/>
    <w:rsid w:val="045A6F9C"/>
    <w:rsid w:val="04B84FF0"/>
    <w:rsid w:val="0501587C"/>
    <w:rsid w:val="0593B437"/>
    <w:rsid w:val="06D29BC1"/>
    <w:rsid w:val="06F24FCE"/>
    <w:rsid w:val="07056997"/>
    <w:rsid w:val="078A3DCC"/>
    <w:rsid w:val="07AA8E82"/>
    <w:rsid w:val="0807CA44"/>
    <w:rsid w:val="084D2693"/>
    <w:rsid w:val="08B0EECF"/>
    <w:rsid w:val="09ACA3C7"/>
    <w:rsid w:val="0A3A113C"/>
    <w:rsid w:val="0A51A108"/>
    <w:rsid w:val="0A918503"/>
    <w:rsid w:val="0AEC3307"/>
    <w:rsid w:val="0B416399"/>
    <w:rsid w:val="0B49B850"/>
    <w:rsid w:val="0BB8B862"/>
    <w:rsid w:val="0C29B3E0"/>
    <w:rsid w:val="0CA1346D"/>
    <w:rsid w:val="0CEACB1E"/>
    <w:rsid w:val="0CF7A040"/>
    <w:rsid w:val="0D8099B8"/>
    <w:rsid w:val="0DC7E6E1"/>
    <w:rsid w:val="0E395199"/>
    <w:rsid w:val="0E528B22"/>
    <w:rsid w:val="0E6890ED"/>
    <w:rsid w:val="0EB468B8"/>
    <w:rsid w:val="0F70C094"/>
    <w:rsid w:val="0F755AE4"/>
    <w:rsid w:val="0FBA8E90"/>
    <w:rsid w:val="109CA8A7"/>
    <w:rsid w:val="11C221DB"/>
    <w:rsid w:val="11CDBAD1"/>
    <w:rsid w:val="1214E8C0"/>
    <w:rsid w:val="126CDC12"/>
    <w:rsid w:val="129BCD56"/>
    <w:rsid w:val="12E5FBCC"/>
    <w:rsid w:val="13106536"/>
    <w:rsid w:val="13B13730"/>
    <w:rsid w:val="1436B50E"/>
    <w:rsid w:val="1438E1E7"/>
    <w:rsid w:val="146FB5C4"/>
    <w:rsid w:val="149C8B44"/>
    <w:rsid w:val="15E201FF"/>
    <w:rsid w:val="16915B1F"/>
    <w:rsid w:val="1726C766"/>
    <w:rsid w:val="17A86786"/>
    <w:rsid w:val="17ABD43D"/>
    <w:rsid w:val="1819E290"/>
    <w:rsid w:val="18435088"/>
    <w:rsid w:val="18526321"/>
    <w:rsid w:val="18C0F17D"/>
    <w:rsid w:val="18EC0FAE"/>
    <w:rsid w:val="19014C85"/>
    <w:rsid w:val="191D3D71"/>
    <w:rsid w:val="19DFE8A5"/>
    <w:rsid w:val="1A9B6826"/>
    <w:rsid w:val="1AD37820"/>
    <w:rsid w:val="1ADB458B"/>
    <w:rsid w:val="1AF399CB"/>
    <w:rsid w:val="1B1BDCC6"/>
    <w:rsid w:val="1B3BABFF"/>
    <w:rsid w:val="1B6CE6B1"/>
    <w:rsid w:val="1B6F3149"/>
    <w:rsid w:val="1BDF358C"/>
    <w:rsid w:val="1BFF152D"/>
    <w:rsid w:val="1C047BB6"/>
    <w:rsid w:val="1C307B0A"/>
    <w:rsid w:val="1CFEB98B"/>
    <w:rsid w:val="1D0389BB"/>
    <w:rsid w:val="1D080338"/>
    <w:rsid w:val="1D6C79B4"/>
    <w:rsid w:val="1D99F96E"/>
    <w:rsid w:val="1EAE69A4"/>
    <w:rsid w:val="1ECFDF86"/>
    <w:rsid w:val="1F0FA2F3"/>
    <w:rsid w:val="2021842B"/>
    <w:rsid w:val="2027068B"/>
    <w:rsid w:val="204B81CB"/>
    <w:rsid w:val="20C2F6CC"/>
    <w:rsid w:val="213B5CCA"/>
    <w:rsid w:val="21B4D391"/>
    <w:rsid w:val="21B94393"/>
    <w:rsid w:val="22778061"/>
    <w:rsid w:val="2293E53C"/>
    <w:rsid w:val="229FA6C3"/>
    <w:rsid w:val="23043CF2"/>
    <w:rsid w:val="2306FB48"/>
    <w:rsid w:val="230E8A93"/>
    <w:rsid w:val="238A58BB"/>
    <w:rsid w:val="240C3AE0"/>
    <w:rsid w:val="243638B3"/>
    <w:rsid w:val="2554C7A8"/>
    <w:rsid w:val="2578923A"/>
    <w:rsid w:val="257DBFEC"/>
    <w:rsid w:val="25A68C54"/>
    <w:rsid w:val="25B625FF"/>
    <w:rsid w:val="2647C6BD"/>
    <w:rsid w:val="26535957"/>
    <w:rsid w:val="26E1923C"/>
    <w:rsid w:val="272DCB7A"/>
    <w:rsid w:val="27446775"/>
    <w:rsid w:val="27EAB546"/>
    <w:rsid w:val="27FFC778"/>
    <w:rsid w:val="283E16C7"/>
    <w:rsid w:val="29891693"/>
    <w:rsid w:val="2A4E2B2A"/>
    <w:rsid w:val="2A81D0F8"/>
    <w:rsid w:val="2AB7BFD6"/>
    <w:rsid w:val="2AEECF79"/>
    <w:rsid w:val="2AF0B0D6"/>
    <w:rsid w:val="2B4098C3"/>
    <w:rsid w:val="2BB75C3B"/>
    <w:rsid w:val="2BE6FAA9"/>
    <w:rsid w:val="2BE7093F"/>
    <w:rsid w:val="2BF7744C"/>
    <w:rsid w:val="2CCDA9ED"/>
    <w:rsid w:val="2CD3ECA1"/>
    <w:rsid w:val="2D54C056"/>
    <w:rsid w:val="2D7C04B7"/>
    <w:rsid w:val="2DAA6D81"/>
    <w:rsid w:val="2DF3F279"/>
    <w:rsid w:val="2E1B4858"/>
    <w:rsid w:val="2E1F52A5"/>
    <w:rsid w:val="2EDCAD59"/>
    <w:rsid w:val="2F37BD06"/>
    <w:rsid w:val="2F741D71"/>
    <w:rsid w:val="2FA33160"/>
    <w:rsid w:val="30236BCD"/>
    <w:rsid w:val="30DA8577"/>
    <w:rsid w:val="30FEC445"/>
    <w:rsid w:val="315294B1"/>
    <w:rsid w:val="316F4544"/>
    <w:rsid w:val="31AB3C2D"/>
    <w:rsid w:val="31B007EE"/>
    <w:rsid w:val="323B89A3"/>
    <w:rsid w:val="327542DA"/>
    <w:rsid w:val="32B8B499"/>
    <w:rsid w:val="3317C848"/>
    <w:rsid w:val="3368EDB8"/>
    <w:rsid w:val="33C7E70C"/>
    <w:rsid w:val="3409F5DD"/>
    <w:rsid w:val="341095F9"/>
    <w:rsid w:val="3469A254"/>
    <w:rsid w:val="3482FF23"/>
    <w:rsid w:val="34C46780"/>
    <w:rsid w:val="35287978"/>
    <w:rsid w:val="35498EEC"/>
    <w:rsid w:val="357BEC8B"/>
    <w:rsid w:val="35CBBB90"/>
    <w:rsid w:val="35EFC600"/>
    <w:rsid w:val="35FD49E4"/>
    <w:rsid w:val="36C183A7"/>
    <w:rsid w:val="37809993"/>
    <w:rsid w:val="37FC1EBA"/>
    <w:rsid w:val="380C3572"/>
    <w:rsid w:val="383D3D00"/>
    <w:rsid w:val="385611CD"/>
    <w:rsid w:val="3856DB01"/>
    <w:rsid w:val="386AAE9E"/>
    <w:rsid w:val="388BCD9F"/>
    <w:rsid w:val="39119DE8"/>
    <w:rsid w:val="3922F6AB"/>
    <w:rsid w:val="392A387C"/>
    <w:rsid w:val="393BB82E"/>
    <w:rsid w:val="394D8A03"/>
    <w:rsid w:val="398C686F"/>
    <w:rsid w:val="3A1535DE"/>
    <w:rsid w:val="3AAB4A34"/>
    <w:rsid w:val="3ABF124B"/>
    <w:rsid w:val="3AC7ADA3"/>
    <w:rsid w:val="3AD9F02D"/>
    <w:rsid w:val="3B2414E7"/>
    <w:rsid w:val="3B79664F"/>
    <w:rsid w:val="3BD5E509"/>
    <w:rsid w:val="3C044BD3"/>
    <w:rsid w:val="3C13D383"/>
    <w:rsid w:val="3C3A2212"/>
    <w:rsid w:val="3CF1DA38"/>
    <w:rsid w:val="3D2F817F"/>
    <w:rsid w:val="3D5B7A63"/>
    <w:rsid w:val="3DB9C962"/>
    <w:rsid w:val="3DEB3E52"/>
    <w:rsid w:val="3E8703F6"/>
    <w:rsid w:val="3EC15203"/>
    <w:rsid w:val="3F21B376"/>
    <w:rsid w:val="3F736204"/>
    <w:rsid w:val="3F812875"/>
    <w:rsid w:val="4128194C"/>
    <w:rsid w:val="416170A3"/>
    <w:rsid w:val="41A21928"/>
    <w:rsid w:val="41F035B2"/>
    <w:rsid w:val="4275130A"/>
    <w:rsid w:val="42811A17"/>
    <w:rsid w:val="42819E90"/>
    <w:rsid w:val="42984E84"/>
    <w:rsid w:val="433BAB50"/>
    <w:rsid w:val="44B46CD7"/>
    <w:rsid w:val="45376B21"/>
    <w:rsid w:val="456FE658"/>
    <w:rsid w:val="45CC4C81"/>
    <w:rsid w:val="46210F11"/>
    <w:rsid w:val="46C06FD9"/>
    <w:rsid w:val="46DDC72B"/>
    <w:rsid w:val="47A8AD2C"/>
    <w:rsid w:val="47DEFD60"/>
    <w:rsid w:val="4805ABFE"/>
    <w:rsid w:val="48C0920D"/>
    <w:rsid w:val="48C1A41D"/>
    <w:rsid w:val="48C6C73B"/>
    <w:rsid w:val="48EE63B5"/>
    <w:rsid w:val="4991402B"/>
    <w:rsid w:val="4AAE28DB"/>
    <w:rsid w:val="4AB29903"/>
    <w:rsid w:val="4ACB1A36"/>
    <w:rsid w:val="4B0EB38A"/>
    <w:rsid w:val="4B391AFF"/>
    <w:rsid w:val="4C380456"/>
    <w:rsid w:val="4C7E7BEC"/>
    <w:rsid w:val="4C923F2E"/>
    <w:rsid w:val="4D5CCFCB"/>
    <w:rsid w:val="4DF0C837"/>
    <w:rsid w:val="4DF2113A"/>
    <w:rsid w:val="4E07C364"/>
    <w:rsid w:val="4E38B218"/>
    <w:rsid w:val="4E4ADCC0"/>
    <w:rsid w:val="4E71AE23"/>
    <w:rsid w:val="4E94685C"/>
    <w:rsid w:val="4ECD8D66"/>
    <w:rsid w:val="4F6A3D1B"/>
    <w:rsid w:val="504386BA"/>
    <w:rsid w:val="5079D232"/>
    <w:rsid w:val="50E88A10"/>
    <w:rsid w:val="514FAECA"/>
    <w:rsid w:val="51768EA7"/>
    <w:rsid w:val="51DA1BEF"/>
    <w:rsid w:val="522973F1"/>
    <w:rsid w:val="5287E843"/>
    <w:rsid w:val="52D581A6"/>
    <w:rsid w:val="52EFDD82"/>
    <w:rsid w:val="53A2773D"/>
    <w:rsid w:val="53D63B66"/>
    <w:rsid w:val="53EC7A49"/>
    <w:rsid w:val="53F33DEF"/>
    <w:rsid w:val="5410EB99"/>
    <w:rsid w:val="54D0C8A5"/>
    <w:rsid w:val="54FF7234"/>
    <w:rsid w:val="55183B55"/>
    <w:rsid w:val="55A5388C"/>
    <w:rsid w:val="55E4A7F9"/>
    <w:rsid w:val="55FA416D"/>
    <w:rsid w:val="5629FCE6"/>
    <w:rsid w:val="5661E253"/>
    <w:rsid w:val="574D0558"/>
    <w:rsid w:val="57685979"/>
    <w:rsid w:val="57C84FDD"/>
    <w:rsid w:val="57D70ECE"/>
    <w:rsid w:val="57EB9D00"/>
    <w:rsid w:val="57FD9818"/>
    <w:rsid w:val="580B5771"/>
    <w:rsid w:val="5828AE19"/>
    <w:rsid w:val="5870D379"/>
    <w:rsid w:val="58BDB873"/>
    <w:rsid w:val="597F825F"/>
    <w:rsid w:val="5A45753D"/>
    <w:rsid w:val="5AE31097"/>
    <w:rsid w:val="5B383E2C"/>
    <w:rsid w:val="5B739041"/>
    <w:rsid w:val="5C4565B1"/>
    <w:rsid w:val="5C723834"/>
    <w:rsid w:val="5CA1710A"/>
    <w:rsid w:val="5DD41D01"/>
    <w:rsid w:val="5DF8AA75"/>
    <w:rsid w:val="5E71FE0D"/>
    <w:rsid w:val="5E8425DD"/>
    <w:rsid w:val="5EA0130D"/>
    <w:rsid w:val="5F235596"/>
    <w:rsid w:val="5F381CA1"/>
    <w:rsid w:val="5F40F65B"/>
    <w:rsid w:val="5FA07B4F"/>
    <w:rsid w:val="5FBB65E9"/>
    <w:rsid w:val="5FC42C62"/>
    <w:rsid w:val="5FC44FBD"/>
    <w:rsid w:val="60B6BEDE"/>
    <w:rsid w:val="615CABA4"/>
    <w:rsid w:val="6160A414"/>
    <w:rsid w:val="634E30EC"/>
    <w:rsid w:val="638D5963"/>
    <w:rsid w:val="63C26F49"/>
    <w:rsid w:val="63E56BE3"/>
    <w:rsid w:val="648B5CB7"/>
    <w:rsid w:val="64A737A2"/>
    <w:rsid w:val="64FBF375"/>
    <w:rsid w:val="653764A1"/>
    <w:rsid w:val="65ED5BF6"/>
    <w:rsid w:val="6674F919"/>
    <w:rsid w:val="66E48EF5"/>
    <w:rsid w:val="6728FEFF"/>
    <w:rsid w:val="674BE70A"/>
    <w:rsid w:val="67A7899B"/>
    <w:rsid w:val="681B1D2D"/>
    <w:rsid w:val="6870A2B5"/>
    <w:rsid w:val="6875A5E8"/>
    <w:rsid w:val="68E33D8C"/>
    <w:rsid w:val="6968EBD5"/>
    <w:rsid w:val="6981C0AD"/>
    <w:rsid w:val="698D45FB"/>
    <w:rsid w:val="69AD1C54"/>
    <w:rsid w:val="6A13A8D3"/>
    <w:rsid w:val="6A482F25"/>
    <w:rsid w:val="6A7A365E"/>
    <w:rsid w:val="6ABF9493"/>
    <w:rsid w:val="6AD33E7C"/>
    <w:rsid w:val="6B59CC8C"/>
    <w:rsid w:val="6B99A9A5"/>
    <w:rsid w:val="6BBEBA1C"/>
    <w:rsid w:val="6C1631FE"/>
    <w:rsid w:val="6C7A9BF4"/>
    <w:rsid w:val="6C7B008E"/>
    <w:rsid w:val="6CB45F55"/>
    <w:rsid w:val="6D422DC8"/>
    <w:rsid w:val="6D944E60"/>
    <w:rsid w:val="6E69521E"/>
    <w:rsid w:val="6E9E7304"/>
    <w:rsid w:val="6EC27793"/>
    <w:rsid w:val="6F9E4E17"/>
    <w:rsid w:val="6FFB938F"/>
    <w:rsid w:val="709130C4"/>
    <w:rsid w:val="71111D12"/>
    <w:rsid w:val="71BED2D1"/>
    <w:rsid w:val="71E739C8"/>
    <w:rsid w:val="72E1750D"/>
    <w:rsid w:val="72FA3A0C"/>
    <w:rsid w:val="7307E2AA"/>
    <w:rsid w:val="73840A46"/>
    <w:rsid w:val="73BDACF6"/>
    <w:rsid w:val="73FCABBC"/>
    <w:rsid w:val="742114A2"/>
    <w:rsid w:val="75A71DF3"/>
    <w:rsid w:val="75C75812"/>
    <w:rsid w:val="76667A1D"/>
    <w:rsid w:val="76B65613"/>
    <w:rsid w:val="771A27ED"/>
    <w:rsid w:val="77217007"/>
    <w:rsid w:val="77647790"/>
    <w:rsid w:val="777C0DAA"/>
    <w:rsid w:val="78710EC8"/>
    <w:rsid w:val="78C15D6E"/>
    <w:rsid w:val="78EDD5C1"/>
    <w:rsid w:val="793CE145"/>
    <w:rsid w:val="79B99DB3"/>
    <w:rsid w:val="7A5DF124"/>
    <w:rsid w:val="7A7C94FD"/>
    <w:rsid w:val="7AE177CF"/>
    <w:rsid w:val="7AE886A3"/>
    <w:rsid w:val="7B1DD418"/>
    <w:rsid w:val="7C24383F"/>
    <w:rsid w:val="7C45A510"/>
    <w:rsid w:val="7CBC10E1"/>
    <w:rsid w:val="7D0A56FC"/>
    <w:rsid w:val="7D77663C"/>
    <w:rsid w:val="7D8FE419"/>
    <w:rsid w:val="7D933C46"/>
    <w:rsid w:val="7DB5C1E5"/>
    <w:rsid w:val="7E4199EF"/>
    <w:rsid w:val="7E79A41D"/>
    <w:rsid w:val="7E99FCA6"/>
    <w:rsid w:val="7EF28157"/>
    <w:rsid w:val="7EF3D18B"/>
    <w:rsid w:val="7F77F326"/>
    <w:rsid w:val="7F77F510"/>
    <w:rsid w:val="7FB42BEB"/>
    <w:rsid w:val="7FEE0D9F"/>
    <w:rsid w:val="7FFB2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9A9E876-9703-4861-BD1A-E55EB9F56D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624E1"/>
    <w:rPr>
      <w:color w:val="0000FF" w:themeColor="hyperlink"/>
      <w:u w:val="single"/>
    </w:rPr>
  </w:style>
  <w:style w:type="character" w:styleId="UnresolvedMention">
    <w:name w:val="Unresolved Mention"/>
    <w:basedOn w:val="DefaultParagraphFont"/>
    <w:uiPriority w:val="99"/>
    <w:semiHidden/>
    <w:unhideWhenUsed/>
    <w:rsid w:val="002624E1"/>
    <w:rPr>
      <w:color w:val="605E5C"/>
      <w:shd w:val="clear" w:color="auto" w:fill="E1DFDD"/>
    </w:rPr>
  </w:style>
  <w:style w:type="character" w:styleId="agcmg" w:customStyle="1">
    <w:name w:val="a_gcmg"/>
    <w:basedOn w:val="DefaultParagraphFont"/>
    <w:rsid w:val="00C54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6a0873a889364273" Type="http://schemas.openxmlformats.org/officeDocument/2006/relationships/hyperlink" Target="mailto:longc3@southernct.edu" TargetMode="External"/><Relationship Id="Rd9c1f0b0f3e84e64" Type="http://schemas.openxmlformats.org/officeDocument/2006/relationships/hyperlink" Target="mailto:adamsv2@southernct.edu" TargetMode="External"/><Relationship Id="rId8" Type="http://schemas.openxmlformats.org/officeDocument/2006/relationships/customXml" Target="../customXml/item2.xml"/><Relationship Id="rId3" Type="http://schemas.openxmlformats.org/officeDocument/2006/relationships/styles" Target="styles.xml"/><Relationship Id="Rbf746ac76d0f49ef" Type="http://schemas.openxmlformats.org/officeDocument/2006/relationships/hyperlink" Target="https://owlconnect.southernct.edu/submitter/organization/healthservices/eventsubmission/studenthealthehr.southernct.edu" TargetMode="External"/><Relationship Id="rId7" Type="http://schemas.openxmlformats.org/officeDocument/2006/relationships/theme" Target="theme/theme1.xml"/><Relationship Id="R9c42694e2e574b6b" Type="http://schemas.openxmlformats.org/officeDocument/2006/relationships/hyperlink" Target="mailto:healthservices@southernct.edu" TargetMode="External"/><Relationship Id="rId2" Type="http://schemas.openxmlformats.org/officeDocument/2006/relationships/numbering" Target="numbering.xml"/><Relationship Id="R5f0fd1377ffb431c" Type="http://schemas.openxmlformats.org/officeDocument/2006/relationships/hyperlink" Target="https://thehungrybluebird.com/southern-baked-macaroni-and-cheese/" TargetMode="Externa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0908fd93ed164bd8" Type="http://schemas.openxmlformats.org/officeDocument/2006/relationships/hyperlink" Target="mailto:vpas@southernct.edu" TargetMode="External"/><Relationship Id="R6a37db0bd4a441cf" Type="http://schemas.openxmlformats.org/officeDocument/2006/relationships/hyperlink" Target="https://forms.office.com/pages/responsepage.aspx?id=Y2hzWA7WzkCVxgcjx-qvZ42bRCNGgKhMuRHk0gXNqE9UQzBWQVUxQ1dESk9XWk1EM1BST0kwMU5NSC4u&amp;route=shorturl"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08E6D08800B654C93B623E46CC40CC3" ma:contentTypeVersion="17" ma:contentTypeDescription="Create a new document." ma:contentTypeScope="" ma:versionID="2cc92a8cae197b790b368e7d1ce84e8a">
  <xsd:schema xmlns:xsd="http://www.w3.org/2001/XMLSchema" xmlns:xs="http://www.w3.org/2001/XMLSchema" xmlns:p="http://schemas.microsoft.com/office/2006/metadata/properties" xmlns:ns2="73ed8cf7-b581-404f-a3eb-ed628160d78e" xmlns:ns3="70ed8b40-b8ac-491b-99af-bdb8dab2f531" targetNamespace="http://schemas.microsoft.com/office/2006/metadata/properties" ma:root="true" ma:fieldsID="a420a73d272432eb638bc433933860f7" ns2:_="" ns3:_="">
    <xsd:import namespace="73ed8cf7-b581-404f-a3eb-ed628160d78e"/>
    <xsd:import namespace="70ed8b40-b8ac-491b-99af-bdb8dab2f5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d8cf7-b581-404f-a3eb-ed628160d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74e64d-0131-43eb-b4ed-e1281b0ac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ed8b40-b8ac-491b-99af-bdb8dab2f5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767f11-5947-4b51-af03-6636568c72a1}" ma:internalName="TaxCatchAll" ma:showField="CatchAllData" ma:web="70ed8b40-b8ac-491b-99af-bdb8dab2f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0ed8b40-b8ac-491b-99af-bdb8dab2f531" xsi:nil="true"/>
    <lcf76f155ced4ddcb4097134ff3c332f xmlns="73ed8cf7-b581-404f-a3eb-ed628160d7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CB9F96C-0A4C-4BA0-9FF2-1487EF2D3347}"/>
</file>

<file path=customXml/itemProps3.xml><?xml version="1.0" encoding="utf-8"?>
<ds:datastoreItem xmlns:ds="http://schemas.openxmlformats.org/officeDocument/2006/customXml" ds:itemID="{7C60163E-FB08-40D2-A0BF-D4D05C39D0BD}"/>
</file>

<file path=customXml/itemProps4.xml><?xml version="1.0" encoding="utf-8"?>
<ds:datastoreItem xmlns:ds="http://schemas.openxmlformats.org/officeDocument/2006/customXml" ds:itemID="{554A467B-4A7E-4585-B7FC-B50B313EDD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WellStreet Journal</dc:title>
  <dc:subject>Volume 2, Issue 2 - March 2025</dc:subject>
  <dc:creator>SCSU Wellbeing Center</dc:creator>
  <cp:keywords/>
  <cp:lastModifiedBy>Simon, Ashley</cp:lastModifiedBy>
  <cp:revision>40</cp:revision>
  <dcterms:created xsi:type="dcterms:W3CDTF">2026-06-16T19:28:00Z</dcterms:created>
  <dcterms:modified xsi:type="dcterms:W3CDTF">2026-07-14T15:30:54Z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0x010100908E6D08800B654C93B623E46CC40CC3</vt:lpwstr>
  </property>
</Properties>
</file>