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373B" w:rsidR="00D03508" w:rsidP="25A68C54" w:rsidRDefault="00000000" w14:paraId="247F389A" w14:textId="09E8C68C">
      <w:pPr>
        <w:pStyle w:val="Heading1"/>
        <w:spacing w:line="360" w:lineRule="auto"/>
        <w:rPr>
          <w:rFonts w:ascii="Aptos" w:hAnsi="Aptos"/>
          <w:color w:val="0070C0"/>
          <w:sz w:val="36"/>
          <w:szCs w:val="36"/>
        </w:rPr>
      </w:pPr>
      <w:r w:rsidRPr="385611CD" w:rsidR="272DCB7A">
        <w:rPr>
          <w:rFonts w:ascii="Aptos" w:hAnsi="Aptos"/>
          <w:color w:val="0070C0"/>
          <w:sz w:val="36"/>
          <w:szCs w:val="36"/>
        </w:rPr>
        <w:t xml:space="preserve">The </w:t>
      </w:r>
      <w:r w:rsidRPr="385611CD" w:rsidR="272DCB7A">
        <w:rPr>
          <w:rFonts w:ascii="Aptos" w:hAnsi="Aptos"/>
          <w:color w:val="0070C0"/>
          <w:sz w:val="36"/>
          <w:szCs w:val="36"/>
        </w:rPr>
        <w:t>WellStreet</w:t>
      </w:r>
      <w:r w:rsidRPr="385611CD" w:rsidR="272DCB7A">
        <w:rPr>
          <w:rFonts w:ascii="Aptos" w:hAnsi="Aptos"/>
          <w:color w:val="0070C0"/>
          <w:sz w:val="36"/>
          <w:szCs w:val="36"/>
        </w:rPr>
        <w:t xml:space="preserve"> Journal </w:t>
      </w:r>
      <w:r w:rsidRPr="385611CD" w:rsidR="71E739C8">
        <w:rPr>
          <w:rFonts w:ascii="Aptos" w:hAnsi="Aptos"/>
          <w:color w:val="0070C0"/>
          <w:sz w:val="36"/>
          <w:szCs w:val="36"/>
        </w:rPr>
        <w:t>from</w:t>
      </w:r>
      <w:r w:rsidRPr="385611CD" w:rsidR="5B739041">
        <w:rPr>
          <w:rFonts w:ascii="Aptos" w:hAnsi="Aptos"/>
          <w:color w:val="0070C0"/>
          <w:sz w:val="36"/>
          <w:szCs w:val="36"/>
        </w:rPr>
        <w:t xml:space="preserve"> </w:t>
      </w:r>
      <w:r w:rsidRPr="385611CD" w:rsidR="7D77663C">
        <w:rPr>
          <w:rFonts w:ascii="Aptos" w:hAnsi="Aptos"/>
          <w:color w:val="0070C0"/>
          <w:sz w:val="36"/>
          <w:szCs w:val="36"/>
        </w:rPr>
        <w:t>February</w:t>
      </w:r>
      <w:r w:rsidRPr="385611CD" w:rsidR="2578923A">
        <w:rPr>
          <w:rFonts w:ascii="Aptos" w:hAnsi="Aptos"/>
          <w:color w:val="0070C0"/>
          <w:sz w:val="36"/>
          <w:szCs w:val="36"/>
        </w:rPr>
        <w:t xml:space="preserve"> </w:t>
      </w:r>
      <w:r w:rsidRPr="385611CD" w:rsidR="272DCB7A">
        <w:rPr>
          <w:rFonts w:ascii="Aptos" w:hAnsi="Aptos"/>
          <w:color w:val="0070C0"/>
          <w:sz w:val="36"/>
          <w:szCs w:val="36"/>
        </w:rPr>
        <w:t>202</w:t>
      </w:r>
      <w:r w:rsidRPr="385611CD" w:rsidR="27FFC778">
        <w:rPr>
          <w:rFonts w:ascii="Aptos" w:hAnsi="Aptos"/>
          <w:color w:val="0070C0"/>
          <w:sz w:val="36"/>
          <w:szCs w:val="36"/>
        </w:rPr>
        <w:t>5</w:t>
      </w:r>
    </w:p>
    <w:p w:rsidRPr="00A0373B" w:rsidR="00D03508" w:rsidP="25A68C54" w:rsidRDefault="00000000" w14:paraId="3FAB37D9" w14:textId="085BEBA6">
      <w:pPr>
        <w:spacing w:line="360" w:lineRule="auto"/>
        <w:rPr>
          <w:rFonts w:ascii="Aptos" w:hAnsi="Aptos"/>
          <w:sz w:val="28"/>
          <w:szCs w:val="28"/>
        </w:rPr>
      </w:pPr>
      <w:r w:rsidRPr="25A68C54" w:rsidR="07AA8E82">
        <w:rPr>
          <w:rFonts w:ascii="Aptos" w:hAnsi="Aptos"/>
          <w:sz w:val="28"/>
          <w:szCs w:val="28"/>
        </w:rPr>
        <w:t>Th</w:t>
      </w:r>
      <w:r w:rsidRPr="25A68C54" w:rsidR="46210F11">
        <w:rPr>
          <w:rFonts w:ascii="Aptos" w:hAnsi="Aptos"/>
          <w:sz w:val="28"/>
          <w:szCs w:val="28"/>
        </w:rPr>
        <w:t xml:space="preserve">is month on </w:t>
      </w:r>
      <w:r w:rsidRPr="25A68C54" w:rsidR="46210F11">
        <w:rPr>
          <w:rFonts w:ascii="Aptos" w:hAnsi="Aptos"/>
          <w:sz w:val="28"/>
          <w:szCs w:val="28"/>
        </w:rPr>
        <w:t>WellStreet</w:t>
      </w:r>
      <w:r w:rsidRPr="25A68C54" w:rsidR="46210F11">
        <w:rPr>
          <w:rFonts w:ascii="Aptos" w:hAnsi="Aptos"/>
          <w:sz w:val="28"/>
          <w:szCs w:val="28"/>
        </w:rPr>
        <w:t xml:space="preserve"> Journal</w:t>
      </w:r>
    </w:p>
    <w:p w:rsidRPr="00A0373B" w:rsidR="00D03508" w:rsidP="25A68C54" w:rsidRDefault="00000000" w14:paraId="268A59BF" w14:textId="77777777">
      <w:pPr>
        <w:pStyle w:val="Heading2"/>
        <w:spacing w:line="360" w:lineRule="auto"/>
        <w:rPr>
          <w:rFonts w:ascii="Aptos" w:hAnsi="Aptos"/>
          <w:color w:val="0070C0"/>
          <w:sz w:val="32"/>
          <w:szCs w:val="32"/>
        </w:rPr>
      </w:pPr>
      <w:r w:rsidRPr="25A68C54" w:rsidR="07AA8E82">
        <w:rPr>
          <w:rFonts w:ascii="Aptos" w:hAnsi="Aptos"/>
          <w:color w:val="0070C0"/>
          <w:sz w:val="32"/>
          <w:szCs w:val="32"/>
        </w:rPr>
        <w:t>Quote of the Day</w:t>
      </w:r>
    </w:p>
    <w:p w:rsidR="638D5963" w:rsidP="385611CD" w:rsidRDefault="638D5963" w14:paraId="10A8E6DF" w14:textId="0282F645">
      <w:pPr>
        <w:pStyle w:val="Normal"/>
        <w:spacing w:before="240" w:beforeAutospacing="off" w:after="240" w:afterAutospacing="off" w:line="375" w:lineRule="auto"/>
        <w:rPr>
          <w:rFonts w:ascii="Aptos" w:hAnsi="Aptos" w:eastAsia="Aptos" w:cs="Aptos"/>
          <w:b w:val="1"/>
          <w:bCs w:val="1"/>
          <w:i w:val="0"/>
          <w:iCs w:val="0"/>
          <w:caps w:val="0"/>
          <w:smallCaps w:val="0"/>
          <w:noProof w:val="0"/>
          <w:sz w:val="28"/>
          <w:szCs w:val="28"/>
          <w:lang w:val="en-US"/>
        </w:rPr>
      </w:pPr>
      <w:r w:rsidRPr="385611CD" w:rsidR="5AE31097">
        <w:rPr>
          <w:rFonts w:ascii="Aptos" w:hAnsi="Aptos" w:eastAsia="Aptos" w:cs="Aptos"/>
          <w:b w:val="0"/>
          <w:bCs w:val="0"/>
          <w:i w:val="0"/>
          <w:iCs w:val="0"/>
          <w:caps w:val="0"/>
          <w:smallCaps w:val="0"/>
          <w:noProof w:val="0"/>
          <w:sz w:val="28"/>
          <w:szCs w:val="28"/>
          <w:lang w:val="en-US"/>
        </w:rPr>
        <w:t>“</w:t>
      </w:r>
      <w:r w:rsidRPr="385611CD" w:rsidR="0CA1346D">
        <w:rPr>
          <w:rFonts w:ascii="Aptos" w:hAnsi="Aptos" w:eastAsia="Aptos" w:cs="Aptos"/>
          <w:b w:val="1"/>
          <w:bCs w:val="1"/>
          <w:i w:val="0"/>
          <w:iCs w:val="0"/>
          <w:caps w:val="0"/>
          <w:smallCaps w:val="0"/>
          <w:noProof w:val="0"/>
          <w:sz w:val="28"/>
          <w:szCs w:val="28"/>
          <w:lang w:val="en-US"/>
        </w:rPr>
        <w:t xml:space="preserve">Injustice anywhere is a threat to justice </w:t>
      </w:r>
      <w:r w:rsidRPr="385611CD" w:rsidR="0CA1346D">
        <w:rPr>
          <w:rFonts w:ascii="Aptos" w:hAnsi="Aptos" w:eastAsia="Aptos" w:cs="Aptos"/>
          <w:noProof w:val="0"/>
          <w:sz w:val="28"/>
          <w:szCs w:val="28"/>
          <w:lang w:val="en-US"/>
        </w:rPr>
        <w:t>everywhere."</w:t>
      </w:r>
    </w:p>
    <w:p w:rsidR="638D5963" w:rsidP="385611CD" w:rsidRDefault="638D5963" w14:paraId="6B894079" w14:textId="10064476">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85611CD" w:rsidR="5AE31097">
        <w:rPr>
          <w:rFonts w:ascii="Aptos" w:hAnsi="Aptos" w:eastAsia="Aptos" w:cs="Aptos"/>
          <w:b w:val="0"/>
          <w:bCs w:val="0"/>
          <w:i w:val="0"/>
          <w:iCs w:val="0"/>
          <w:caps w:val="0"/>
          <w:smallCaps w:val="0"/>
          <w:noProof w:val="0"/>
          <w:sz w:val="28"/>
          <w:szCs w:val="28"/>
          <w:lang w:val="en-US"/>
        </w:rPr>
        <w:t xml:space="preserve">” Quote </w:t>
      </w:r>
      <w:r w:rsidRPr="385611CD" w:rsidR="5AE31097">
        <w:rPr>
          <w:rFonts w:ascii="Aptos" w:hAnsi="Aptos" w:eastAsia="Aptos" w:cs="Aptos"/>
          <w:b w:val="0"/>
          <w:bCs w:val="0"/>
          <w:i w:val="0"/>
          <w:iCs w:val="0"/>
          <w:caps w:val="0"/>
          <w:smallCaps w:val="0"/>
          <w:noProof w:val="0"/>
          <w:sz w:val="28"/>
          <w:szCs w:val="28"/>
          <w:lang w:val="en-US"/>
        </w:rPr>
        <w:t xml:space="preserve">by </w:t>
      </w:r>
      <w:r w:rsidRPr="385611CD" w:rsidR="597F825F">
        <w:rPr>
          <w:rFonts w:ascii="Aptos" w:hAnsi="Aptos" w:eastAsia="Aptos" w:cs="Aptos"/>
          <w:b w:val="0"/>
          <w:bCs w:val="0"/>
          <w:i w:val="0"/>
          <w:iCs w:val="0"/>
          <w:caps w:val="0"/>
          <w:smallCaps w:val="0"/>
          <w:noProof w:val="0"/>
          <w:sz w:val="28"/>
          <w:szCs w:val="28"/>
          <w:lang w:val="en-US"/>
        </w:rPr>
        <w:t>Martin Luther King Jr.</w:t>
      </w:r>
    </w:p>
    <w:p w:rsidR="6F9E4E17" w:rsidP="25A68C54" w:rsidRDefault="6F9E4E17" w14:paraId="0F405E78" w14:textId="1142FDFF">
      <w:pPr>
        <w:pStyle w:val="Heading2"/>
        <w:spacing w:line="360" w:lineRule="auto"/>
        <w:rPr>
          <w:rFonts w:ascii="Aptos" w:hAnsi="Aptos"/>
          <w:color w:val="0070C0"/>
          <w:sz w:val="32"/>
          <w:szCs w:val="32"/>
        </w:rPr>
      </w:pPr>
      <w:r w:rsidRPr="385611CD" w:rsidR="18435088">
        <w:rPr>
          <w:rFonts w:ascii="Aptos" w:hAnsi="Aptos"/>
          <w:color w:val="0070C0"/>
          <w:sz w:val="32"/>
          <w:szCs w:val="32"/>
        </w:rPr>
        <w:t>Wellness on the Way: Upcoming Events</w:t>
      </w:r>
    </w:p>
    <w:p w:rsidR="2F37BD06" w:rsidP="385611CD" w:rsidRDefault="2F37BD06" w14:paraId="5ED1C5B0" w14:textId="40E5553D">
      <w:pPr>
        <w:spacing w:before="240" w:beforeAutospacing="off" w:after="240" w:afterAutospacing="off" w:line="405" w:lineRule="auto"/>
        <w:rPr>
          <w:rFonts w:ascii="Aptos" w:hAnsi="Aptos" w:eastAsia="Aptos" w:cs="Aptos"/>
          <w:b w:val="1"/>
          <w:bCs w:val="1"/>
          <w:i w:val="0"/>
          <w:iCs w:val="0"/>
          <w:caps w:val="0"/>
          <w:smallCaps w:val="0"/>
          <w:noProof w:val="0"/>
          <w:color w:val="0070C0"/>
          <w:sz w:val="28"/>
          <w:szCs w:val="28"/>
          <w:lang w:val="en-US"/>
        </w:rPr>
      </w:pPr>
      <w:r w:rsidRPr="385611CD" w:rsidR="2F37BD06">
        <w:rPr>
          <w:rFonts w:ascii="Aptos" w:hAnsi="Aptos" w:eastAsia="Aptos" w:cs="Aptos"/>
          <w:b w:val="1"/>
          <w:bCs w:val="1"/>
          <w:i w:val="0"/>
          <w:iCs w:val="0"/>
          <w:caps w:val="0"/>
          <w:smallCaps w:val="0"/>
          <w:noProof w:val="0"/>
          <w:color w:val="0070C0"/>
          <w:sz w:val="28"/>
          <w:szCs w:val="28"/>
          <w:lang w:val="en-US"/>
        </w:rPr>
        <w:t xml:space="preserve">Pop The Balloon </w:t>
      </w:r>
    </w:p>
    <w:p w:rsidR="2F37BD06" w:rsidP="385611CD" w:rsidRDefault="2F37BD06" w14:paraId="462A2566" w14:textId="42DB9812">
      <w:pPr>
        <w:pStyle w:val="Normal"/>
        <w:spacing w:before="240" w:beforeAutospacing="off" w:after="240" w:afterAutospacing="off" w:line="465" w:lineRule="auto"/>
      </w:pPr>
      <w:r w:rsidRPr="385611CD" w:rsidR="2F37BD06">
        <w:rPr>
          <w:rFonts w:ascii="Aptos" w:hAnsi="Aptos" w:eastAsia="Aptos" w:cs="Aptos"/>
          <w:b w:val="0"/>
          <w:bCs w:val="0"/>
          <w:i w:val="0"/>
          <w:iCs w:val="0"/>
          <w:caps w:val="0"/>
          <w:smallCaps w:val="0"/>
          <w:noProof w:val="0"/>
          <w:sz w:val="28"/>
          <w:szCs w:val="28"/>
          <w:lang w:val="en-US"/>
        </w:rPr>
        <w:t xml:space="preserve">Wednesday, Feb. 12th, </w:t>
      </w:r>
      <w:r w:rsidRPr="385611CD" w:rsidR="5FBB65E9">
        <w:rPr>
          <w:rFonts w:ascii="Aptos" w:hAnsi="Aptos" w:eastAsia="Aptos" w:cs="Aptos"/>
          <w:noProof w:val="0"/>
          <w:sz w:val="28"/>
          <w:szCs w:val="28"/>
          <w:lang w:val="en-US"/>
        </w:rPr>
        <w:t>2025,</w:t>
      </w:r>
      <w:r w:rsidRPr="385611CD" w:rsidR="2F37BD06">
        <w:rPr>
          <w:rFonts w:ascii="Aptos" w:hAnsi="Aptos" w:eastAsia="Aptos" w:cs="Aptos"/>
          <w:b w:val="0"/>
          <w:bCs w:val="0"/>
          <w:i w:val="0"/>
          <w:iCs w:val="0"/>
          <w:caps w:val="0"/>
          <w:smallCaps w:val="0"/>
          <w:noProof w:val="0"/>
          <w:sz w:val="28"/>
          <w:szCs w:val="28"/>
          <w:lang w:val="en-US"/>
        </w:rPr>
        <w:t xml:space="preserve"> </w:t>
      </w:r>
      <w:r w:rsidRPr="385611CD" w:rsidR="084D2693">
        <w:rPr>
          <w:rFonts w:ascii="Aptos" w:hAnsi="Aptos" w:eastAsia="Aptos" w:cs="Aptos"/>
          <w:b w:val="0"/>
          <w:bCs w:val="0"/>
          <w:i w:val="0"/>
          <w:iCs w:val="0"/>
          <w:caps w:val="0"/>
          <w:smallCaps w:val="0"/>
          <w:noProof w:val="0"/>
          <w:sz w:val="28"/>
          <w:szCs w:val="28"/>
          <w:lang w:val="en-US"/>
        </w:rPr>
        <w:t>f</w:t>
      </w:r>
      <w:r w:rsidRPr="385611CD" w:rsidR="2F37BD06">
        <w:rPr>
          <w:rFonts w:ascii="Aptos" w:hAnsi="Aptos" w:eastAsia="Aptos" w:cs="Aptos"/>
          <w:b w:val="0"/>
          <w:bCs w:val="0"/>
          <w:i w:val="0"/>
          <w:iCs w:val="0"/>
          <w:caps w:val="0"/>
          <w:smallCaps w:val="0"/>
          <w:noProof w:val="0"/>
          <w:sz w:val="28"/>
          <w:szCs w:val="28"/>
          <w:lang w:val="en-US"/>
        </w:rPr>
        <w:t xml:space="preserve">rom </w:t>
      </w:r>
      <w:r w:rsidRPr="385611CD" w:rsidR="742114A2">
        <w:rPr>
          <w:rFonts w:ascii="Aptos" w:hAnsi="Aptos" w:eastAsia="Aptos" w:cs="Aptos"/>
          <w:noProof w:val="0"/>
          <w:sz w:val="28"/>
          <w:szCs w:val="28"/>
          <w:lang w:val="en-US"/>
        </w:rPr>
        <w:t>12pm to</w:t>
      </w:r>
      <w:r w:rsidRPr="385611CD" w:rsidR="2F37BD06">
        <w:rPr>
          <w:rFonts w:ascii="Aptos" w:hAnsi="Aptos" w:eastAsia="Aptos" w:cs="Aptos"/>
          <w:b w:val="0"/>
          <w:bCs w:val="0"/>
          <w:i w:val="0"/>
          <w:iCs w:val="0"/>
          <w:caps w:val="0"/>
          <w:smallCaps w:val="0"/>
          <w:noProof w:val="0"/>
          <w:sz w:val="28"/>
          <w:szCs w:val="28"/>
          <w:lang w:val="en-US"/>
        </w:rPr>
        <w:t xml:space="preserve"> 2pm </w:t>
      </w:r>
      <w:r w:rsidRPr="385611CD" w:rsidR="316F4544">
        <w:rPr>
          <w:rFonts w:ascii="Aptos" w:hAnsi="Aptos" w:eastAsia="Aptos" w:cs="Aptos"/>
          <w:b w:val="0"/>
          <w:bCs w:val="0"/>
          <w:i w:val="0"/>
          <w:iCs w:val="0"/>
          <w:caps w:val="0"/>
          <w:smallCaps w:val="0"/>
          <w:noProof w:val="0"/>
          <w:sz w:val="28"/>
          <w:szCs w:val="28"/>
          <w:lang w:val="en-US"/>
        </w:rPr>
        <w:t>i</w:t>
      </w:r>
      <w:r w:rsidRPr="385611CD" w:rsidR="2F37BD06">
        <w:rPr>
          <w:rFonts w:ascii="Aptos" w:hAnsi="Aptos" w:eastAsia="Aptos" w:cs="Aptos"/>
          <w:b w:val="0"/>
          <w:bCs w:val="0"/>
          <w:i w:val="0"/>
          <w:iCs w:val="0"/>
          <w:caps w:val="0"/>
          <w:smallCaps w:val="0"/>
          <w:noProof w:val="0"/>
          <w:sz w:val="28"/>
          <w:szCs w:val="28"/>
          <w:lang w:val="en-US"/>
        </w:rPr>
        <w:t xml:space="preserve">n </w:t>
      </w:r>
      <w:r w:rsidRPr="385611CD" w:rsidR="0E6890ED">
        <w:rPr>
          <w:rFonts w:ascii="Aptos" w:hAnsi="Aptos" w:eastAsia="Aptos" w:cs="Aptos"/>
          <w:noProof w:val="0"/>
          <w:sz w:val="28"/>
          <w:szCs w:val="28"/>
          <w:lang w:val="en-US"/>
        </w:rPr>
        <w:t>the ASC</w:t>
      </w:r>
      <w:r w:rsidRPr="385611CD" w:rsidR="2F37BD06">
        <w:rPr>
          <w:rFonts w:ascii="Aptos" w:hAnsi="Aptos" w:eastAsia="Aptos" w:cs="Aptos"/>
          <w:b w:val="0"/>
          <w:bCs w:val="0"/>
          <w:i w:val="0"/>
          <w:iCs w:val="0"/>
          <w:caps w:val="0"/>
          <w:smallCaps w:val="0"/>
          <w:noProof w:val="0"/>
          <w:sz w:val="28"/>
          <w:szCs w:val="28"/>
          <w:lang w:val="en-US"/>
        </w:rPr>
        <w:t xml:space="preserve"> Theater</w:t>
      </w:r>
    </w:p>
    <w:p w:rsidR="2F37BD06" w:rsidP="385611CD" w:rsidRDefault="2F37BD06" w14:paraId="22CF9F23" w14:textId="3061B33A">
      <w:pPr>
        <w:spacing w:before="240" w:beforeAutospacing="off" w:after="240" w:afterAutospacing="off" w:line="315" w:lineRule="auto"/>
      </w:pPr>
      <w:r w:rsidRPr="385611CD" w:rsidR="2F37BD06">
        <w:rPr>
          <w:rFonts w:ascii="Aptos" w:hAnsi="Aptos" w:eastAsia="Aptos" w:cs="Aptos"/>
          <w:b w:val="0"/>
          <w:bCs w:val="0"/>
          <w:i w:val="0"/>
          <w:iCs w:val="0"/>
          <w:caps w:val="0"/>
          <w:smallCaps w:val="0"/>
          <w:noProof w:val="0"/>
          <w:sz w:val="28"/>
          <w:szCs w:val="28"/>
          <w:lang w:val="en-US"/>
        </w:rPr>
        <w:t>In honor of Valentine’s Day, join us for our exciting 'Pop the Balloon' event</w:t>
      </w:r>
      <w:r w:rsidRPr="385611CD" w:rsidR="2F37BD06">
        <w:rPr>
          <w:rFonts w:ascii="Aptos" w:hAnsi="Aptos" w:eastAsia="Aptos" w:cs="Aptos"/>
          <w:b w:val="1"/>
          <w:bCs w:val="1"/>
          <w:i w:val="0"/>
          <w:iCs w:val="0"/>
          <w:caps w:val="0"/>
          <w:smallCaps w:val="0"/>
          <w:noProof w:val="0"/>
          <w:sz w:val="28"/>
          <w:szCs w:val="28"/>
          <w:lang w:val="en-US"/>
        </w:rPr>
        <w:t xml:space="preserve">—a fun twist on the viral sensation! </w:t>
      </w:r>
      <w:r w:rsidRPr="385611CD" w:rsidR="2F37BD06">
        <w:rPr>
          <w:rFonts w:ascii="Aptos" w:hAnsi="Aptos" w:eastAsia="Aptos" w:cs="Aptos"/>
          <w:b w:val="0"/>
          <w:bCs w:val="0"/>
          <w:i w:val="0"/>
          <w:iCs w:val="0"/>
          <w:caps w:val="0"/>
          <w:smallCaps w:val="0"/>
          <w:noProof w:val="0"/>
          <w:sz w:val="28"/>
          <w:szCs w:val="28"/>
          <w:lang w:val="en-US"/>
        </w:rPr>
        <w:t>Pop a balloon to learn about the signs of healthy and unhealthy relationship! Spread some love and laughs, discover key relationship tips, and take part in an interactive experience that’s as entertaining as it is empowering!</w:t>
      </w:r>
    </w:p>
    <w:p w:rsidR="6B99A9A5" w:rsidP="385611CD" w:rsidRDefault="6B99A9A5" w14:paraId="19C39B71" w14:textId="410944A3">
      <w:pPr>
        <w:spacing w:before="240" w:beforeAutospacing="off" w:after="240" w:afterAutospacing="off" w:line="405" w:lineRule="auto"/>
        <w:rPr>
          <w:rFonts w:ascii="Aptos" w:hAnsi="Aptos" w:eastAsia="Aptos" w:cs="Aptos"/>
          <w:b w:val="1"/>
          <w:bCs w:val="1"/>
          <w:i w:val="0"/>
          <w:iCs w:val="0"/>
          <w:caps w:val="1"/>
          <w:noProof w:val="0"/>
          <w:color w:val="0070C0"/>
          <w:sz w:val="28"/>
          <w:szCs w:val="28"/>
          <w:lang w:val="en-US"/>
        </w:rPr>
      </w:pPr>
      <w:r w:rsidRPr="385611CD" w:rsidR="6B99A9A5">
        <w:rPr>
          <w:rFonts w:ascii="Aptos" w:hAnsi="Aptos" w:eastAsia="Aptos" w:cs="Aptos"/>
          <w:b w:val="1"/>
          <w:bCs w:val="1"/>
          <w:i w:val="0"/>
          <w:iCs w:val="0"/>
          <w:caps w:val="0"/>
          <w:smallCaps w:val="0"/>
          <w:noProof w:val="0"/>
          <w:color w:val="0070C0"/>
          <w:sz w:val="28"/>
          <w:szCs w:val="28"/>
          <w:lang w:val="en-US"/>
        </w:rPr>
        <w:t xml:space="preserve">Embrace Your Mane: Afro-hair Care </w:t>
      </w:r>
      <w:r w:rsidRPr="385611CD" w:rsidR="6B99A9A5">
        <w:rPr>
          <w:rFonts w:ascii="Aptos" w:hAnsi="Aptos" w:eastAsia="Aptos" w:cs="Aptos"/>
          <w:b w:val="1"/>
          <w:bCs w:val="1"/>
          <w:i w:val="0"/>
          <w:iCs w:val="0"/>
          <w:caps w:val="0"/>
          <w:smallCaps w:val="0"/>
          <w:noProof w:val="0"/>
          <w:color w:val="0070C0"/>
          <w:sz w:val="28"/>
          <w:szCs w:val="28"/>
          <w:lang w:val="en-US"/>
        </w:rPr>
        <w:t>and</w:t>
      </w:r>
      <w:r w:rsidRPr="385611CD" w:rsidR="6B99A9A5">
        <w:rPr>
          <w:rFonts w:ascii="Aptos" w:hAnsi="Aptos" w:eastAsia="Aptos" w:cs="Aptos"/>
          <w:b w:val="1"/>
          <w:bCs w:val="1"/>
          <w:i w:val="0"/>
          <w:iCs w:val="0"/>
          <w:caps w:val="0"/>
          <w:smallCaps w:val="0"/>
          <w:noProof w:val="0"/>
          <w:color w:val="0070C0"/>
          <w:sz w:val="28"/>
          <w:szCs w:val="28"/>
          <w:lang w:val="en-US"/>
        </w:rPr>
        <w:t xml:space="preserve"> Wellness</w:t>
      </w:r>
    </w:p>
    <w:p w:rsidR="6B99A9A5" w:rsidP="385611CD" w:rsidRDefault="6B99A9A5" w14:paraId="74F4E492" w14:textId="723792AD">
      <w:pPr>
        <w:spacing w:before="240" w:beforeAutospacing="off" w:after="240" w:afterAutospacing="off" w:line="435" w:lineRule="auto"/>
      </w:pPr>
      <w:r w:rsidRPr="385611CD" w:rsidR="6B99A9A5">
        <w:rPr>
          <w:rFonts w:ascii="Aptos" w:hAnsi="Aptos" w:eastAsia="Aptos" w:cs="Aptos"/>
          <w:b w:val="0"/>
          <w:bCs w:val="0"/>
          <w:i w:val="0"/>
          <w:iCs w:val="0"/>
          <w:caps w:val="0"/>
          <w:smallCaps w:val="0"/>
          <w:noProof w:val="0"/>
          <w:sz w:val="28"/>
          <w:szCs w:val="28"/>
          <w:lang w:val="en-US"/>
        </w:rPr>
        <w:t>Wednesday, Feb. 26th, 2025, from 1pm to 2:30pm in ASC 201</w:t>
      </w:r>
    </w:p>
    <w:p w:rsidR="6B99A9A5" w:rsidP="385611CD" w:rsidRDefault="6B99A9A5" w14:paraId="2D74A0EF" w14:textId="7D1FDF38">
      <w:pPr>
        <w:spacing w:before="240" w:beforeAutospacing="off" w:after="240" w:afterAutospacing="off" w:line="315" w:lineRule="auto"/>
      </w:pPr>
      <w:r w:rsidRPr="385611CD" w:rsidR="6B99A9A5">
        <w:rPr>
          <w:rFonts w:ascii="Aptos" w:hAnsi="Aptos" w:eastAsia="Aptos" w:cs="Aptos"/>
          <w:b w:val="0"/>
          <w:bCs w:val="0"/>
          <w:i w:val="0"/>
          <w:iCs w:val="0"/>
          <w:caps w:val="0"/>
          <w:smallCaps w:val="0"/>
          <w:noProof w:val="0"/>
          <w:sz w:val="28"/>
          <w:szCs w:val="28"/>
          <w:lang w:val="en-US"/>
        </w:rPr>
        <w:t xml:space="preserve">Celebrate the </w:t>
      </w:r>
      <w:r w:rsidRPr="385611CD" w:rsidR="6B99A9A5">
        <w:rPr>
          <w:rFonts w:ascii="Aptos" w:hAnsi="Aptos" w:eastAsia="Aptos" w:cs="Aptos"/>
          <w:b w:val="1"/>
          <w:bCs w:val="1"/>
          <w:i w:val="0"/>
          <w:iCs w:val="0"/>
          <w:caps w:val="0"/>
          <w:smallCaps w:val="0"/>
          <w:noProof w:val="0"/>
          <w:sz w:val="28"/>
          <w:szCs w:val="28"/>
          <w:lang w:val="en-US"/>
        </w:rPr>
        <w:t>beauty and history of Afro hair</w:t>
      </w:r>
      <w:r w:rsidRPr="385611CD" w:rsidR="6B99A9A5">
        <w:rPr>
          <w:rFonts w:ascii="Aptos" w:hAnsi="Aptos" w:eastAsia="Aptos" w:cs="Aptos"/>
          <w:b w:val="0"/>
          <w:bCs w:val="0"/>
          <w:i w:val="0"/>
          <w:iCs w:val="0"/>
          <w:caps w:val="0"/>
          <w:smallCaps w:val="0"/>
          <w:noProof w:val="0"/>
          <w:sz w:val="28"/>
          <w:szCs w:val="28"/>
          <w:lang w:val="en-US"/>
        </w:rPr>
        <w:t xml:space="preserve"> at our Afro Hair Care event! Learn about the cultural significance of Afro hair, its connection to mental health, and tips for </w:t>
      </w:r>
      <w:r w:rsidRPr="385611CD" w:rsidR="6B99A9A5">
        <w:rPr>
          <w:rFonts w:ascii="Aptos" w:hAnsi="Aptos" w:eastAsia="Aptos" w:cs="Aptos"/>
          <w:b w:val="0"/>
          <w:bCs w:val="0"/>
          <w:i w:val="0"/>
          <w:iCs w:val="0"/>
          <w:caps w:val="0"/>
          <w:smallCaps w:val="0"/>
          <w:noProof w:val="0"/>
          <w:sz w:val="28"/>
          <w:szCs w:val="28"/>
          <w:lang w:val="en-US"/>
        </w:rPr>
        <w:t>maintaining</w:t>
      </w:r>
      <w:r w:rsidRPr="385611CD" w:rsidR="6B99A9A5">
        <w:rPr>
          <w:rFonts w:ascii="Aptos" w:hAnsi="Aptos" w:eastAsia="Aptos" w:cs="Aptos"/>
          <w:b w:val="0"/>
          <w:bCs w:val="0"/>
          <w:i w:val="0"/>
          <w:iCs w:val="0"/>
          <w:caps w:val="0"/>
          <w:smallCaps w:val="0"/>
          <w:noProof w:val="0"/>
          <w:sz w:val="28"/>
          <w:szCs w:val="28"/>
          <w:lang w:val="en-US"/>
        </w:rPr>
        <w:t xml:space="preserve"> healthy hair. Plus, enjoy a live demo on protective styling </w:t>
      </w:r>
      <w:r w:rsidRPr="385611CD" w:rsidR="6B99A9A5">
        <w:rPr>
          <w:rFonts w:ascii="Aptos" w:hAnsi="Aptos" w:eastAsia="Aptos" w:cs="Aptos"/>
          <w:b w:val="0"/>
          <w:bCs w:val="0"/>
          <w:i w:val="0"/>
          <w:iCs w:val="0"/>
          <w:caps w:val="0"/>
          <w:smallCaps w:val="0"/>
          <w:noProof w:val="0"/>
          <w:sz w:val="28"/>
          <w:szCs w:val="28"/>
          <w:lang w:val="en-US"/>
        </w:rPr>
        <w:t>that’s</w:t>
      </w:r>
      <w:r w:rsidRPr="385611CD" w:rsidR="6B99A9A5">
        <w:rPr>
          <w:rFonts w:ascii="Aptos" w:hAnsi="Aptos" w:eastAsia="Aptos" w:cs="Aptos"/>
          <w:b w:val="0"/>
          <w:bCs w:val="0"/>
          <w:i w:val="0"/>
          <w:iCs w:val="0"/>
          <w:caps w:val="0"/>
          <w:smallCaps w:val="0"/>
          <w:noProof w:val="0"/>
          <w:sz w:val="28"/>
          <w:szCs w:val="28"/>
          <w:lang w:val="en-US"/>
        </w:rPr>
        <w:t xml:space="preserve"> sure to inspire</w:t>
      </w:r>
      <w:r w:rsidRPr="385611CD" w:rsidR="6B99A9A5">
        <w:rPr>
          <w:rFonts w:ascii="Aptos" w:hAnsi="Aptos" w:eastAsia="Aptos" w:cs="Aptos"/>
          <w:b w:val="1"/>
          <w:bCs w:val="1"/>
          <w:i w:val="0"/>
          <w:iCs w:val="0"/>
          <w:caps w:val="0"/>
          <w:smallCaps w:val="0"/>
          <w:noProof w:val="0"/>
          <w:sz w:val="28"/>
          <w:szCs w:val="28"/>
          <w:lang w:val="en-US"/>
        </w:rPr>
        <w:t>!</w:t>
      </w:r>
    </w:p>
    <w:p w:rsidR="2AEECF79" w:rsidP="385611CD" w:rsidRDefault="2AEECF79" w14:paraId="54F7B118" w14:textId="6CE2CDE7">
      <w:pPr>
        <w:spacing w:before="240" w:beforeAutospacing="off" w:after="240" w:afterAutospacing="off" w:line="405" w:lineRule="auto"/>
        <w:rPr>
          <w:rFonts w:ascii="Aptos" w:hAnsi="Aptos" w:eastAsia="Aptos" w:cs="Aptos"/>
          <w:b w:val="1"/>
          <w:bCs w:val="1"/>
          <w:i w:val="0"/>
          <w:iCs w:val="0"/>
          <w:caps w:val="1"/>
          <w:noProof w:val="0"/>
          <w:color w:val="0070C0"/>
          <w:sz w:val="28"/>
          <w:szCs w:val="28"/>
          <w:lang w:val="en-US"/>
        </w:rPr>
      </w:pPr>
      <w:r w:rsidRPr="385611CD" w:rsidR="2AEECF79">
        <w:rPr>
          <w:rFonts w:ascii="Aptos" w:hAnsi="Aptos" w:eastAsia="Aptos" w:cs="Aptos"/>
          <w:b w:val="1"/>
          <w:bCs w:val="1"/>
          <w:i w:val="0"/>
          <w:iCs w:val="0"/>
          <w:caps w:val="0"/>
          <w:smallCaps w:val="0"/>
          <w:noProof w:val="0"/>
          <w:color w:val="0070C0"/>
          <w:sz w:val="28"/>
          <w:szCs w:val="28"/>
          <w:lang w:val="en-US"/>
        </w:rPr>
        <w:t>QPR Suicide Prevention Training</w:t>
      </w:r>
    </w:p>
    <w:p w:rsidR="2AEECF79" w:rsidP="385611CD" w:rsidRDefault="2AEECF79" w14:paraId="2E67E77A" w14:textId="6D84B84A">
      <w:pPr>
        <w:spacing w:before="240" w:beforeAutospacing="off" w:after="240" w:afterAutospacing="off" w:line="435" w:lineRule="auto"/>
        <w:rPr>
          <w:rFonts w:ascii="Aptos" w:hAnsi="Aptos" w:eastAsia="Aptos" w:cs="Aptos"/>
          <w:b w:val="0"/>
          <w:bCs w:val="0"/>
          <w:i w:val="0"/>
          <w:iCs w:val="0"/>
          <w:caps w:val="1"/>
          <w:noProof w:val="0"/>
          <w:color w:val="auto"/>
          <w:sz w:val="28"/>
          <w:szCs w:val="28"/>
          <w:lang w:val="en-US"/>
        </w:rPr>
      </w:pPr>
      <w:r w:rsidRPr="385611CD" w:rsidR="2AEECF79">
        <w:rPr>
          <w:rFonts w:ascii="Aptos" w:hAnsi="Aptos" w:eastAsia="Aptos" w:cs="Aptos"/>
          <w:b w:val="0"/>
          <w:bCs w:val="0"/>
          <w:i w:val="0"/>
          <w:iCs w:val="0"/>
          <w:caps w:val="0"/>
          <w:smallCaps w:val="0"/>
          <w:noProof w:val="0"/>
          <w:color w:val="auto"/>
          <w:sz w:val="28"/>
          <w:szCs w:val="28"/>
          <w:lang w:val="en-US"/>
        </w:rPr>
        <w:t>90 Minutes, in person | A</w:t>
      </w:r>
      <w:r w:rsidRPr="385611CD" w:rsidR="2AEECF79">
        <w:rPr>
          <w:rFonts w:ascii="Aptos" w:hAnsi="Aptos" w:eastAsia="Aptos" w:cs="Aptos"/>
          <w:b w:val="0"/>
          <w:bCs w:val="0"/>
          <w:i w:val="0"/>
          <w:iCs w:val="0"/>
          <w:caps w:val="0"/>
          <w:smallCaps w:val="0"/>
          <w:noProof w:val="0"/>
          <w:color w:val="auto"/>
          <w:sz w:val="28"/>
          <w:szCs w:val="28"/>
          <w:lang w:val="en-US"/>
        </w:rPr>
        <w:t xml:space="preserve">ll dates are posted on </w:t>
      </w:r>
      <w:r w:rsidRPr="385611CD" w:rsidR="2AEECF79">
        <w:rPr>
          <w:rFonts w:ascii="Aptos" w:hAnsi="Aptos" w:eastAsia="Aptos" w:cs="Aptos"/>
          <w:b w:val="0"/>
          <w:bCs w:val="0"/>
          <w:i w:val="0"/>
          <w:iCs w:val="0"/>
          <w:caps w:val="0"/>
          <w:smallCaps w:val="0"/>
          <w:noProof w:val="0"/>
          <w:color w:val="auto"/>
          <w:sz w:val="28"/>
          <w:szCs w:val="28"/>
          <w:lang w:val="en-US"/>
        </w:rPr>
        <w:t>OwlConnect</w:t>
      </w:r>
    </w:p>
    <w:p w:rsidR="2AEECF79" w:rsidP="385611CD" w:rsidRDefault="2AEECF79" w14:paraId="1AE072F5" w14:textId="4B347491">
      <w:pPr>
        <w:spacing w:before="240" w:beforeAutospacing="off" w:after="240" w:afterAutospacing="off" w:line="330" w:lineRule="auto"/>
      </w:pPr>
      <w:r w:rsidRPr="385611CD" w:rsidR="2AEECF79">
        <w:rPr>
          <w:rFonts w:ascii="Aptos" w:hAnsi="Aptos" w:eastAsia="Aptos" w:cs="Aptos"/>
          <w:b w:val="0"/>
          <w:bCs w:val="0"/>
          <w:i w:val="0"/>
          <w:iCs w:val="0"/>
          <w:caps w:val="0"/>
          <w:smallCaps w:val="0"/>
          <w:noProof w:val="0"/>
          <w:sz w:val="28"/>
          <w:szCs w:val="28"/>
          <w:lang w:val="en-US"/>
        </w:rPr>
        <w:t xml:space="preserve">QPR's mission is to reduce suicidal behaviors and save lives through effective suicide prevention training. By </w:t>
      </w:r>
      <w:r w:rsidRPr="385611CD" w:rsidR="2AEECF79">
        <w:rPr>
          <w:rFonts w:ascii="Aptos" w:hAnsi="Aptos" w:eastAsia="Aptos" w:cs="Aptos"/>
          <w:b w:val="1"/>
          <w:bCs w:val="1"/>
          <w:i w:val="0"/>
          <w:iCs w:val="0"/>
          <w:caps w:val="0"/>
          <w:smallCaps w:val="0"/>
          <w:noProof w:val="0"/>
          <w:sz w:val="28"/>
          <w:szCs w:val="28"/>
          <w:lang w:val="en-US"/>
        </w:rPr>
        <w:t>recognizing signs of crisis</w:t>
      </w:r>
      <w:r w:rsidRPr="385611CD" w:rsidR="2AEECF79">
        <w:rPr>
          <w:rFonts w:ascii="Aptos" w:hAnsi="Aptos" w:eastAsia="Aptos" w:cs="Aptos"/>
          <w:b w:val="0"/>
          <w:bCs w:val="0"/>
          <w:i w:val="0"/>
          <w:iCs w:val="0"/>
          <w:caps w:val="0"/>
          <w:smallCaps w:val="0"/>
          <w:noProof w:val="0"/>
          <w:sz w:val="28"/>
          <w:szCs w:val="28"/>
          <w:lang w:val="en-US"/>
        </w:rPr>
        <w:t xml:space="preserve">, anyone can be empowered to make a positive difference in someone's life. </w:t>
      </w:r>
    </w:p>
    <w:p w:rsidR="648B5CB7" w:rsidP="385611CD" w:rsidRDefault="648B5CB7" w14:paraId="05037AA2" w14:textId="1782341A">
      <w:pPr>
        <w:pStyle w:val="Normal"/>
        <w:spacing w:line="360" w:lineRule="auto"/>
      </w:pPr>
      <w:r w:rsidRPr="385611CD" w:rsidR="648B5CB7">
        <w:rPr>
          <w:rFonts w:ascii="Aptos" w:hAnsi="Aptos"/>
          <w:b w:val="1"/>
          <w:bCs w:val="1"/>
          <w:color w:val="0070C0"/>
          <w:sz w:val="28"/>
          <w:szCs w:val="28"/>
        </w:rPr>
        <w:t>Mental Health First Aid Training</w:t>
      </w:r>
    </w:p>
    <w:p w:rsidR="648B5CB7" w:rsidP="385611CD" w:rsidRDefault="648B5CB7" w14:paraId="586E163A" w14:textId="4AA1A7AE">
      <w:pPr>
        <w:pStyle w:val="Normal"/>
        <w:spacing w:line="360" w:lineRule="auto"/>
      </w:pPr>
      <w:r w:rsidRPr="385611CD" w:rsidR="648B5CB7">
        <w:rPr>
          <w:rFonts w:ascii="Aptos" w:hAnsi="Aptos" w:eastAsia="Aptos" w:cs="Aptos"/>
          <w:b w:val="0"/>
          <w:bCs w:val="0"/>
          <w:i w:val="0"/>
          <w:iCs w:val="0"/>
          <w:noProof w:val="0"/>
          <w:sz w:val="28"/>
          <w:szCs w:val="28"/>
          <w:lang w:val="en-US"/>
        </w:rPr>
        <w:t xml:space="preserve">8 hours, in person | All dates are posted on </w:t>
      </w:r>
      <w:r w:rsidRPr="385611CD" w:rsidR="648B5CB7">
        <w:rPr>
          <w:rFonts w:ascii="Aptos" w:hAnsi="Aptos" w:eastAsia="Aptos" w:cs="Aptos"/>
          <w:noProof w:val="0"/>
          <w:sz w:val="28"/>
          <w:szCs w:val="28"/>
          <w:lang w:val="en-US"/>
        </w:rPr>
        <w:t>OwlConnect.</w:t>
      </w:r>
    </w:p>
    <w:p w:rsidR="648B5CB7" w:rsidP="385611CD" w:rsidRDefault="648B5CB7" w14:paraId="735C7E3A" w14:textId="63699F56">
      <w:pPr>
        <w:pStyle w:val="Normal"/>
        <w:spacing w:line="360" w:lineRule="auto"/>
      </w:pPr>
      <w:r w:rsidRPr="385611CD" w:rsidR="648B5CB7">
        <w:rPr>
          <w:rFonts w:ascii="Aptos" w:hAnsi="Aptos"/>
          <w:sz w:val="28"/>
          <w:szCs w:val="28"/>
        </w:rPr>
        <w:t xml:space="preserve">This nationally recognized certification teaches you how to </w:t>
      </w:r>
      <w:r w:rsidRPr="385611CD" w:rsidR="648B5CB7">
        <w:rPr>
          <w:rFonts w:ascii="Aptos" w:hAnsi="Aptos"/>
          <w:sz w:val="28"/>
          <w:szCs w:val="28"/>
        </w:rPr>
        <w:t>identify</w:t>
      </w:r>
      <w:r w:rsidRPr="385611CD" w:rsidR="648B5CB7">
        <w:rPr>
          <w:rFonts w:ascii="Aptos" w:hAnsi="Aptos"/>
          <w:sz w:val="28"/>
          <w:szCs w:val="28"/>
        </w:rPr>
        <w:t xml:space="preserve">, understand, and respond to signs of mental illness and substance use </w:t>
      </w:r>
      <w:r w:rsidRPr="385611CD" w:rsidR="648B5CB7">
        <w:rPr>
          <w:rFonts w:ascii="Aptos" w:hAnsi="Aptos" w:eastAsia="Aptos" w:cs="Aptos"/>
          <w:noProof w:val="0"/>
          <w:sz w:val="28"/>
          <w:szCs w:val="28"/>
          <w:lang w:val="en-US"/>
        </w:rPr>
        <w:t>disorders—equipping</w:t>
      </w:r>
      <w:r w:rsidRPr="385611CD" w:rsidR="648B5CB7">
        <w:rPr>
          <w:rFonts w:ascii="Aptos" w:hAnsi="Aptos"/>
          <w:sz w:val="28"/>
          <w:szCs w:val="28"/>
        </w:rPr>
        <w:t xml:space="preserve"> you with skills to offer initial help and support to someone in need or in crisis.</w:t>
      </w:r>
    </w:p>
    <w:p w:rsidR="648B5CB7" w:rsidP="385611CD" w:rsidRDefault="648B5CB7" w14:paraId="0308B833" w14:textId="721F41C8">
      <w:pPr>
        <w:spacing w:before="240" w:beforeAutospacing="off" w:after="240" w:afterAutospacing="off" w:line="405" w:lineRule="auto"/>
        <w:rPr>
          <w:rFonts w:ascii="Aptos" w:hAnsi="Aptos" w:eastAsia="Aptos" w:cs="Aptos"/>
          <w:b w:val="1"/>
          <w:bCs w:val="1"/>
          <w:i w:val="0"/>
          <w:iCs w:val="0"/>
          <w:caps w:val="0"/>
          <w:smallCaps w:val="0"/>
          <w:noProof w:val="0"/>
          <w:color w:val="0070C0"/>
          <w:sz w:val="28"/>
          <w:szCs w:val="28"/>
          <w:lang w:val="en-US"/>
        </w:rPr>
      </w:pPr>
      <w:r w:rsidRPr="385611CD" w:rsidR="648B5CB7">
        <w:rPr>
          <w:rFonts w:ascii="Aptos" w:hAnsi="Aptos" w:eastAsia="Aptos" w:cs="Aptos"/>
          <w:b w:val="1"/>
          <w:bCs w:val="1"/>
          <w:i w:val="0"/>
          <w:iCs w:val="0"/>
          <w:caps w:val="0"/>
          <w:smallCaps w:val="0"/>
          <w:noProof w:val="0"/>
          <w:color w:val="0070C0"/>
          <w:sz w:val="28"/>
          <w:szCs w:val="28"/>
          <w:lang w:val="en-US"/>
        </w:rPr>
        <w:t>Wellbeing Wednesdays (Tabling)</w:t>
      </w:r>
    </w:p>
    <w:p w:rsidR="648B5CB7" w:rsidP="385611CD" w:rsidRDefault="648B5CB7" w14:paraId="5B8F873E" w14:textId="088F5135">
      <w:pPr>
        <w:spacing w:before="240" w:beforeAutospacing="off" w:after="240" w:afterAutospacing="off" w:line="435" w:lineRule="auto"/>
      </w:pPr>
      <w:r w:rsidRPr="385611CD" w:rsidR="648B5CB7">
        <w:rPr>
          <w:rFonts w:ascii="Aptos" w:hAnsi="Aptos" w:eastAsia="Aptos" w:cs="Aptos"/>
          <w:b w:val="0"/>
          <w:bCs w:val="0"/>
          <w:i w:val="0"/>
          <w:iCs w:val="0"/>
          <w:caps w:val="0"/>
          <w:smallCaps w:val="0"/>
          <w:noProof w:val="0"/>
          <w:sz w:val="28"/>
          <w:szCs w:val="28"/>
          <w:lang w:val="en-US"/>
        </w:rPr>
        <w:t xml:space="preserve">Every </w:t>
      </w:r>
      <w:r w:rsidRPr="385611CD" w:rsidR="648B5CB7">
        <w:rPr>
          <w:rFonts w:ascii="Aptos" w:hAnsi="Aptos" w:eastAsia="Aptos" w:cs="Aptos"/>
          <w:b w:val="0"/>
          <w:bCs w:val="0"/>
          <w:i w:val="0"/>
          <w:iCs w:val="0"/>
          <w:caps w:val="0"/>
          <w:smallCaps w:val="0"/>
          <w:noProof w:val="0"/>
          <w:sz w:val="28"/>
          <w:szCs w:val="28"/>
          <w:lang w:val="en-US"/>
        </w:rPr>
        <w:t>Wednesday</w:t>
      </w:r>
      <w:r w:rsidRPr="385611CD" w:rsidR="648B5CB7">
        <w:rPr>
          <w:rFonts w:ascii="Aptos" w:hAnsi="Aptos" w:eastAsia="Aptos" w:cs="Aptos"/>
          <w:b w:val="0"/>
          <w:bCs w:val="0"/>
          <w:i w:val="0"/>
          <w:iCs w:val="0"/>
          <w:caps w:val="0"/>
          <w:smallCaps w:val="0"/>
          <w:noProof w:val="0"/>
          <w:sz w:val="28"/>
          <w:szCs w:val="28"/>
          <w:lang w:val="en-US"/>
        </w:rPr>
        <w:t>, 11AM-1PM, Engleman Rotunda</w:t>
      </w:r>
    </w:p>
    <w:p w:rsidR="648B5CB7" w:rsidP="385611CD" w:rsidRDefault="648B5CB7" w14:paraId="22CB90BE" w14:textId="09832232">
      <w:pPr>
        <w:spacing w:before="240" w:beforeAutospacing="off" w:after="240" w:afterAutospacing="off" w:line="300" w:lineRule="auto"/>
      </w:pPr>
      <w:r w:rsidRPr="385611CD" w:rsidR="648B5CB7">
        <w:rPr>
          <w:rFonts w:ascii="Aptos" w:hAnsi="Aptos" w:eastAsia="Aptos" w:cs="Aptos"/>
          <w:b w:val="0"/>
          <w:bCs w:val="0"/>
          <w:i w:val="0"/>
          <w:iCs w:val="0"/>
          <w:caps w:val="0"/>
          <w:smallCaps w:val="0"/>
          <w:noProof w:val="0"/>
          <w:sz w:val="28"/>
          <w:szCs w:val="28"/>
          <w:lang w:val="en-US"/>
        </w:rPr>
        <w:t xml:space="preserve">Join the Wellbeing Center’s weekly table where we </w:t>
      </w:r>
      <w:r w:rsidRPr="385611CD" w:rsidR="648B5CB7">
        <w:rPr>
          <w:rFonts w:ascii="Aptos" w:hAnsi="Aptos" w:eastAsia="Aptos" w:cs="Aptos"/>
          <w:b w:val="1"/>
          <w:bCs w:val="1"/>
          <w:i w:val="0"/>
          <w:iCs w:val="0"/>
          <w:caps w:val="0"/>
          <w:smallCaps w:val="0"/>
          <w:noProof w:val="0"/>
          <w:sz w:val="28"/>
          <w:szCs w:val="28"/>
          <w:lang w:val="en-US"/>
        </w:rPr>
        <w:t>share the resources</w:t>
      </w:r>
      <w:r w:rsidRPr="385611CD" w:rsidR="648B5CB7">
        <w:rPr>
          <w:rFonts w:ascii="Aptos" w:hAnsi="Aptos" w:eastAsia="Aptos" w:cs="Aptos"/>
          <w:b w:val="0"/>
          <w:bCs w:val="0"/>
          <w:i w:val="0"/>
          <w:iCs w:val="0"/>
          <w:caps w:val="0"/>
          <w:smallCaps w:val="0"/>
          <w:noProof w:val="0"/>
          <w:sz w:val="28"/>
          <w:szCs w:val="28"/>
          <w:lang w:val="en-US"/>
        </w:rPr>
        <w:t xml:space="preserve"> our office has to offer.</w:t>
      </w:r>
      <w:r w:rsidRPr="385611CD" w:rsidR="648B5CB7">
        <w:rPr>
          <w:rFonts w:ascii="Aptos" w:hAnsi="Aptos" w:eastAsia="Aptos" w:cs="Aptos"/>
          <w:b w:val="0"/>
          <w:bCs w:val="0"/>
          <w:i w:val="0"/>
          <w:iCs w:val="0"/>
          <w:caps w:val="0"/>
          <w:smallCaps w:val="0"/>
          <w:noProof w:val="0"/>
          <w:sz w:val="28"/>
          <w:szCs w:val="28"/>
          <w:lang w:val="en-US"/>
        </w:rPr>
        <w:t xml:space="preserve"> Interact with our Graduate Interns and grab some goodies for </w:t>
      </w:r>
      <w:r w:rsidRPr="385611CD" w:rsidR="648B5CB7">
        <w:rPr>
          <w:rFonts w:ascii="Aptos" w:hAnsi="Aptos" w:eastAsia="Aptos" w:cs="Aptos"/>
          <w:b w:val="0"/>
          <w:bCs w:val="0"/>
          <w:i w:val="0"/>
          <w:iCs w:val="0"/>
          <w:caps w:val="0"/>
          <w:smallCaps w:val="0"/>
          <w:noProof w:val="0"/>
          <w:sz w:val="28"/>
          <w:szCs w:val="28"/>
          <w:lang w:val="en-US"/>
        </w:rPr>
        <w:t>self care</w:t>
      </w:r>
      <w:r w:rsidRPr="385611CD" w:rsidR="648B5CB7">
        <w:rPr>
          <w:rFonts w:ascii="Aptos" w:hAnsi="Aptos" w:eastAsia="Aptos" w:cs="Aptos"/>
          <w:b w:val="0"/>
          <w:bCs w:val="0"/>
          <w:i w:val="0"/>
          <w:iCs w:val="0"/>
          <w:caps w:val="0"/>
          <w:smallCaps w:val="0"/>
          <w:noProof w:val="0"/>
          <w:sz w:val="28"/>
          <w:szCs w:val="28"/>
          <w:lang w:val="en-US"/>
        </w:rPr>
        <w:t>!</w:t>
      </w:r>
    </w:p>
    <w:p w:rsidR="6B59CC8C" w:rsidP="385611CD" w:rsidRDefault="6B59CC8C" w14:paraId="2DBC5EEB" w14:textId="6B764C8C">
      <w:pPr>
        <w:spacing w:before="240" w:beforeAutospacing="off" w:after="240" w:afterAutospacing="off" w:line="390" w:lineRule="auto"/>
        <w:rPr>
          <w:rFonts w:ascii="Aptos" w:hAnsi="Aptos" w:eastAsia="Aptos" w:cs="Aptos"/>
          <w:b w:val="1"/>
          <w:bCs w:val="1"/>
          <w:i w:val="0"/>
          <w:iCs w:val="0"/>
          <w:caps w:val="1"/>
          <w:noProof w:val="0"/>
          <w:color w:val="0070C0"/>
          <w:sz w:val="28"/>
          <w:szCs w:val="28"/>
          <w:lang w:val="en-US"/>
        </w:rPr>
      </w:pPr>
      <w:r w:rsidRPr="385611CD" w:rsidR="6B59CC8C">
        <w:rPr>
          <w:rFonts w:ascii="Aptos" w:hAnsi="Aptos" w:eastAsia="Aptos" w:cs="Aptos"/>
          <w:b w:val="1"/>
          <w:bCs w:val="1"/>
          <w:i w:val="0"/>
          <w:iCs w:val="0"/>
          <w:caps w:val="0"/>
          <w:smallCaps w:val="0"/>
          <w:noProof w:val="0"/>
          <w:color w:val="0070C0"/>
          <w:sz w:val="28"/>
          <w:szCs w:val="28"/>
          <w:lang w:val="en-US"/>
        </w:rPr>
        <w:t>FREE Quit Vaping/ Smoking Cessation Medication</w:t>
      </w:r>
    </w:p>
    <w:p w:rsidR="6B59CC8C" w:rsidP="385611CD" w:rsidRDefault="6B59CC8C" w14:paraId="573C5879" w14:textId="333375C9">
      <w:pPr>
        <w:pStyle w:val="Normal"/>
        <w:spacing w:before="240" w:beforeAutospacing="off" w:after="240" w:afterAutospacing="off" w:line="480" w:lineRule="auto"/>
      </w:pPr>
      <w:r w:rsidRPr="385611CD" w:rsidR="6B59CC8C">
        <w:rPr>
          <w:rFonts w:ascii="Aptos" w:hAnsi="Aptos" w:eastAsia="Aptos" w:cs="Aptos"/>
          <w:noProof w:val="0"/>
          <w:sz w:val="28"/>
          <w:szCs w:val="28"/>
          <w:lang w:val="en-US"/>
        </w:rPr>
        <w:t>Located</w:t>
      </w:r>
      <w:r w:rsidRPr="385611CD" w:rsidR="6B59CC8C">
        <w:rPr>
          <w:rFonts w:ascii="Aptos" w:hAnsi="Aptos" w:eastAsia="Aptos" w:cs="Aptos"/>
          <w:b w:val="0"/>
          <w:bCs w:val="0"/>
          <w:i w:val="0"/>
          <w:iCs w:val="0"/>
          <w:caps w:val="0"/>
          <w:smallCaps w:val="0"/>
          <w:noProof w:val="0"/>
          <w:sz w:val="28"/>
          <w:szCs w:val="28"/>
          <w:lang w:val="en-US"/>
        </w:rPr>
        <w:t xml:space="preserve"> at SCSU Health Services (Granoff Hall, across from Wintergreen)</w:t>
      </w:r>
    </w:p>
    <w:p w:rsidR="6B59CC8C" w:rsidP="385611CD" w:rsidRDefault="6B59CC8C" w14:paraId="594DD05F" w14:textId="398F2113">
      <w:pPr>
        <w:spacing w:before="240" w:beforeAutospacing="off" w:after="240" w:afterAutospacing="off" w:line="330" w:lineRule="auto"/>
        <w:rPr>
          <w:rFonts w:ascii="Aptos" w:hAnsi="Aptos" w:eastAsia="Aptos" w:cs="Aptos"/>
          <w:b w:val="0"/>
          <w:bCs w:val="0"/>
          <w:i w:val="0"/>
          <w:iCs w:val="0"/>
          <w:caps w:val="0"/>
          <w:smallCaps w:val="0"/>
          <w:noProof w:val="0"/>
          <w:sz w:val="28"/>
          <w:szCs w:val="28"/>
          <w:lang w:val="en-US"/>
        </w:rPr>
      </w:pPr>
      <w:r w:rsidRPr="385611CD" w:rsidR="6B59CC8C">
        <w:rPr>
          <w:rFonts w:ascii="Aptos" w:hAnsi="Aptos" w:eastAsia="Aptos" w:cs="Aptos"/>
          <w:b w:val="0"/>
          <w:bCs w:val="0"/>
          <w:i w:val="0"/>
          <w:iCs w:val="0"/>
          <w:caps w:val="0"/>
          <w:smallCaps w:val="0"/>
          <w:noProof w:val="0"/>
          <w:sz w:val="28"/>
          <w:szCs w:val="28"/>
          <w:lang w:val="en-US"/>
        </w:rPr>
        <w:t xml:space="preserve">Do you have a friend who vapes or smokes? Come visit our Quit Bar during this time to get them gum, candy, and cessation information you can share. For more info, email </w:t>
      </w:r>
      <w:hyperlink r:id="R2c7a49e23f88418b">
        <w:r w:rsidRPr="385611CD" w:rsidR="6B59CC8C">
          <w:rPr>
            <w:rStyle w:val="Hyperlink"/>
            <w:rFonts w:ascii="Aptos" w:hAnsi="Aptos" w:eastAsia="Aptos" w:cs="Aptos"/>
            <w:b w:val="0"/>
            <w:bCs w:val="0"/>
            <w:i w:val="0"/>
            <w:iCs w:val="0"/>
            <w:caps w:val="0"/>
            <w:smallCaps w:val="0"/>
            <w:noProof w:val="0"/>
            <w:sz w:val="28"/>
            <w:szCs w:val="28"/>
            <w:lang w:val="en-US"/>
          </w:rPr>
          <w:t>healthservices@southernct.edu</w:t>
        </w:r>
      </w:hyperlink>
      <w:r w:rsidRPr="385611CD" w:rsidR="6B59CC8C">
        <w:rPr>
          <w:rFonts w:ascii="Aptos" w:hAnsi="Aptos" w:eastAsia="Aptos" w:cs="Aptos"/>
          <w:b w:val="0"/>
          <w:bCs w:val="0"/>
          <w:i w:val="0"/>
          <w:iCs w:val="0"/>
          <w:caps w:val="0"/>
          <w:smallCaps w:val="0"/>
          <w:noProof w:val="0"/>
          <w:sz w:val="28"/>
          <w:szCs w:val="28"/>
          <w:lang w:val="en-US"/>
        </w:rPr>
        <w:t>.</w:t>
      </w:r>
    </w:p>
    <w:p w:rsidR="6B59CC8C" w:rsidP="385611CD" w:rsidRDefault="6B59CC8C" w14:paraId="3F5B6567" w14:textId="3BDC969D">
      <w:pPr>
        <w:spacing w:before="240" w:beforeAutospacing="off" w:after="240" w:afterAutospacing="off" w:line="525" w:lineRule="auto"/>
      </w:pPr>
      <w:r w:rsidRPr="385611CD" w:rsidR="6B59CC8C">
        <w:rPr>
          <w:rFonts w:ascii="Aptos" w:hAnsi="Aptos" w:eastAsia="Aptos" w:cs="Aptos"/>
          <w:b w:val="0"/>
          <w:bCs w:val="0"/>
          <w:i w:val="0"/>
          <w:iCs w:val="0"/>
          <w:caps w:val="0"/>
          <w:smallCaps w:val="0"/>
          <w:noProof w:val="0"/>
          <w:sz w:val="28"/>
          <w:szCs w:val="28"/>
          <w:lang w:val="en-US"/>
        </w:rPr>
        <w:t>Dates</w:t>
      </w:r>
      <w:r w:rsidRPr="385611CD" w:rsidR="6B59CC8C">
        <w:rPr>
          <w:rFonts w:ascii="Aptos" w:hAnsi="Aptos" w:eastAsia="Aptos" w:cs="Aptos"/>
          <w:b w:val="0"/>
          <w:bCs w:val="0"/>
          <w:i w:val="0"/>
          <w:iCs w:val="0"/>
          <w:caps w:val="0"/>
          <w:smallCaps w:val="0"/>
          <w:noProof w:val="0"/>
          <w:sz w:val="28"/>
          <w:szCs w:val="28"/>
          <w:lang w:val="en-US"/>
        </w:rPr>
        <w:t>: 2/7, 3/7, 4/4 and 5/2 from 10am-2pm</w:t>
      </w:r>
    </w:p>
    <w:p w:rsidR="1726C766" w:rsidP="385611CD" w:rsidRDefault="1726C766" w14:paraId="621C01BA" w14:textId="132C3C58">
      <w:pPr>
        <w:spacing w:before="240" w:beforeAutospacing="off" w:after="240" w:afterAutospacing="off" w:line="420" w:lineRule="auto"/>
        <w:rPr>
          <w:rFonts w:ascii="Aptos" w:hAnsi="Aptos" w:eastAsia="Aptos" w:cs="Aptos"/>
          <w:b w:val="1"/>
          <w:bCs w:val="1"/>
          <w:i w:val="0"/>
          <w:iCs w:val="0"/>
          <w:caps w:val="1"/>
          <w:noProof w:val="0"/>
          <w:color w:val="0070C0"/>
          <w:sz w:val="28"/>
          <w:szCs w:val="28"/>
          <w:lang w:val="en-US"/>
        </w:rPr>
      </w:pPr>
      <w:r w:rsidRPr="385611CD" w:rsidR="1726C766">
        <w:rPr>
          <w:rFonts w:ascii="Aptos" w:hAnsi="Aptos" w:eastAsia="Aptos" w:cs="Aptos"/>
          <w:b w:val="1"/>
          <w:bCs w:val="1"/>
          <w:i w:val="0"/>
          <w:iCs w:val="0"/>
          <w:caps w:val="0"/>
          <w:smallCaps w:val="0"/>
          <w:noProof w:val="0"/>
          <w:color w:val="0070C0"/>
          <w:sz w:val="28"/>
          <w:szCs w:val="28"/>
          <w:lang w:val="en-US"/>
        </w:rPr>
        <w:t>Get Yourself Tested (Gyt)</w:t>
      </w:r>
    </w:p>
    <w:p w:rsidR="1726C766" w:rsidP="385611CD" w:rsidRDefault="1726C766" w14:paraId="44FB3330" w14:textId="38278DC3">
      <w:pPr>
        <w:spacing w:before="240" w:beforeAutospacing="off" w:after="240" w:afterAutospacing="off" w:line="510" w:lineRule="auto"/>
      </w:pPr>
      <w:r w:rsidRPr="385611CD" w:rsidR="1726C766">
        <w:rPr>
          <w:rFonts w:ascii="Aptos" w:hAnsi="Aptos" w:eastAsia="Aptos" w:cs="Aptos"/>
          <w:b w:val="0"/>
          <w:bCs w:val="0"/>
          <w:i w:val="0"/>
          <w:iCs w:val="0"/>
          <w:caps w:val="0"/>
          <w:smallCaps w:val="0"/>
          <w:noProof w:val="0"/>
          <w:sz w:val="28"/>
          <w:szCs w:val="28"/>
          <w:lang w:val="en-US"/>
        </w:rPr>
        <w:t xml:space="preserve">Located at SCSU Health Services </w:t>
      </w:r>
    </w:p>
    <w:p w:rsidR="1726C766" w:rsidP="385611CD" w:rsidRDefault="1726C766" w14:paraId="7BE7F527" w14:textId="552D03D5">
      <w:pPr>
        <w:spacing w:before="240" w:beforeAutospacing="off" w:after="240" w:afterAutospacing="off" w:line="330" w:lineRule="auto"/>
        <w:rPr>
          <w:rFonts w:ascii="Aptos" w:hAnsi="Aptos" w:eastAsia="Aptos" w:cs="Aptos"/>
          <w:b w:val="0"/>
          <w:bCs w:val="0"/>
          <w:i w:val="0"/>
          <w:iCs w:val="0"/>
          <w:caps w:val="0"/>
          <w:smallCaps w:val="0"/>
          <w:noProof w:val="0"/>
          <w:sz w:val="28"/>
          <w:szCs w:val="28"/>
          <w:lang w:val="en-US"/>
        </w:rPr>
      </w:pPr>
      <w:r w:rsidRPr="385611CD" w:rsidR="1726C766">
        <w:rPr>
          <w:rFonts w:ascii="Aptos" w:hAnsi="Aptos" w:eastAsia="Aptos" w:cs="Aptos"/>
          <w:b w:val="0"/>
          <w:bCs w:val="0"/>
          <w:i w:val="0"/>
          <w:iCs w:val="0"/>
          <w:caps w:val="0"/>
          <w:smallCaps w:val="0"/>
          <w:noProof w:val="0"/>
          <w:sz w:val="28"/>
          <w:szCs w:val="28"/>
          <w:lang w:val="en-US"/>
        </w:rPr>
        <w:t xml:space="preserve">Come down to Student Health Services to get STD tested. Available to all students, appointments are recommended and can be made by scanning the QR code or by visiting </w:t>
      </w:r>
      <w:hyperlink r:id="Raa04f35f5a2f40e0">
        <w:r w:rsidRPr="385611CD" w:rsidR="1726C766">
          <w:rPr>
            <w:rStyle w:val="Hyperlink"/>
            <w:rFonts w:ascii="Aptos" w:hAnsi="Aptos" w:eastAsia="Aptos" w:cs="Aptos"/>
            <w:b w:val="0"/>
            <w:bCs w:val="0"/>
            <w:i w:val="0"/>
            <w:iCs w:val="0"/>
            <w:caps w:val="0"/>
            <w:smallCaps w:val="0"/>
            <w:noProof w:val="0"/>
            <w:sz w:val="28"/>
            <w:szCs w:val="28"/>
            <w:lang w:val="en-US"/>
          </w:rPr>
          <w:t>StudenthealthEHR.southernct.edu.</w:t>
        </w:r>
      </w:hyperlink>
      <w:r w:rsidRPr="385611CD" w:rsidR="1726C766">
        <w:rPr>
          <w:rFonts w:ascii="Aptos" w:hAnsi="Aptos" w:eastAsia="Aptos" w:cs="Aptos"/>
          <w:b w:val="0"/>
          <w:bCs w:val="0"/>
          <w:i w:val="0"/>
          <w:iCs w:val="0"/>
          <w:caps w:val="0"/>
          <w:smallCaps w:val="0"/>
          <w:noProof w:val="0"/>
          <w:sz w:val="28"/>
          <w:szCs w:val="28"/>
          <w:lang w:val="en-US"/>
        </w:rPr>
        <w:t xml:space="preserve"> </w:t>
      </w:r>
      <w:r w:rsidRPr="385611CD" w:rsidR="1726C766">
        <w:rPr>
          <w:rFonts w:ascii="Aptos" w:hAnsi="Aptos" w:eastAsia="Aptos" w:cs="Aptos"/>
          <w:b w:val="0"/>
          <w:bCs w:val="0"/>
          <w:i w:val="0"/>
          <w:iCs w:val="0"/>
          <w:caps w:val="0"/>
          <w:smallCaps w:val="0"/>
          <w:noProof w:val="0"/>
          <w:sz w:val="28"/>
          <w:szCs w:val="28"/>
          <w:lang w:val="en-US"/>
        </w:rPr>
        <w:t>Walk-ins are also available.</w:t>
      </w:r>
      <w:r w:rsidRPr="385611CD" w:rsidR="1726C766">
        <w:rPr>
          <w:rFonts w:ascii="Aptos" w:hAnsi="Aptos" w:eastAsia="Aptos" w:cs="Aptos"/>
          <w:b w:val="0"/>
          <w:bCs w:val="0"/>
          <w:i w:val="0"/>
          <w:iCs w:val="0"/>
          <w:caps w:val="0"/>
          <w:smallCaps w:val="0"/>
          <w:noProof w:val="0"/>
          <w:sz w:val="28"/>
          <w:szCs w:val="28"/>
          <w:lang w:val="en-US"/>
        </w:rPr>
        <w:t xml:space="preserve"> </w:t>
      </w:r>
    </w:p>
    <w:p w:rsidR="1726C766" w:rsidP="385611CD" w:rsidRDefault="1726C766" w14:paraId="01BE9D85" w14:textId="14978BDD">
      <w:pPr>
        <w:spacing w:before="240" w:beforeAutospacing="off" w:after="240" w:afterAutospacing="off" w:line="525" w:lineRule="auto"/>
      </w:pPr>
      <w:r w:rsidRPr="385611CD" w:rsidR="1726C766">
        <w:rPr>
          <w:rFonts w:ascii="Aptos" w:hAnsi="Aptos" w:eastAsia="Aptos" w:cs="Aptos"/>
          <w:b w:val="0"/>
          <w:bCs w:val="0"/>
          <w:i w:val="0"/>
          <w:iCs w:val="0"/>
          <w:caps w:val="0"/>
          <w:smallCaps w:val="0"/>
          <w:noProof w:val="0"/>
          <w:sz w:val="28"/>
          <w:szCs w:val="28"/>
          <w:lang w:val="en-US"/>
        </w:rPr>
        <w:t>Dates: 1/29, 2/4, 3/5, 3/26, 4/16, 5/5 from 10am-2pm</w:t>
      </w:r>
    </w:p>
    <w:p w:rsidR="1726C766" w:rsidP="385611CD" w:rsidRDefault="1726C766" w14:paraId="580F14AE" w14:textId="4345D631">
      <w:pPr>
        <w:spacing w:before="240" w:beforeAutospacing="off" w:after="240" w:afterAutospacing="off" w:line="420" w:lineRule="auto"/>
        <w:rPr>
          <w:rFonts w:ascii="Aptos" w:hAnsi="Aptos" w:eastAsia="Aptos" w:cs="Aptos"/>
          <w:b w:val="1"/>
          <w:bCs w:val="1"/>
          <w:i w:val="0"/>
          <w:iCs w:val="0"/>
          <w:caps w:val="0"/>
          <w:smallCaps w:val="0"/>
          <w:noProof w:val="0"/>
          <w:color w:val="0070C0"/>
          <w:sz w:val="28"/>
          <w:szCs w:val="28"/>
          <w:lang w:val="en-US"/>
        </w:rPr>
      </w:pPr>
      <w:r w:rsidRPr="385611CD" w:rsidR="1726C766">
        <w:rPr>
          <w:rFonts w:ascii="Aptos" w:hAnsi="Aptos" w:eastAsia="Aptos" w:cs="Aptos"/>
          <w:b w:val="1"/>
          <w:bCs w:val="1"/>
          <w:i w:val="0"/>
          <w:iCs w:val="0"/>
          <w:caps w:val="0"/>
          <w:smallCaps w:val="0"/>
          <w:noProof w:val="0"/>
          <w:color w:val="0070C0"/>
          <w:sz w:val="28"/>
          <w:szCs w:val="28"/>
          <w:lang w:val="en-US"/>
        </w:rPr>
        <w:t>Black Success Counseling Group</w:t>
      </w:r>
    </w:p>
    <w:p w:rsidR="1726C766" w:rsidP="385611CD" w:rsidRDefault="1726C766" w14:paraId="22B37173" w14:textId="48EA9FC9">
      <w:pPr>
        <w:spacing w:before="240" w:beforeAutospacing="off" w:after="240" w:afterAutospacing="off" w:line="510" w:lineRule="auto"/>
      </w:pPr>
      <w:r w:rsidRPr="385611CD" w:rsidR="1726C766">
        <w:rPr>
          <w:rFonts w:ascii="Aptos" w:hAnsi="Aptos" w:eastAsia="Aptos" w:cs="Aptos"/>
          <w:b w:val="0"/>
          <w:bCs w:val="0"/>
          <w:i w:val="0"/>
          <w:iCs w:val="0"/>
          <w:caps w:val="0"/>
          <w:smallCaps w:val="0"/>
          <w:noProof w:val="0"/>
          <w:sz w:val="28"/>
          <w:szCs w:val="28"/>
          <w:lang w:val="en-US"/>
        </w:rPr>
        <w:t>Counseling Services</w:t>
      </w:r>
    </w:p>
    <w:p w:rsidR="1726C766" w:rsidP="385611CD" w:rsidRDefault="1726C766" w14:paraId="78166713" w14:textId="2141DCE1">
      <w:pPr>
        <w:spacing w:before="240" w:beforeAutospacing="off" w:after="240" w:afterAutospacing="off" w:line="330" w:lineRule="auto"/>
      </w:pPr>
      <w:r w:rsidRPr="385611CD" w:rsidR="1726C766">
        <w:rPr>
          <w:rFonts w:ascii="Aptos" w:hAnsi="Aptos" w:eastAsia="Aptos" w:cs="Aptos"/>
          <w:b w:val="0"/>
          <w:bCs w:val="0"/>
          <w:i w:val="0"/>
          <w:iCs w:val="0"/>
          <w:caps w:val="0"/>
          <w:smallCaps w:val="0"/>
          <w:noProof w:val="0"/>
          <w:sz w:val="28"/>
          <w:szCs w:val="28"/>
          <w:lang w:val="en-US"/>
        </w:rPr>
        <w:t>Explore the unique barriers that exist for you as a Black college student and get support from your peers and the Coordinator of Multicultural Counseling!</w:t>
      </w:r>
    </w:p>
    <w:p w:rsidR="1726C766" w:rsidP="385611CD" w:rsidRDefault="1726C766" w14:paraId="38877271" w14:textId="5D026D2C">
      <w:pPr>
        <w:pStyle w:val="Normal"/>
        <w:spacing w:before="240" w:beforeAutospacing="off" w:after="240" w:afterAutospacing="off" w:line="330" w:lineRule="auto"/>
        <w:rPr>
          <w:rFonts w:ascii="Aptos" w:hAnsi="Aptos" w:eastAsia="Aptos" w:cs="Aptos"/>
          <w:b w:val="0"/>
          <w:bCs w:val="0"/>
          <w:sz w:val="28"/>
          <w:szCs w:val="28"/>
        </w:rPr>
      </w:pPr>
      <w:r w:rsidRPr="385611CD" w:rsidR="1726C766">
        <w:rPr>
          <w:rFonts w:ascii="Aptos" w:hAnsi="Aptos" w:eastAsia="Aptos" w:cs="Aptos"/>
          <w:b w:val="0"/>
          <w:bCs w:val="0"/>
          <w:i w:val="0"/>
          <w:iCs w:val="0"/>
          <w:caps w:val="0"/>
          <w:smallCaps w:val="0"/>
          <w:noProof w:val="0"/>
          <w:sz w:val="28"/>
          <w:szCs w:val="28"/>
          <w:lang w:val="en-US"/>
        </w:rPr>
        <w:t xml:space="preserve">To join, contact </w:t>
      </w:r>
      <w:r w:rsidRPr="385611CD" w:rsidR="1726C766">
        <w:rPr>
          <w:rFonts w:ascii="Aptos" w:hAnsi="Aptos" w:eastAsia="Aptos" w:cs="Aptos"/>
          <w:noProof w:val="0"/>
          <w:sz w:val="28"/>
          <w:szCs w:val="28"/>
          <w:lang w:val="en-US"/>
        </w:rPr>
        <w:t>Chrystal Long</w:t>
      </w:r>
      <w:r w:rsidRPr="385611CD" w:rsidR="1726C766">
        <w:rPr>
          <w:rFonts w:ascii="Aptos" w:hAnsi="Aptos" w:eastAsia="Aptos" w:cs="Aptos"/>
          <w:b w:val="0"/>
          <w:bCs w:val="0"/>
          <w:i w:val="0"/>
          <w:iCs w:val="0"/>
          <w:caps w:val="0"/>
          <w:smallCaps w:val="0"/>
          <w:noProof w:val="0"/>
          <w:sz w:val="28"/>
          <w:szCs w:val="28"/>
          <w:lang w:val="en-US"/>
        </w:rPr>
        <w:t xml:space="preserve"> at </w:t>
      </w:r>
      <w:hyperlink r:id="Rad0759dda0f342b9">
        <w:r w:rsidRPr="385611CD" w:rsidR="1726C766">
          <w:rPr>
            <w:rStyle w:val="Hyperlink"/>
            <w:rFonts w:ascii="Aptos" w:hAnsi="Aptos" w:eastAsia="Aptos" w:cs="Aptos"/>
            <w:b w:val="0"/>
            <w:bCs w:val="0"/>
            <w:i w:val="0"/>
            <w:iCs w:val="0"/>
            <w:caps w:val="0"/>
            <w:smallCaps w:val="0"/>
            <w:noProof w:val="0"/>
            <w:sz w:val="28"/>
            <w:szCs w:val="28"/>
            <w:lang w:val="en-US"/>
          </w:rPr>
          <w:t>Longc3@southernct.Edu</w:t>
        </w:r>
      </w:hyperlink>
    </w:p>
    <w:p w:rsidR="1726C766" w:rsidP="385611CD" w:rsidRDefault="1726C766" w14:paraId="081B9A20" w14:textId="4945BE79">
      <w:pPr>
        <w:spacing w:before="240" w:beforeAutospacing="off" w:after="240" w:afterAutospacing="off" w:line="540" w:lineRule="auto"/>
        <w:rPr>
          <w:rFonts w:ascii="Aptos" w:hAnsi="Aptos" w:eastAsia="Aptos" w:cs="Aptos"/>
          <w:b w:val="0"/>
          <w:bCs w:val="0"/>
          <w:i w:val="0"/>
          <w:iCs w:val="0"/>
          <w:caps w:val="1"/>
          <w:noProof w:val="0"/>
          <w:sz w:val="28"/>
          <w:szCs w:val="28"/>
          <w:lang w:val="en-US"/>
        </w:rPr>
      </w:pPr>
      <w:r w:rsidRPr="385611CD" w:rsidR="1726C766">
        <w:rPr>
          <w:rFonts w:ascii="Aptos" w:hAnsi="Aptos" w:eastAsia="Aptos" w:cs="Aptos"/>
          <w:b w:val="0"/>
          <w:bCs w:val="0"/>
          <w:i w:val="0"/>
          <w:iCs w:val="0"/>
          <w:caps w:val="0"/>
          <w:smallCaps w:val="0"/>
          <w:noProof w:val="0"/>
          <w:sz w:val="28"/>
          <w:szCs w:val="28"/>
          <w:lang w:val="en-US"/>
        </w:rPr>
        <w:t xml:space="preserve">Mondays starting on 2/10/25 from 4:30pm -5:30pm OR </w:t>
      </w:r>
      <w:r w:rsidRPr="385611CD" w:rsidR="1726C766">
        <w:rPr>
          <w:rFonts w:ascii="Aptos" w:hAnsi="Aptos" w:eastAsia="Aptos" w:cs="Aptos"/>
          <w:b w:val="0"/>
          <w:bCs w:val="0"/>
          <w:i w:val="0"/>
          <w:iCs w:val="0"/>
          <w:caps w:val="0"/>
          <w:smallCaps w:val="0"/>
          <w:noProof w:val="0"/>
          <w:sz w:val="28"/>
          <w:szCs w:val="28"/>
          <w:lang w:val="en-US"/>
        </w:rPr>
        <w:t xml:space="preserve"> Wednesdays </w:t>
      </w:r>
      <w:r w:rsidRPr="385611CD" w:rsidR="1D080338">
        <w:rPr>
          <w:rFonts w:ascii="Aptos" w:hAnsi="Aptos" w:eastAsia="Aptos" w:cs="Aptos"/>
          <w:b w:val="0"/>
          <w:bCs w:val="0"/>
          <w:i w:val="0"/>
          <w:iCs w:val="0"/>
          <w:caps w:val="0"/>
          <w:smallCaps w:val="0"/>
          <w:noProof w:val="0"/>
          <w:sz w:val="28"/>
          <w:szCs w:val="28"/>
          <w:lang w:val="en-US"/>
        </w:rPr>
        <w:t>s</w:t>
      </w:r>
      <w:r w:rsidRPr="385611CD" w:rsidR="1726C766">
        <w:rPr>
          <w:rFonts w:ascii="Aptos" w:hAnsi="Aptos" w:eastAsia="Aptos" w:cs="Aptos"/>
          <w:b w:val="0"/>
          <w:bCs w:val="0"/>
          <w:i w:val="0"/>
          <w:iCs w:val="0"/>
          <w:caps w:val="0"/>
          <w:smallCaps w:val="0"/>
          <w:noProof w:val="0"/>
          <w:sz w:val="28"/>
          <w:szCs w:val="28"/>
          <w:lang w:val="en-US"/>
        </w:rPr>
        <w:t xml:space="preserve">tarting 2/5/25 </w:t>
      </w:r>
      <w:r w:rsidRPr="385611CD" w:rsidR="0F70C094">
        <w:rPr>
          <w:rFonts w:ascii="Aptos" w:hAnsi="Aptos" w:eastAsia="Aptos" w:cs="Aptos"/>
          <w:b w:val="0"/>
          <w:bCs w:val="0"/>
          <w:i w:val="0"/>
          <w:iCs w:val="0"/>
          <w:caps w:val="0"/>
          <w:smallCaps w:val="0"/>
          <w:noProof w:val="0"/>
          <w:sz w:val="28"/>
          <w:szCs w:val="28"/>
          <w:lang w:val="en-US"/>
        </w:rPr>
        <w:t>f</w:t>
      </w:r>
      <w:r w:rsidRPr="385611CD" w:rsidR="1726C766">
        <w:rPr>
          <w:rFonts w:ascii="Aptos" w:hAnsi="Aptos" w:eastAsia="Aptos" w:cs="Aptos"/>
          <w:b w:val="0"/>
          <w:bCs w:val="0"/>
          <w:i w:val="0"/>
          <w:iCs w:val="0"/>
          <w:caps w:val="0"/>
          <w:smallCaps w:val="0"/>
          <w:noProof w:val="0"/>
          <w:sz w:val="28"/>
          <w:szCs w:val="28"/>
          <w:lang w:val="en-US"/>
        </w:rPr>
        <w:t>rom 12pm-1pm</w:t>
      </w:r>
    </w:p>
    <w:p w:rsidR="75C75812" w:rsidP="385611CD" w:rsidRDefault="75C75812" w14:paraId="09935F29" w14:textId="2BC4CF73">
      <w:pPr>
        <w:spacing w:before="240" w:beforeAutospacing="off" w:after="240" w:afterAutospacing="off" w:line="420" w:lineRule="auto"/>
        <w:rPr>
          <w:rFonts w:ascii="Aptos" w:hAnsi="Aptos" w:eastAsia="Aptos" w:cs="Aptos"/>
          <w:b w:val="1"/>
          <w:bCs w:val="1"/>
          <w:i w:val="0"/>
          <w:iCs w:val="0"/>
          <w:caps w:val="1"/>
          <w:noProof w:val="0"/>
          <w:color w:val="0070C0"/>
          <w:sz w:val="28"/>
          <w:szCs w:val="28"/>
          <w:lang w:val="en-US"/>
        </w:rPr>
      </w:pPr>
      <w:r w:rsidRPr="385611CD" w:rsidR="75C75812">
        <w:rPr>
          <w:rFonts w:ascii="Aptos" w:hAnsi="Aptos" w:eastAsia="Aptos" w:cs="Aptos"/>
          <w:b w:val="1"/>
          <w:bCs w:val="1"/>
          <w:i w:val="0"/>
          <w:iCs w:val="0"/>
          <w:caps w:val="0"/>
          <w:smallCaps w:val="0"/>
          <w:noProof w:val="0"/>
          <w:color w:val="0070C0"/>
          <w:sz w:val="28"/>
          <w:szCs w:val="28"/>
          <w:lang w:val="en-US"/>
        </w:rPr>
        <w:t>The Community (La Comunidad) Group</w:t>
      </w:r>
    </w:p>
    <w:p w:rsidR="75C75812" w:rsidP="385611CD" w:rsidRDefault="75C75812" w14:paraId="76AC6FE1" w14:textId="26E9E9A4">
      <w:pPr>
        <w:spacing w:before="240" w:beforeAutospacing="off" w:after="240" w:afterAutospacing="off" w:line="510" w:lineRule="auto"/>
      </w:pPr>
      <w:r w:rsidRPr="385611CD" w:rsidR="75C75812">
        <w:rPr>
          <w:rFonts w:ascii="Aptos" w:hAnsi="Aptos" w:eastAsia="Aptos" w:cs="Aptos"/>
          <w:b w:val="0"/>
          <w:bCs w:val="0"/>
          <w:i w:val="0"/>
          <w:iCs w:val="0"/>
          <w:caps w:val="0"/>
          <w:smallCaps w:val="0"/>
          <w:noProof w:val="0"/>
          <w:sz w:val="28"/>
          <w:szCs w:val="28"/>
          <w:lang w:val="en-US"/>
        </w:rPr>
        <w:t>Counseling Services</w:t>
      </w:r>
    </w:p>
    <w:p w:rsidR="75C75812" w:rsidP="385611CD" w:rsidRDefault="75C75812" w14:paraId="1BCA64B9" w14:textId="04B2A06E">
      <w:pPr>
        <w:spacing w:before="240" w:beforeAutospacing="off" w:after="240" w:afterAutospacing="off" w:line="330" w:lineRule="auto"/>
        <w:rPr>
          <w:rFonts w:ascii="Aptos" w:hAnsi="Aptos" w:eastAsia="Aptos" w:cs="Aptos"/>
          <w:b w:val="0"/>
          <w:bCs w:val="0"/>
          <w:i w:val="0"/>
          <w:iCs w:val="0"/>
          <w:caps w:val="0"/>
          <w:smallCaps w:val="0"/>
          <w:noProof w:val="0"/>
          <w:sz w:val="28"/>
          <w:szCs w:val="28"/>
          <w:lang w:val="en-US"/>
        </w:rPr>
      </w:pPr>
      <w:r w:rsidRPr="385611CD" w:rsidR="75C75812">
        <w:rPr>
          <w:rFonts w:ascii="Aptos" w:hAnsi="Aptos" w:eastAsia="Aptos" w:cs="Aptos"/>
          <w:b w:val="0"/>
          <w:bCs w:val="0"/>
          <w:i w:val="0"/>
          <w:iCs w:val="0"/>
          <w:caps w:val="0"/>
          <w:smallCaps w:val="0"/>
          <w:noProof w:val="0"/>
          <w:sz w:val="28"/>
          <w:szCs w:val="28"/>
          <w:lang w:val="en-US"/>
        </w:rPr>
        <w:t>Join your peers and a Latiné/Hispanic counselor to build a safe community with union in culture, language and goals to be successful in college!</w:t>
      </w:r>
    </w:p>
    <w:p w:rsidR="75C75812" w:rsidP="385611CD" w:rsidRDefault="75C75812" w14:paraId="111DF126" w14:textId="4FC3F7DD">
      <w:pPr>
        <w:spacing w:before="240" w:beforeAutospacing="off" w:after="240" w:afterAutospacing="off" w:line="330" w:lineRule="auto"/>
        <w:rPr>
          <w:rFonts w:ascii="Aptos" w:hAnsi="Aptos" w:eastAsia="Aptos" w:cs="Aptos"/>
          <w:b w:val="0"/>
          <w:bCs w:val="0"/>
          <w:i w:val="0"/>
          <w:iCs w:val="0"/>
          <w:caps w:val="0"/>
          <w:smallCaps w:val="0"/>
          <w:noProof w:val="0"/>
          <w:sz w:val="28"/>
          <w:szCs w:val="28"/>
          <w:lang w:val="en-US"/>
        </w:rPr>
      </w:pPr>
      <w:r w:rsidRPr="385611CD" w:rsidR="75C75812">
        <w:rPr>
          <w:rFonts w:ascii="Aptos" w:hAnsi="Aptos" w:eastAsia="Aptos" w:cs="Aptos"/>
          <w:b w:val="0"/>
          <w:bCs w:val="0"/>
          <w:i w:val="0"/>
          <w:iCs w:val="0"/>
          <w:caps w:val="0"/>
          <w:smallCaps w:val="0"/>
          <w:noProof w:val="0"/>
          <w:sz w:val="28"/>
          <w:szCs w:val="28"/>
          <w:lang w:val="en-US"/>
        </w:rPr>
        <w:t>To join, contact Stephanie Perez at perezs10@southernctedu</w:t>
      </w:r>
    </w:p>
    <w:p w:rsidR="75C75812" w:rsidP="385611CD" w:rsidRDefault="75C75812" w14:paraId="192A0CA1" w14:textId="36835645">
      <w:pPr>
        <w:pStyle w:val="Normal"/>
        <w:spacing w:before="240" w:beforeAutospacing="off" w:after="240" w:afterAutospacing="off" w:line="540" w:lineRule="auto"/>
        <w:rPr>
          <w:rFonts w:ascii="Aptos" w:hAnsi="Aptos" w:eastAsia="Aptos" w:cs="Aptos"/>
          <w:b w:val="0"/>
          <w:bCs w:val="0"/>
          <w:i w:val="0"/>
          <w:iCs w:val="0"/>
          <w:caps w:val="1"/>
          <w:noProof w:val="0"/>
          <w:sz w:val="28"/>
          <w:szCs w:val="28"/>
          <w:lang w:val="en-US"/>
        </w:rPr>
      </w:pPr>
      <w:r w:rsidRPr="385611CD" w:rsidR="75C75812">
        <w:rPr>
          <w:rFonts w:ascii="Aptos" w:hAnsi="Aptos" w:eastAsia="Aptos" w:cs="Aptos"/>
          <w:b w:val="0"/>
          <w:bCs w:val="0"/>
          <w:i w:val="0"/>
          <w:iCs w:val="0"/>
          <w:caps w:val="0"/>
          <w:smallCaps w:val="0"/>
          <w:noProof w:val="0"/>
          <w:sz w:val="28"/>
          <w:szCs w:val="28"/>
          <w:lang w:val="en-US"/>
        </w:rPr>
        <w:t xml:space="preserve">Wednesdays starting on 2/12/25 from </w:t>
      </w:r>
      <w:r w:rsidRPr="385611CD" w:rsidR="75C75812">
        <w:rPr>
          <w:rFonts w:ascii="Aptos" w:hAnsi="Aptos" w:eastAsia="Aptos" w:cs="Aptos"/>
          <w:noProof w:val="0"/>
          <w:sz w:val="28"/>
          <w:szCs w:val="28"/>
          <w:lang w:val="en-US"/>
        </w:rPr>
        <w:t>1 to 2pm</w:t>
      </w:r>
      <w:r w:rsidRPr="385611CD" w:rsidR="75C75812">
        <w:rPr>
          <w:rFonts w:ascii="Aptos" w:hAnsi="Aptos" w:eastAsia="Aptos" w:cs="Aptos"/>
          <w:b w:val="0"/>
          <w:bCs w:val="0"/>
          <w:i w:val="0"/>
          <w:iCs w:val="0"/>
          <w:caps w:val="0"/>
          <w:smallCaps w:val="0"/>
          <w:noProof w:val="0"/>
          <w:sz w:val="28"/>
          <w:szCs w:val="28"/>
          <w:lang w:val="en-US"/>
        </w:rPr>
        <w:t xml:space="preserve"> in Engleman B-106</w:t>
      </w:r>
    </w:p>
    <w:p w:rsidR="42811A17" w:rsidP="25A68C54" w:rsidRDefault="42811A17" w14:paraId="0E88EDC6" w14:textId="7A60F260">
      <w:pPr>
        <w:pStyle w:val="Heading2"/>
        <w:spacing w:line="360" w:lineRule="auto"/>
      </w:pPr>
      <w:r w:rsidRPr="385611CD" w:rsidR="3AAB4A34">
        <w:rPr>
          <w:rFonts w:ascii="Aptos" w:hAnsi="Aptos" w:eastAsia="Aptos" w:cs="Aptos"/>
          <w:b w:val="1"/>
          <w:bCs w:val="1"/>
          <w:i w:val="0"/>
          <w:iCs w:val="0"/>
          <w:noProof w:val="0"/>
          <w:color w:val="0070C0"/>
          <w:sz w:val="32"/>
          <w:szCs w:val="32"/>
          <w:lang w:val="en-US"/>
        </w:rPr>
        <w:t>The</w:t>
      </w:r>
      <w:r w:rsidRPr="385611CD" w:rsidR="3AAB4A34">
        <w:rPr>
          <w:rFonts w:ascii="Aptos" w:hAnsi="Aptos" w:eastAsia="Aptos" w:cs="Aptos"/>
          <w:b w:val="1"/>
          <w:bCs w:val="1"/>
          <w:i w:val="0"/>
          <w:iCs w:val="0"/>
          <w:noProof w:val="0"/>
          <w:color w:val="0070C0"/>
          <w:sz w:val="32"/>
          <w:szCs w:val="32"/>
          <w:lang w:val="en-US"/>
        </w:rPr>
        <w:t xml:space="preserve"> Many Languages of Love</w:t>
      </w:r>
      <w:r w:rsidRPr="385611CD" w:rsidR="3AAB4A34">
        <w:rPr>
          <w:rFonts w:ascii="Aptos" w:hAnsi="Aptos" w:eastAsia="Aptos" w:cs="Aptos"/>
          <w:color w:val="0070C0"/>
          <w:sz w:val="32"/>
          <w:szCs w:val="32"/>
        </w:rPr>
        <w:t xml:space="preserve"> </w:t>
      </w:r>
    </w:p>
    <w:p w:rsidR="7DB5C1E5" w:rsidP="385611CD" w:rsidRDefault="7DB5C1E5" w14:paraId="3EDB5D56" w14:textId="341A4F3C">
      <w:pPr>
        <w:pStyle w:val="Normal"/>
        <w:rPr>
          <w:rFonts w:ascii="Aptos" w:hAnsi="Aptos" w:eastAsia="Aptos" w:cs="Aptos"/>
          <w:color w:val="0070C0"/>
          <w:sz w:val="28"/>
          <w:szCs w:val="28"/>
        </w:rPr>
      </w:pPr>
      <w:r w:rsidRPr="385611CD" w:rsidR="7DB5C1E5">
        <w:rPr>
          <w:rFonts w:ascii="Aptos" w:hAnsi="Aptos" w:eastAsia="Aptos" w:cs="Aptos"/>
          <w:color w:val="0070C0"/>
          <w:sz w:val="28"/>
          <w:szCs w:val="28"/>
        </w:rPr>
        <w:t>Words of Affirmation</w:t>
      </w:r>
    </w:p>
    <w:p w:rsidR="7DB5C1E5" w:rsidP="385611CD" w:rsidRDefault="7DB5C1E5" w14:paraId="2AE5D09A" w14:textId="448DFFDD">
      <w:pPr>
        <w:pStyle w:val="Normal"/>
        <w:rPr>
          <w:rFonts w:ascii="Aptos" w:hAnsi="Aptos" w:eastAsia="Aptos" w:cs="Aptos"/>
          <w:sz w:val="28"/>
          <w:szCs w:val="28"/>
        </w:rPr>
      </w:pPr>
      <w:r w:rsidRPr="385611CD" w:rsidR="7DB5C1E5">
        <w:rPr>
          <w:rFonts w:ascii="Aptos" w:hAnsi="Aptos" w:eastAsia="Aptos" w:cs="Aptos"/>
          <w:sz w:val="28"/>
          <w:szCs w:val="28"/>
        </w:rPr>
        <w:t>Expressing love through spoken or written words.</w:t>
      </w:r>
    </w:p>
    <w:p w:rsidR="7DB5C1E5" w:rsidP="385611CD" w:rsidRDefault="7DB5C1E5" w14:paraId="7FABCF5A" w14:textId="6BEF36CE">
      <w:pPr>
        <w:pStyle w:val="Normal"/>
        <w:rPr>
          <w:rFonts w:ascii="Aptos" w:hAnsi="Aptos" w:eastAsia="Aptos" w:cs="Aptos"/>
          <w:sz w:val="28"/>
          <w:szCs w:val="28"/>
        </w:rPr>
      </w:pPr>
      <w:r w:rsidRPr="385611CD" w:rsidR="7DB5C1E5">
        <w:rPr>
          <w:rFonts w:ascii="Aptos" w:hAnsi="Aptos" w:eastAsia="Aptos" w:cs="Aptos"/>
          <w:sz w:val="28"/>
          <w:szCs w:val="28"/>
        </w:rPr>
        <w:t>Examples: Complimenting someone ("You look amazing today"), writing a heartfelt note, or saying "I appreciate you."</w:t>
      </w:r>
    </w:p>
    <w:p w:rsidR="7DB5C1E5" w:rsidP="385611CD" w:rsidRDefault="7DB5C1E5" w14:paraId="3626C7C6" w14:textId="5D6DB456">
      <w:pPr>
        <w:pStyle w:val="Normal"/>
        <w:rPr>
          <w:rFonts w:ascii="Aptos" w:hAnsi="Aptos" w:eastAsia="Aptos" w:cs="Aptos"/>
          <w:color w:val="0070C0"/>
          <w:sz w:val="28"/>
          <w:szCs w:val="28"/>
        </w:rPr>
      </w:pPr>
      <w:r w:rsidRPr="385611CD" w:rsidR="7DB5C1E5">
        <w:rPr>
          <w:rFonts w:ascii="Aptos" w:hAnsi="Aptos" w:eastAsia="Aptos" w:cs="Aptos"/>
          <w:color w:val="0070C0"/>
          <w:sz w:val="28"/>
          <w:szCs w:val="28"/>
        </w:rPr>
        <w:t>Quality Time</w:t>
      </w:r>
    </w:p>
    <w:p w:rsidR="7DB5C1E5" w:rsidP="385611CD" w:rsidRDefault="7DB5C1E5" w14:paraId="537411E5" w14:textId="70326C99">
      <w:pPr>
        <w:pStyle w:val="Normal"/>
        <w:rPr>
          <w:rFonts w:ascii="Aptos" w:hAnsi="Aptos" w:eastAsia="Aptos" w:cs="Aptos"/>
          <w:sz w:val="28"/>
          <w:szCs w:val="28"/>
        </w:rPr>
      </w:pPr>
      <w:r w:rsidRPr="385611CD" w:rsidR="7DB5C1E5">
        <w:rPr>
          <w:rFonts w:ascii="Aptos" w:hAnsi="Aptos" w:eastAsia="Aptos" w:cs="Aptos"/>
          <w:sz w:val="28"/>
          <w:szCs w:val="28"/>
        </w:rPr>
        <w:t>Giving someone your undivided attention.</w:t>
      </w:r>
    </w:p>
    <w:p w:rsidR="7DB5C1E5" w:rsidP="385611CD" w:rsidRDefault="7DB5C1E5" w14:paraId="63E9B115" w14:textId="7EAAC7AA">
      <w:pPr>
        <w:pStyle w:val="Normal"/>
        <w:rPr>
          <w:rFonts w:ascii="Aptos" w:hAnsi="Aptos" w:eastAsia="Aptos" w:cs="Aptos"/>
          <w:sz w:val="28"/>
          <w:szCs w:val="28"/>
        </w:rPr>
      </w:pPr>
      <w:r w:rsidRPr="385611CD" w:rsidR="7DB5C1E5">
        <w:rPr>
          <w:rFonts w:ascii="Aptos" w:hAnsi="Aptos" w:eastAsia="Aptos" w:cs="Aptos"/>
          <w:sz w:val="28"/>
          <w:szCs w:val="28"/>
        </w:rPr>
        <w:t>Examples: Going on a walk together, having a meaningful conversation without distractions, or planning a date night.</w:t>
      </w:r>
    </w:p>
    <w:p w:rsidR="7DB5C1E5" w:rsidP="385611CD" w:rsidRDefault="7DB5C1E5" w14:paraId="055C6D12" w14:textId="23EBE37E">
      <w:pPr>
        <w:pStyle w:val="Normal"/>
        <w:rPr>
          <w:rFonts w:ascii="Aptos" w:hAnsi="Aptos" w:eastAsia="Aptos" w:cs="Aptos"/>
          <w:color w:val="0070C0"/>
          <w:sz w:val="28"/>
          <w:szCs w:val="28"/>
        </w:rPr>
      </w:pPr>
      <w:r w:rsidRPr="385611CD" w:rsidR="7DB5C1E5">
        <w:rPr>
          <w:rFonts w:ascii="Aptos" w:hAnsi="Aptos" w:eastAsia="Aptos" w:cs="Aptos"/>
          <w:color w:val="0070C0"/>
          <w:sz w:val="28"/>
          <w:szCs w:val="28"/>
        </w:rPr>
        <w:t>Acts of Service</w:t>
      </w:r>
    </w:p>
    <w:p w:rsidR="7DB5C1E5" w:rsidP="385611CD" w:rsidRDefault="7DB5C1E5" w14:paraId="3B780FAE" w14:textId="75387F3B">
      <w:pPr>
        <w:pStyle w:val="Normal"/>
        <w:rPr>
          <w:rFonts w:ascii="Aptos" w:hAnsi="Aptos" w:eastAsia="Aptos" w:cs="Aptos"/>
          <w:sz w:val="28"/>
          <w:szCs w:val="28"/>
        </w:rPr>
      </w:pPr>
      <w:r w:rsidRPr="385611CD" w:rsidR="7DB5C1E5">
        <w:rPr>
          <w:rFonts w:ascii="Aptos" w:hAnsi="Aptos" w:eastAsia="Aptos" w:cs="Aptos"/>
          <w:sz w:val="28"/>
          <w:szCs w:val="28"/>
        </w:rPr>
        <w:t>Showing love through helpful actions.</w:t>
      </w:r>
    </w:p>
    <w:p w:rsidR="7DB5C1E5" w:rsidP="385611CD" w:rsidRDefault="7DB5C1E5" w14:paraId="2CCC8EC0" w14:textId="1926F00A">
      <w:pPr>
        <w:pStyle w:val="Normal"/>
        <w:rPr>
          <w:rFonts w:ascii="Aptos" w:hAnsi="Aptos" w:eastAsia="Aptos" w:cs="Aptos"/>
          <w:sz w:val="28"/>
          <w:szCs w:val="28"/>
        </w:rPr>
      </w:pPr>
      <w:r w:rsidRPr="385611CD" w:rsidR="7DB5C1E5">
        <w:rPr>
          <w:rFonts w:ascii="Aptos" w:hAnsi="Aptos" w:eastAsia="Aptos" w:cs="Aptos"/>
          <w:sz w:val="28"/>
          <w:szCs w:val="28"/>
        </w:rPr>
        <w:t>Examples: Cooking dinner, running an errand for someone, or helping with a task they’ve been struggling with.</w:t>
      </w:r>
    </w:p>
    <w:p w:rsidR="7DB5C1E5" w:rsidP="385611CD" w:rsidRDefault="7DB5C1E5" w14:paraId="043DF7F3" w14:textId="1D9A84DD">
      <w:pPr>
        <w:pStyle w:val="Normal"/>
        <w:rPr>
          <w:rFonts w:ascii="Aptos" w:hAnsi="Aptos" w:eastAsia="Aptos" w:cs="Aptos"/>
          <w:color w:val="0070C0"/>
          <w:sz w:val="28"/>
          <w:szCs w:val="28"/>
        </w:rPr>
      </w:pPr>
      <w:r w:rsidRPr="385611CD" w:rsidR="7DB5C1E5">
        <w:rPr>
          <w:rFonts w:ascii="Aptos" w:hAnsi="Aptos" w:eastAsia="Aptos" w:cs="Aptos"/>
          <w:color w:val="0070C0"/>
          <w:sz w:val="28"/>
          <w:szCs w:val="28"/>
        </w:rPr>
        <w:t>Gifts</w:t>
      </w:r>
    </w:p>
    <w:p w:rsidR="7DB5C1E5" w:rsidP="385611CD" w:rsidRDefault="7DB5C1E5" w14:paraId="7055BDED" w14:textId="103E7CB6">
      <w:pPr>
        <w:pStyle w:val="Normal"/>
        <w:rPr>
          <w:rFonts w:ascii="Aptos" w:hAnsi="Aptos" w:eastAsia="Aptos" w:cs="Aptos"/>
          <w:sz w:val="28"/>
          <w:szCs w:val="28"/>
        </w:rPr>
      </w:pPr>
      <w:r w:rsidRPr="385611CD" w:rsidR="7DB5C1E5">
        <w:rPr>
          <w:rFonts w:ascii="Aptos" w:hAnsi="Aptos" w:eastAsia="Aptos" w:cs="Aptos"/>
          <w:sz w:val="28"/>
          <w:szCs w:val="28"/>
        </w:rPr>
        <w:t>Giving thoughtful items to show you care.</w:t>
      </w:r>
    </w:p>
    <w:p w:rsidR="7DB5C1E5" w:rsidP="385611CD" w:rsidRDefault="7DB5C1E5" w14:paraId="4BA6769D" w14:textId="485C51FE">
      <w:pPr>
        <w:pStyle w:val="Normal"/>
        <w:rPr>
          <w:rFonts w:ascii="Aptos" w:hAnsi="Aptos" w:eastAsia="Aptos" w:cs="Aptos"/>
          <w:sz w:val="28"/>
          <w:szCs w:val="28"/>
        </w:rPr>
      </w:pPr>
      <w:r w:rsidRPr="385611CD" w:rsidR="7DB5C1E5">
        <w:rPr>
          <w:rFonts w:ascii="Aptos" w:hAnsi="Aptos" w:eastAsia="Aptos" w:cs="Aptos"/>
          <w:sz w:val="28"/>
          <w:szCs w:val="28"/>
        </w:rPr>
        <w:t>Examples: Buying their favorite snack, surprising them with flowers, or crafting a handmade gift that shows you’ve been thinking of them.</w:t>
      </w:r>
    </w:p>
    <w:p w:rsidR="7EF3D18B" w:rsidP="385611CD" w:rsidRDefault="7EF3D18B" w14:paraId="439373F0" w14:textId="5BCF3516">
      <w:pPr>
        <w:pStyle w:val="Normal"/>
        <w:rPr>
          <w:rFonts w:ascii="Aptos" w:hAnsi="Aptos" w:eastAsia="Aptos" w:cs="Aptos"/>
          <w:color w:val="0070C0"/>
          <w:sz w:val="28"/>
          <w:szCs w:val="28"/>
        </w:rPr>
      </w:pPr>
      <w:r w:rsidRPr="385611CD" w:rsidR="7EF3D18B">
        <w:rPr>
          <w:rFonts w:ascii="Aptos" w:hAnsi="Aptos" w:eastAsia="Aptos" w:cs="Aptos"/>
          <w:color w:val="0070C0"/>
          <w:sz w:val="28"/>
          <w:szCs w:val="28"/>
        </w:rPr>
        <w:t>Physical Touch</w:t>
      </w:r>
    </w:p>
    <w:p w:rsidR="7EF3D18B" w:rsidP="385611CD" w:rsidRDefault="7EF3D18B" w14:paraId="2B904850" w14:textId="58692E37">
      <w:pPr>
        <w:pStyle w:val="Normal"/>
        <w:rPr>
          <w:rFonts w:ascii="Aptos" w:hAnsi="Aptos" w:eastAsia="Aptos" w:cs="Aptos"/>
          <w:sz w:val="28"/>
          <w:szCs w:val="28"/>
        </w:rPr>
      </w:pPr>
      <w:r w:rsidRPr="385611CD" w:rsidR="7EF3D18B">
        <w:rPr>
          <w:rFonts w:ascii="Aptos" w:hAnsi="Aptos" w:eastAsia="Aptos" w:cs="Aptos"/>
          <w:sz w:val="28"/>
          <w:szCs w:val="28"/>
        </w:rPr>
        <w:t>Expressing love through physical affection.</w:t>
      </w:r>
    </w:p>
    <w:p w:rsidR="7EF3D18B" w:rsidP="385611CD" w:rsidRDefault="7EF3D18B" w14:paraId="5248B9F7" w14:textId="06FC065E">
      <w:pPr>
        <w:pStyle w:val="Normal"/>
        <w:rPr>
          <w:rFonts w:ascii="Aptos" w:hAnsi="Aptos" w:eastAsia="Aptos" w:cs="Aptos"/>
          <w:sz w:val="28"/>
          <w:szCs w:val="28"/>
        </w:rPr>
      </w:pPr>
      <w:r w:rsidRPr="385611CD" w:rsidR="7EF3D18B">
        <w:rPr>
          <w:rFonts w:ascii="Aptos" w:hAnsi="Aptos" w:eastAsia="Aptos" w:cs="Aptos"/>
          <w:sz w:val="28"/>
          <w:szCs w:val="28"/>
        </w:rPr>
        <w:t>Examples: Hugging, holding hands, or simply a pat on the back to show support.</w:t>
      </w:r>
    </w:p>
    <w:p w:rsidR="4128194C" w:rsidP="385611CD" w:rsidRDefault="4128194C" w14:paraId="55542E12" w14:textId="2C0792F5">
      <w:pPr>
        <w:pStyle w:val="Heading2"/>
        <w:suppressLineNumbers w:val="0"/>
        <w:bidi w:val="0"/>
        <w:spacing w:before="200" w:beforeAutospacing="off" w:after="0" w:afterAutospacing="off" w:line="360" w:lineRule="auto"/>
        <w:ind w:left="0" w:right="0"/>
        <w:jc w:val="left"/>
      </w:pPr>
      <w:r w:rsidRPr="385611CD" w:rsidR="4128194C">
        <w:rPr>
          <w:rFonts w:ascii="Aptos" w:hAnsi="Aptos"/>
          <w:color w:val="0070C0"/>
          <w:sz w:val="32"/>
          <w:szCs w:val="32"/>
        </w:rPr>
        <w:t xml:space="preserve">Acts of Kindness Activity </w:t>
      </w:r>
    </w:p>
    <w:p w:rsidR="4128194C" w:rsidP="385611CD" w:rsidRDefault="4128194C" w14:paraId="5D3D97CE" w14:textId="5712BAB5">
      <w:pPr>
        <w:pStyle w:val="Normal"/>
      </w:pPr>
      <w:r w:rsidRPr="385611CD" w:rsidR="4128194C">
        <w:rPr>
          <w:rFonts w:ascii="Aptos" w:hAnsi="Aptos" w:eastAsia="Aptos" w:cs="Aptos"/>
          <w:sz w:val="28"/>
          <w:szCs w:val="28"/>
        </w:rPr>
        <w:t xml:space="preserve">Show yourself kindness by doing five things to fill your cup!  Ex: journal, try a new recipe, a spa day, </w:t>
      </w:r>
      <w:r w:rsidRPr="385611CD" w:rsidR="4128194C">
        <w:rPr>
          <w:rFonts w:ascii="Aptos" w:hAnsi="Aptos" w:eastAsia="Aptos" w:cs="Aptos"/>
          <w:noProof w:val="0"/>
          <w:sz w:val="28"/>
          <w:szCs w:val="28"/>
          <w:lang w:val="en-US"/>
        </w:rPr>
        <w:t>etc.</w:t>
      </w:r>
    </w:p>
    <w:p w:rsidR="4128194C" w:rsidP="385611CD" w:rsidRDefault="4128194C" w14:paraId="7DEB64C4" w14:textId="22361E0A">
      <w:pPr>
        <w:pStyle w:val="Heading2"/>
        <w:suppressLineNumbers w:val="0"/>
        <w:bidi w:val="0"/>
        <w:spacing w:before="200" w:beforeAutospacing="off" w:after="0" w:afterAutospacing="off" w:line="360" w:lineRule="auto"/>
        <w:ind w:left="0" w:right="0"/>
        <w:jc w:val="left"/>
        <w:rPr>
          <w:rFonts w:ascii="Aptos" w:hAnsi="Aptos"/>
          <w:color w:val="0070C0"/>
          <w:sz w:val="32"/>
          <w:szCs w:val="32"/>
        </w:rPr>
      </w:pPr>
      <w:r w:rsidRPr="385611CD" w:rsidR="4128194C">
        <w:rPr>
          <w:rFonts w:ascii="Aptos" w:hAnsi="Aptos"/>
          <w:color w:val="0070C0"/>
          <w:sz w:val="32"/>
          <w:szCs w:val="32"/>
        </w:rPr>
        <w:t>Fit for Thought</w:t>
      </w:r>
    </w:p>
    <w:p w:rsidR="4128194C" w:rsidP="385611CD" w:rsidRDefault="4128194C" w14:paraId="1F0946B3" w14:textId="3C0AE967">
      <w:pPr>
        <w:pStyle w:val="Normal"/>
        <w:bidi w:val="0"/>
        <w:spacing w:before="0" w:beforeAutospacing="off" w:after="200" w:afterAutospacing="off" w:line="360" w:lineRule="auto"/>
        <w:ind w:left="0" w:right="0"/>
        <w:jc w:val="left"/>
      </w:pPr>
      <w:r w:rsidRPr="385611CD" w:rsidR="4128194C">
        <w:rPr>
          <w:rFonts w:ascii="Aptos" w:hAnsi="Aptos" w:eastAsia="Aptos" w:cs="Aptos"/>
          <w:b w:val="0"/>
          <w:bCs w:val="0"/>
          <w:i w:val="0"/>
          <w:iCs w:val="0"/>
          <w:noProof w:val="0"/>
          <w:sz w:val="28"/>
          <w:szCs w:val="28"/>
          <w:lang w:val="en-US"/>
        </w:rPr>
        <w:t>Did you know we have a fitness center on campus?</w:t>
      </w:r>
    </w:p>
    <w:p w:rsidR="4128194C" w:rsidP="385611CD" w:rsidRDefault="4128194C" w14:paraId="251C6821" w14:textId="17CE99E8">
      <w:pPr>
        <w:pStyle w:val="Normal"/>
        <w:bidi w:val="0"/>
        <w:spacing w:before="0" w:beforeAutospacing="off" w:after="200" w:afterAutospacing="off" w:line="360" w:lineRule="auto"/>
        <w:ind w:left="0" w:right="0"/>
        <w:jc w:val="left"/>
        <w:rPr>
          <w:rFonts w:ascii="Aptos" w:hAnsi="Aptos" w:eastAsia="Aptos" w:cs="Aptos"/>
          <w:b w:val="0"/>
          <w:bCs w:val="0"/>
          <w:i w:val="0"/>
          <w:iCs w:val="0"/>
          <w:noProof w:val="0"/>
          <w:sz w:val="28"/>
          <w:szCs w:val="28"/>
          <w:lang w:val="en-US"/>
        </w:rPr>
      </w:pPr>
      <w:r w:rsidRPr="385611CD" w:rsidR="4128194C">
        <w:rPr>
          <w:rFonts w:ascii="Aptos" w:hAnsi="Aptos" w:eastAsia="Aptos" w:cs="Aptos"/>
          <w:b w:val="0"/>
          <w:bCs w:val="0"/>
          <w:i w:val="0"/>
          <w:iCs w:val="0"/>
          <w:noProof w:val="0"/>
          <w:sz w:val="28"/>
          <w:szCs w:val="28"/>
          <w:lang w:val="en-US"/>
        </w:rPr>
        <w:t>Visit them in ASC 204 and follow them on Instagram @SCSU_RECFIT</w:t>
      </w:r>
    </w:p>
    <w:p w:rsidR="4128194C" w:rsidP="385611CD" w:rsidRDefault="4128194C" w14:paraId="6E9C5843" w14:textId="5AD9CD9E">
      <w:pPr>
        <w:bidi w:val="0"/>
        <w:spacing w:before="240" w:beforeAutospacing="off" w:after="240" w:afterAutospacing="off" w:line="420" w:lineRule="auto"/>
      </w:pPr>
      <w:r w:rsidRPr="385611CD" w:rsidR="4128194C">
        <w:rPr>
          <w:rFonts w:ascii="Aptos" w:hAnsi="Aptos" w:eastAsia="Aptos" w:cs="Aptos"/>
          <w:b w:val="0"/>
          <w:bCs w:val="0"/>
          <w:i w:val="0"/>
          <w:iCs w:val="0"/>
          <w:caps w:val="0"/>
          <w:smallCaps w:val="0"/>
          <w:noProof w:val="0"/>
          <w:color w:val="auto"/>
          <w:sz w:val="28"/>
          <w:szCs w:val="28"/>
          <w:lang w:val="en-US"/>
        </w:rPr>
        <w:t>Get active with these fitness groups/activities:</w:t>
      </w:r>
    </w:p>
    <w:p w:rsidR="19DFE8A5" w:rsidP="385611CD" w:rsidRDefault="19DFE8A5" w14:paraId="73D9E2A5" w14:textId="267B131C">
      <w:pPr>
        <w:bidi w:val="0"/>
        <w:spacing w:before="240" w:beforeAutospacing="off" w:after="240" w:afterAutospacing="off" w:line="405" w:lineRule="auto"/>
      </w:pPr>
      <w:r w:rsidRPr="385611CD" w:rsidR="19DFE8A5">
        <w:rPr>
          <w:rFonts w:ascii="Aptos" w:hAnsi="Aptos" w:eastAsia="Aptos" w:cs="Aptos"/>
          <w:b w:val="0"/>
          <w:bCs w:val="0"/>
          <w:i w:val="0"/>
          <w:iCs w:val="0"/>
          <w:caps w:val="0"/>
          <w:smallCaps w:val="0"/>
          <w:noProof w:val="0"/>
          <w:sz w:val="28"/>
          <w:szCs w:val="28"/>
          <w:lang w:val="en-US"/>
        </w:rPr>
        <w:t xml:space="preserve">Pilates w/ Kaila - Mondays at 5pm &amp; </w:t>
      </w:r>
      <w:r w:rsidRPr="385611CD" w:rsidR="19DFE8A5">
        <w:rPr>
          <w:rFonts w:ascii="Aptos" w:hAnsi="Aptos" w:eastAsia="Aptos" w:cs="Aptos"/>
          <w:b w:val="0"/>
          <w:bCs w:val="0"/>
          <w:i w:val="0"/>
          <w:iCs w:val="0"/>
          <w:caps w:val="0"/>
          <w:smallCaps w:val="0"/>
          <w:noProof w:val="0"/>
          <w:sz w:val="28"/>
          <w:szCs w:val="28"/>
          <w:lang w:val="en-US"/>
        </w:rPr>
        <w:t>Wednesdays at 6pm</w:t>
      </w:r>
    </w:p>
    <w:p w:rsidR="4128194C" w:rsidP="385611CD" w:rsidRDefault="4128194C" w14:paraId="66187BFB" w14:textId="367AB705">
      <w:pPr>
        <w:pStyle w:val="Normal"/>
        <w:bidi w:val="0"/>
        <w:spacing w:before="0" w:beforeAutospacing="off" w:after="200" w:afterAutospacing="off" w:line="360" w:lineRule="auto"/>
        <w:ind w:left="0" w:right="0"/>
        <w:jc w:val="left"/>
      </w:pPr>
      <w:r w:rsidRPr="385611CD" w:rsidR="4128194C">
        <w:rPr>
          <w:rFonts w:ascii="Aptos" w:hAnsi="Aptos" w:eastAsia="Aptos" w:cs="Aptos"/>
          <w:b w:val="0"/>
          <w:bCs w:val="0"/>
          <w:i w:val="0"/>
          <w:iCs w:val="0"/>
          <w:noProof w:val="0"/>
          <w:sz w:val="28"/>
          <w:szCs w:val="28"/>
          <w:lang w:val="en-US"/>
        </w:rPr>
        <w:t>Yoga Flow w/ Dominique</w:t>
      </w:r>
      <w:r w:rsidRPr="385611CD" w:rsidR="3F736204">
        <w:rPr>
          <w:rFonts w:ascii="Aptos" w:hAnsi="Aptos" w:eastAsia="Aptos" w:cs="Aptos"/>
          <w:b w:val="0"/>
          <w:bCs w:val="0"/>
          <w:i w:val="0"/>
          <w:iCs w:val="0"/>
          <w:noProof w:val="0"/>
          <w:sz w:val="28"/>
          <w:szCs w:val="28"/>
          <w:lang w:val="en-US"/>
        </w:rPr>
        <w:t xml:space="preserve"> – Tuesdays at </w:t>
      </w:r>
      <w:r w:rsidRPr="385611CD" w:rsidR="4128194C">
        <w:rPr>
          <w:rFonts w:ascii="Aptos" w:hAnsi="Aptos" w:eastAsia="Aptos" w:cs="Aptos"/>
          <w:b w:val="0"/>
          <w:bCs w:val="0"/>
          <w:i w:val="0"/>
          <w:iCs w:val="0"/>
          <w:noProof w:val="0"/>
          <w:sz w:val="28"/>
          <w:szCs w:val="28"/>
          <w:lang w:val="en-US"/>
        </w:rPr>
        <w:t>4:30</w:t>
      </w:r>
      <w:r w:rsidRPr="385611CD" w:rsidR="53F33DEF">
        <w:rPr>
          <w:rFonts w:ascii="Aptos" w:hAnsi="Aptos" w:eastAsia="Aptos" w:cs="Aptos"/>
          <w:b w:val="0"/>
          <w:bCs w:val="0"/>
          <w:i w:val="0"/>
          <w:iCs w:val="0"/>
          <w:noProof w:val="0"/>
          <w:sz w:val="28"/>
          <w:szCs w:val="28"/>
          <w:lang w:val="en-US"/>
        </w:rPr>
        <w:t>pm</w:t>
      </w:r>
    </w:p>
    <w:p w:rsidR="4128194C" w:rsidP="385611CD" w:rsidRDefault="4128194C" w14:paraId="69712BE7" w14:textId="3CDC9C78">
      <w:pPr>
        <w:pStyle w:val="Normal"/>
        <w:bidi w:val="0"/>
        <w:spacing w:before="0" w:beforeAutospacing="off" w:after="200" w:afterAutospacing="off" w:line="360" w:lineRule="auto"/>
        <w:ind w:left="0" w:right="0"/>
        <w:jc w:val="left"/>
      </w:pPr>
      <w:r w:rsidRPr="385611CD" w:rsidR="4128194C">
        <w:rPr>
          <w:rFonts w:ascii="Aptos" w:hAnsi="Aptos" w:eastAsia="Aptos" w:cs="Aptos"/>
          <w:b w:val="0"/>
          <w:bCs w:val="0"/>
          <w:i w:val="0"/>
          <w:iCs w:val="0"/>
          <w:noProof w:val="0"/>
          <w:sz w:val="28"/>
          <w:szCs w:val="28"/>
          <w:lang w:val="en-US"/>
        </w:rPr>
        <w:t>Power Up w/ Tori</w:t>
      </w:r>
      <w:r w:rsidRPr="385611CD" w:rsidR="02CA0F7E">
        <w:rPr>
          <w:rFonts w:ascii="Aptos" w:hAnsi="Aptos" w:eastAsia="Aptos" w:cs="Aptos"/>
          <w:b w:val="0"/>
          <w:bCs w:val="0"/>
          <w:i w:val="0"/>
          <w:iCs w:val="0"/>
          <w:noProof w:val="0"/>
          <w:sz w:val="28"/>
          <w:szCs w:val="28"/>
          <w:lang w:val="en-US"/>
        </w:rPr>
        <w:t xml:space="preserve"> – Thursdays at</w:t>
      </w:r>
      <w:r w:rsidRPr="385611CD" w:rsidR="4128194C">
        <w:rPr>
          <w:rFonts w:ascii="Aptos" w:hAnsi="Aptos" w:eastAsia="Aptos" w:cs="Aptos"/>
          <w:b w:val="0"/>
          <w:bCs w:val="0"/>
          <w:i w:val="0"/>
          <w:iCs w:val="0"/>
          <w:noProof w:val="0"/>
          <w:sz w:val="28"/>
          <w:szCs w:val="28"/>
          <w:lang w:val="en-US"/>
        </w:rPr>
        <w:t xml:space="preserve"> 5:00</w:t>
      </w:r>
      <w:r w:rsidRPr="385611CD" w:rsidR="3C3A2212">
        <w:rPr>
          <w:rFonts w:ascii="Aptos" w:hAnsi="Aptos" w:eastAsia="Aptos" w:cs="Aptos"/>
          <w:b w:val="0"/>
          <w:bCs w:val="0"/>
          <w:i w:val="0"/>
          <w:iCs w:val="0"/>
          <w:noProof w:val="0"/>
          <w:sz w:val="28"/>
          <w:szCs w:val="28"/>
          <w:lang w:val="en-US"/>
        </w:rPr>
        <w:t>pm</w:t>
      </w:r>
    </w:p>
    <w:p w:rsidR="674BE70A" w:rsidP="385611CD" w:rsidRDefault="674BE70A" w14:paraId="71525998" w14:textId="25098BAC">
      <w:pPr>
        <w:pStyle w:val="Heading2"/>
        <w:suppressLineNumbers w:val="0"/>
        <w:bidi w:val="0"/>
        <w:spacing w:before="200" w:beforeAutospacing="off" w:after="0" w:afterAutospacing="off" w:line="360" w:lineRule="auto"/>
        <w:ind w:left="0" w:right="0"/>
        <w:jc w:val="left"/>
        <w:rPr>
          <w:rFonts w:ascii="Aptos" w:hAnsi="Aptos"/>
          <w:color w:val="0070C0"/>
          <w:sz w:val="32"/>
          <w:szCs w:val="32"/>
        </w:rPr>
      </w:pPr>
      <w:r w:rsidRPr="385611CD" w:rsidR="674BE70A">
        <w:rPr>
          <w:rFonts w:ascii="Aptos" w:hAnsi="Aptos"/>
          <w:color w:val="0070C0"/>
          <w:sz w:val="32"/>
          <w:szCs w:val="32"/>
        </w:rPr>
        <w:t xml:space="preserve">Let’s Talk About Sex </w:t>
      </w:r>
    </w:p>
    <w:p w:rsidR="674BE70A" w:rsidP="385611CD" w:rsidRDefault="674BE70A" w14:paraId="55CEC083" w14:textId="6A53BFDF">
      <w:pPr>
        <w:bidi w:val="0"/>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85611CD" w:rsidR="674BE70A">
        <w:rPr>
          <w:rFonts w:ascii="Aptos" w:hAnsi="Aptos" w:eastAsia="Aptos" w:cs="Aptos"/>
          <w:b w:val="0"/>
          <w:bCs w:val="0"/>
          <w:i w:val="0"/>
          <w:iCs w:val="0"/>
          <w:caps w:val="0"/>
          <w:smallCaps w:val="0"/>
          <w:noProof w:val="0"/>
          <w:sz w:val="28"/>
          <w:szCs w:val="28"/>
          <w:lang w:val="en-US"/>
        </w:rPr>
        <w:t xml:space="preserve">Consent is essential for </w:t>
      </w:r>
      <w:r w:rsidRPr="385611CD" w:rsidR="674BE70A">
        <w:rPr>
          <w:rFonts w:ascii="Aptos" w:hAnsi="Aptos" w:eastAsia="Aptos" w:cs="Aptos"/>
          <w:b w:val="1"/>
          <w:bCs w:val="1"/>
          <w:i w:val="0"/>
          <w:iCs w:val="0"/>
          <w:caps w:val="0"/>
          <w:smallCaps w:val="0"/>
          <w:noProof w:val="0"/>
          <w:sz w:val="28"/>
          <w:szCs w:val="28"/>
          <w:lang w:val="en-US"/>
        </w:rPr>
        <w:t>safe sex</w:t>
      </w:r>
      <w:r w:rsidRPr="385611CD" w:rsidR="674BE70A">
        <w:rPr>
          <w:rFonts w:ascii="Aptos" w:hAnsi="Aptos" w:eastAsia="Aptos" w:cs="Aptos"/>
          <w:b w:val="0"/>
          <w:bCs w:val="0"/>
          <w:i w:val="0"/>
          <w:iCs w:val="0"/>
          <w:caps w:val="0"/>
          <w:smallCaps w:val="0"/>
          <w:noProof w:val="0"/>
          <w:sz w:val="28"/>
          <w:szCs w:val="28"/>
          <w:lang w:val="en-US"/>
        </w:rPr>
        <w:t xml:space="preserve">. </w:t>
      </w:r>
    </w:p>
    <w:p w:rsidR="674BE70A" w:rsidP="385611CD" w:rsidRDefault="674BE70A" w14:paraId="6E75A485" w14:textId="56A8F58E">
      <w:pPr>
        <w:bidi w:val="0"/>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85611CD" w:rsidR="674BE70A">
        <w:rPr>
          <w:rFonts w:ascii="Aptos" w:hAnsi="Aptos" w:eastAsia="Aptos" w:cs="Aptos"/>
          <w:b w:val="0"/>
          <w:bCs w:val="0"/>
          <w:i w:val="0"/>
          <w:iCs w:val="0"/>
          <w:caps w:val="0"/>
          <w:smallCaps w:val="0"/>
          <w:noProof w:val="0"/>
          <w:sz w:val="28"/>
          <w:szCs w:val="28"/>
          <w:lang w:val="en-US"/>
        </w:rPr>
        <w:t xml:space="preserve">Sexual coercion involves </w:t>
      </w:r>
      <w:r w:rsidRPr="385611CD" w:rsidR="674BE70A">
        <w:rPr>
          <w:rFonts w:ascii="Aptos" w:hAnsi="Aptos" w:eastAsia="Aptos" w:cs="Aptos"/>
          <w:b w:val="1"/>
          <w:bCs w:val="1"/>
          <w:i w:val="0"/>
          <w:iCs w:val="0"/>
          <w:caps w:val="0"/>
          <w:smallCaps w:val="0"/>
          <w:noProof w:val="0"/>
          <w:sz w:val="28"/>
          <w:szCs w:val="28"/>
          <w:lang w:val="en-US"/>
        </w:rPr>
        <w:t>pressure, manipulation, threats, or force</w:t>
      </w:r>
      <w:r w:rsidRPr="385611CD" w:rsidR="674BE70A">
        <w:rPr>
          <w:rFonts w:ascii="Aptos" w:hAnsi="Aptos" w:eastAsia="Aptos" w:cs="Aptos"/>
          <w:b w:val="0"/>
          <w:bCs w:val="0"/>
          <w:i w:val="0"/>
          <w:iCs w:val="0"/>
          <w:caps w:val="0"/>
          <w:smallCaps w:val="0"/>
          <w:noProof w:val="0"/>
          <w:sz w:val="28"/>
          <w:szCs w:val="28"/>
          <w:lang w:val="en-US"/>
        </w:rPr>
        <w:t xml:space="preserve"> to compel someone into unwanted sexual activity. Unlike clear assault, it can include guilt-tripping, emotional manipulation, or subtle threats.</w:t>
      </w:r>
    </w:p>
    <w:p w:rsidR="674BE70A" w:rsidP="385611CD" w:rsidRDefault="674BE70A" w14:paraId="0B008B3B" w14:textId="4750A8B4">
      <w:pPr>
        <w:bidi w:val="0"/>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85611CD" w:rsidR="674BE70A">
        <w:rPr>
          <w:rFonts w:ascii="Aptos" w:hAnsi="Aptos" w:eastAsia="Aptos" w:cs="Aptos"/>
          <w:b w:val="0"/>
          <w:bCs w:val="0"/>
          <w:i w:val="0"/>
          <w:iCs w:val="0"/>
          <w:caps w:val="0"/>
          <w:smallCaps w:val="0"/>
          <w:noProof w:val="0"/>
          <w:sz w:val="28"/>
          <w:szCs w:val="28"/>
          <w:lang w:val="en-US"/>
        </w:rPr>
        <w:t xml:space="preserve">If you've experienced this, reach out to VPAS: </w:t>
      </w:r>
      <w:hyperlink r:id="R7eba0ce088364ea9">
        <w:r w:rsidRPr="385611CD" w:rsidR="674BE70A">
          <w:rPr>
            <w:rStyle w:val="Hyperlink"/>
            <w:rFonts w:ascii="Aptos" w:hAnsi="Aptos" w:eastAsia="Aptos" w:cs="Aptos"/>
            <w:b w:val="0"/>
            <w:bCs w:val="0"/>
            <w:i w:val="0"/>
            <w:iCs w:val="0"/>
            <w:caps w:val="0"/>
            <w:smallCaps w:val="0"/>
            <w:noProof w:val="0"/>
            <w:sz w:val="28"/>
            <w:szCs w:val="28"/>
            <w:lang w:val="en-US"/>
          </w:rPr>
          <w:t>vpas@southernct.edu</w:t>
        </w:r>
      </w:hyperlink>
      <w:r w:rsidRPr="385611CD" w:rsidR="674BE70A">
        <w:rPr>
          <w:rFonts w:ascii="Aptos" w:hAnsi="Aptos" w:eastAsia="Aptos" w:cs="Aptos"/>
          <w:b w:val="0"/>
          <w:bCs w:val="0"/>
          <w:i w:val="0"/>
          <w:iCs w:val="0"/>
          <w:caps w:val="0"/>
          <w:smallCaps w:val="0"/>
          <w:noProof w:val="0"/>
          <w:sz w:val="28"/>
          <w:szCs w:val="28"/>
          <w:lang w:val="en-US"/>
        </w:rPr>
        <w:t>.</w:t>
      </w:r>
    </w:p>
    <w:p w:rsidR="674BE70A" w:rsidP="385611CD" w:rsidRDefault="674BE70A" w14:paraId="7CF00C8E" w14:textId="339896E6">
      <w:pPr>
        <w:pStyle w:val="Heading2"/>
        <w:spacing w:line="360" w:lineRule="auto"/>
        <w:rPr>
          <w:rFonts w:ascii="Aptos" w:hAnsi="Aptos"/>
          <w:color w:val="0070C0"/>
          <w:sz w:val="32"/>
          <w:szCs w:val="32"/>
        </w:rPr>
      </w:pPr>
      <w:r w:rsidRPr="385611CD" w:rsidR="674BE70A">
        <w:rPr>
          <w:rFonts w:ascii="Aptos" w:hAnsi="Aptos"/>
          <w:color w:val="0070C0"/>
          <w:sz w:val="32"/>
          <w:szCs w:val="32"/>
        </w:rPr>
        <w:t xml:space="preserve"> Quick Chats</w:t>
      </w:r>
    </w:p>
    <w:p w:rsidR="0CEACB1E" w:rsidP="25A68C54" w:rsidRDefault="0CEACB1E" w14:paraId="0EBBD038" w14:textId="0C0BAF7C">
      <w:pPr>
        <w:pStyle w:val="Normal"/>
        <w:suppressLineNumbers w:val="0"/>
        <w:bidi w:val="0"/>
        <w:spacing w:before="0" w:beforeAutospacing="off" w:after="200" w:afterAutospacing="off" w:line="360" w:lineRule="auto"/>
        <w:ind w:left="0" w:right="0"/>
        <w:jc w:val="left"/>
        <w:rPr>
          <w:rFonts w:ascii="Aptos" w:hAnsi="Aptos" w:eastAsia="ＭＳ ゴシック" w:cs="" w:eastAsiaTheme="majorEastAsia" w:cstheme="majorBidi"/>
          <w:b w:val="1"/>
          <w:bCs w:val="1"/>
          <w:color w:val="0070C0"/>
          <w:sz w:val="28"/>
          <w:szCs w:val="28"/>
        </w:rPr>
      </w:pPr>
      <w:r w:rsidRPr="385611CD" w:rsidR="45CC4C81">
        <w:rPr>
          <w:rFonts w:ascii="Aptos" w:hAnsi="Aptos" w:eastAsia="ＭＳ ゴシック" w:cs="" w:eastAsiaTheme="majorEastAsia" w:cstheme="majorBidi"/>
          <w:b w:val="1"/>
          <w:bCs w:val="1"/>
          <w:color w:val="0070C0"/>
          <w:sz w:val="28"/>
          <w:szCs w:val="28"/>
        </w:rPr>
        <w:t>Myth or Miss?</w:t>
      </w:r>
    </w:p>
    <w:p w:rsidR="63E56BE3" w:rsidP="385611CD" w:rsidRDefault="63E56BE3" w14:paraId="5575A922" w14:textId="4C153BD5">
      <w:pPr>
        <w:pStyle w:val="Normal"/>
        <w:spacing w:before="240" w:beforeAutospacing="off" w:after="240" w:afterAutospacing="off" w:line="360" w:lineRule="auto"/>
      </w:pPr>
      <w:r w:rsidRPr="385611CD" w:rsidR="63E56BE3">
        <w:rPr>
          <w:rFonts w:ascii="Aptos" w:hAnsi="Aptos" w:eastAsia="Aptos" w:cs="Aptos"/>
          <w:b w:val="0"/>
          <w:bCs w:val="0"/>
          <w:i w:val="0"/>
          <w:iCs w:val="0"/>
          <w:noProof w:val="0"/>
          <w:sz w:val="28"/>
          <w:szCs w:val="28"/>
          <w:lang w:val="en-US"/>
        </w:rPr>
        <w:t>"True love means never fighting."</w:t>
      </w:r>
    </w:p>
    <w:p w:rsidR="63E56BE3" w:rsidP="385611CD" w:rsidRDefault="63E56BE3" w14:paraId="0E1AECB6" w14:textId="5784AC23">
      <w:pPr>
        <w:pStyle w:val="Normal"/>
        <w:spacing w:before="240" w:beforeAutospacing="off" w:after="240" w:afterAutospacing="off" w:line="360" w:lineRule="auto"/>
        <w:rPr>
          <w:rFonts w:ascii="Aptos" w:hAnsi="Aptos" w:eastAsia="Aptos" w:cs="Aptos"/>
          <w:b w:val="0"/>
          <w:bCs w:val="0"/>
          <w:i w:val="0"/>
          <w:iCs w:val="0"/>
          <w:noProof w:val="0"/>
          <w:sz w:val="28"/>
          <w:szCs w:val="28"/>
          <w:lang w:val="en-US"/>
        </w:rPr>
      </w:pPr>
      <w:r w:rsidRPr="385611CD" w:rsidR="63E56BE3">
        <w:rPr>
          <w:rFonts w:ascii="Aptos" w:hAnsi="Aptos" w:eastAsia="Aptos" w:cs="Aptos"/>
          <w:b w:val="0"/>
          <w:bCs w:val="0"/>
          <w:i w:val="0"/>
          <w:iCs w:val="0"/>
          <w:noProof w:val="0"/>
          <w:sz w:val="28"/>
          <w:szCs w:val="28"/>
          <w:lang w:val="en-US"/>
        </w:rPr>
        <w:t>"Black history is only about slavery and civil rights."</w:t>
      </w:r>
    </w:p>
    <w:p w:rsidR="2BB75C3B" w:rsidP="25A68C54" w:rsidRDefault="2BB75C3B" w14:paraId="6F937FED" w14:textId="30543DF5">
      <w:pPr>
        <w:pStyle w:val="Normal"/>
        <w:suppressLineNumbers w:val="0"/>
        <w:bidi w:val="0"/>
        <w:spacing w:before="240" w:beforeAutospacing="off" w:after="240" w:afterAutospacing="off" w:line="360" w:lineRule="auto"/>
        <w:ind w:left="0" w:right="0"/>
        <w:jc w:val="left"/>
      </w:pPr>
      <w:r w:rsidRPr="385611CD" w:rsidR="63E56BE3">
        <w:rPr>
          <w:rFonts w:ascii="Aptos" w:hAnsi="Aptos" w:eastAsia="Aptos" w:cs="Aptos"/>
          <w:b w:val="0"/>
          <w:bCs w:val="0"/>
          <w:i w:val="0"/>
          <w:iCs w:val="0"/>
          <w:caps w:val="0"/>
          <w:smallCaps w:val="0"/>
          <w:noProof w:val="0"/>
          <w:sz w:val="28"/>
          <w:szCs w:val="28"/>
          <w:lang w:val="en-US"/>
        </w:rPr>
        <w:t>Both are m</w:t>
      </w:r>
      <w:r w:rsidRPr="385611CD" w:rsidR="191D3D71">
        <w:rPr>
          <w:rFonts w:ascii="Aptos" w:hAnsi="Aptos" w:eastAsia="Aptos" w:cs="Aptos"/>
          <w:b w:val="0"/>
          <w:bCs w:val="0"/>
          <w:i w:val="0"/>
          <w:iCs w:val="0"/>
          <w:caps w:val="0"/>
          <w:smallCaps w:val="0"/>
          <w:noProof w:val="0"/>
          <w:sz w:val="28"/>
          <w:szCs w:val="28"/>
          <w:lang w:val="en-US"/>
        </w:rPr>
        <w:t>yth</w:t>
      </w:r>
      <w:r w:rsidRPr="385611CD" w:rsidR="2D54C056">
        <w:rPr>
          <w:rFonts w:ascii="Aptos" w:hAnsi="Aptos" w:eastAsia="Aptos" w:cs="Aptos"/>
          <w:b w:val="0"/>
          <w:bCs w:val="0"/>
          <w:i w:val="0"/>
          <w:iCs w:val="0"/>
          <w:caps w:val="0"/>
          <w:smallCaps w:val="0"/>
          <w:noProof w:val="0"/>
          <w:sz w:val="28"/>
          <w:szCs w:val="28"/>
          <w:lang w:val="en-US"/>
        </w:rPr>
        <w:t>s</w:t>
      </w:r>
    </w:p>
    <w:p w:rsidR="003436F2" w:rsidP="25A68C54" w:rsidRDefault="003436F2" w14:paraId="4BD5B93C" w14:textId="5269CBE0">
      <w:pPr>
        <w:spacing w:line="360" w:lineRule="auto"/>
        <w:rPr>
          <w:rFonts w:ascii="Aptos" w:hAnsi="Aptos" w:eastAsia="ＭＳ ゴシック" w:cs="" w:eastAsiaTheme="majorEastAsia" w:cstheme="majorBidi"/>
          <w:b w:val="1"/>
          <w:bCs w:val="1"/>
          <w:color w:val="0070C0" w:themeColor="accent1"/>
          <w:sz w:val="28"/>
          <w:szCs w:val="28"/>
        </w:rPr>
      </w:pPr>
      <w:r w:rsidRPr="385611CD" w:rsidR="5629FCE6">
        <w:rPr>
          <w:rFonts w:ascii="Aptos" w:hAnsi="Aptos" w:eastAsia="ＭＳ ゴシック" w:cs="" w:eastAsiaTheme="majorEastAsia" w:cstheme="majorBidi"/>
          <w:b w:val="1"/>
          <w:bCs w:val="1"/>
          <w:color w:val="0070C0"/>
          <w:sz w:val="28"/>
          <w:szCs w:val="28"/>
        </w:rPr>
        <w:t>Self-Care Share</w:t>
      </w:r>
    </w:p>
    <w:p w:rsidR="45376B21" w:rsidP="385611CD" w:rsidRDefault="45376B21" w14:paraId="6E8DF2D8" w14:textId="55FBEE93">
      <w:pPr>
        <w:pStyle w:val="Normal"/>
        <w:spacing w:line="360" w:lineRule="auto"/>
        <w:rPr>
          <w:rFonts w:ascii="Aptos" w:hAnsi="Aptos" w:eastAsia="Aptos" w:cs="Aptos"/>
          <w:b w:val="0"/>
          <w:bCs w:val="0"/>
          <w:i w:val="0"/>
          <w:iCs w:val="0"/>
          <w:noProof w:val="0"/>
          <w:sz w:val="28"/>
          <w:szCs w:val="28"/>
          <w:lang w:val="en-US"/>
        </w:rPr>
      </w:pPr>
      <w:r w:rsidRPr="385611CD" w:rsidR="45376B21">
        <w:rPr>
          <w:rFonts w:ascii="Aptos" w:hAnsi="Aptos" w:eastAsia="Aptos" w:cs="Aptos"/>
          <w:b w:val="0"/>
          <w:bCs w:val="0"/>
          <w:i w:val="0"/>
          <w:iCs w:val="0"/>
          <w:noProof w:val="0"/>
          <w:sz w:val="28"/>
          <w:szCs w:val="28"/>
          <w:lang w:val="en-US"/>
        </w:rPr>
        <w:t>Protect your energy by setting boundaries. It’s okay to say no to things that drain you or don’t align with your priorities.</w:t>
      </w:r>
    </w:p>
    <w:p w:rsidR="00867C30" w:rsidP="25A68C54" w:rsidRDefault="00867C30" w14:paraId="616E7AF4" w14:textId="57B7CFD0">
      <w:pPr>
        <w:pStyle w:val="Normal"/>
        <w:spacing w:line="360" w:lineRule="auto"/>
        <w:rPr>
          <w:rFonts w:ascii="Aptos" w:hAnsi="Aptos" w:eastAsia="ＭＳ ゴシック" w:cs="" w:eastAsiaTheme="majorEastAsia" w:cstheme="majorBidi"/>
          <w:b w:val="1"/>
          <w:bCs w:val="1"/>
          <w:color w:val="0070C0" w:themeColor="accent1"/>
          <w:sz w:val="28"/>
          <w:szCs w:val="28"/>
        </w:rPr>
      </w:pPr>
      <w:r w:rsidRPr="385611CD" w:rsidR="5629FCE6">
        <w:rPr>
          <w:rFonts w:ascii="Aptos" w:hAnsi="Aptos" w:eastAsia="Aptos" w:cs="Aptos"/>
          <w:b w:val="1"/>
          <w:bCs w:val="1"/>
          <w:i w:val="0"/>
          <w:iCs w:val="0"/>
          <w:noProof w:val="0"/>
          <w:color w:val="0070C0"/>
          <w:sz w:val="28"/>
          <w:szCs w:val="28"/>
          <w:lang w:val="en-US"/>
        </w:rPr>
        <w:t>Relationship Real Talk</w:t>
      </w:r>
      <w:r w:rsidRPr="385611CD" w:rsidR="5629FCE6">
        <w:rPr>
          <w:rFonts w:ascii="Aptos" w:hAnsi="Aptos" w:eastAsia="ＭＳ ゴシック" w:cs="" w:eastAsiaTheme="majorEastAsia" w:cstheme="majorBidi"/>
          <w:b w:val="1"/>
          <w:bCs w:val="1"/>
          <w:color w:val="0070C0"/>
          <w:sz w:val="28"/>
          <w:szCs w:val="28"/>
        </w:rPr>
        <w:t xml:space="preserve"> </w:t>
      </w:r>
    </w:p>
    <w:p w:rsidR="010BACFB" w:rsidP="385611CD" w:rsidRDefault="010BACFB" w14:paraId="1854CEBB" w14:textId="5A53598D">
      <w:pPr>
        <w:pStyle w:val="Normal"/>
        <w:spacing w:before="240" w:beforeAutospacing="off" w:after="240" w:afterAutospacing="off" w:line="375" w:lineRule="auto"/>
        <w:rPr>
          <w:rFonts w:ascii="Aptos" w:hAnsi="Aptos" w:eastAsia="Aptos" w:cs="Aptos"/>
          <w:b w:val="0"/>
          <w:bCs w:val="0"/>
          <w:i w:val="0"/>
          <w:iCs w:val="0"/>
          <w:caps w:val="0"/>
          <w:smallCaps w:val="0"/>
          <w:noProof w:val="0"/>
          <w:sz w:val="28"/>
          <w:szCs w:val="28"/>
          <w:lang w:val="en-US"/>
        </w:rPr>
      </w:pPr>
      <w:r w:rsidRPr="385611CD" w:rsidR="010BACFB">
        <w:rPr>
          <w:rFonts w:ascii="Aptos" w:hAnsi="Aptos" w:eastAsia="Aptos" w:cs="Aptos"/>
          <w:b w:val="0"/>
          <w:bCs w:val="0"/>
          <w:i w:val="0"/>
          <w:iCs w:val="0"/>
          <w:caps w:val="0"/>
          <w:smallCaps w:val="0"/>
          <w:noProof w:val="0"/>
          <w:sz w:val="28"/>
          <w:szCs w:val="28"/>
          <w:lang w:val="en-US"/>
        </w:rPr>
        <w:t xml:space="preserve">A SCSU </w:t>
      </w:r>
      <w:r w:rsidRPr="385611CD" w:rsidR="010BACFB">
        <w:rPr>
          <w:rFonts w:ascii="Aptos" w:hAnsi="Aptos" w:eastAsia="Aptos" w:cs="Aptos"/>
          <w:noProof w:val="0"/>
          <w:sz w:val="28"/>
          <w:szCs w:val="28"/>
          <w:lang w:val="en-US"/>
        </w:rPr>
        <w:t>student</w:t>
      </w:r>
      <w:r w:rsidRPr="385611CD" w:rsidR="010BACFB">
        <w:rPr>
          <w:rFonts w:ascii="Aptos" w:hAnsi="Aptos" w:eastAsia="Aptos" w:cs="Aptos"/>
          <w:b w:val="0"/>
          <w:bCs w:val="0"/>
          <w:i w:val="0"/>
          <w:iCs w:val="0"/>
          <w:caps w:val="0"/>
          <w:smallCaps w:val="0"/>
          <w:noProof w:val="0"/>
          <w:sz w:val="28"/>
          <w:szCs w:val="28"/>
          <w:lang w:val="en-US"/>
        </w:rPr>
        <w:t xml:space="preserve"> asked:</w:t>
      </w:r>
    </w:p>
    <w:p w:rsidR="010BACFB" w:rsidP="385611CD" w:rsidRDefault="010BACFB" w14:paraId="5CCC17E8" w14:textId="43EF11B5">
      <w:pPr>
        <w:spacing w:before="240" w:beforeAutospacing="off" w:after="240" w:afterAutospacing="off" w:line="375" w:lineRule="auto"/>
        <w:rPr>
          <w:rFonts w:ascii="Aptos" w:hAnsi="Aptos" w:eastAsia="Aptos" w:cs="Aptos"/>
          <w:b w:val="0"/>
          <w:bCs w:val="0"/>
          <w:i w:val="0"/>
          <w:iCs w:val="0"/>
          <w:caps w:val="0"/>
          <w:smallCaps w:val="0"/>
          <w:noProof w:val="0"/>
          <w:sz w:val="28"/>
          <w:szCs w:val="28"/>
          <w:lang w:val="en-US"/>
        </w:rPr>
      </w:pPr>
      <w:r w:rsidRPr="385611CD" w:rsidR="010BACFB">
        <w:rPr>
          <w:rFonts w:ascii="Aptos" w:hAnsi="Aptos" w:eastAsia="Aptos" w:cs="Aptos"/>
          <w:b w:val="0"/>
          <w:bCs w:val="0"/>
          <w:i w:val="0"/>
          <w:iCs w:val="0"/>
          <w:caps w:val="0"/>
          <w:smallCaps w:val="0"/>
          <w:noProof w:val="0"/>
          <w:sz w:val="28"/>
          <w:szCs w:val="28"/>
          <w:lang w:val="en-US"/>
        </w:rPr>
        <w:t>"Can a relationship survive without physical affection?"</w:t>
      </w:r>
    </w:p>
    <w:p w:rsidR="010BACFB" w:rsidP="385611CD" w:rsidRDefault="010BACFB" w14:paraId="711E2D5B" w14:textId="548DECA8">
      <w:pPr>
        <w:pStyle w:val="Normal"/>
        <w:spacing w:before="240" w:beforeAutospacing="off" w:after="240" w:afterAutospacing="off" w:line="375" w:lineRule="auto"/>
        <w:rPr>
          <w:rFonts w:ascii="Aptos" w:hAnsi="Aptos" w:eastAsia="Aptos" w:cs="Aptos"/>
          <w:b w:val="0"/>
          <w:bCs w:val="0"/>
          <w:i w:val="0"/>
          <w:iCs w:val="0"/>
          <w:caps w:val="0"/>
          <w:smallCaps w:val="0"/>
          <w:noProof w:val="0"/>
          <w:sz w:val="28"/>
          <w:szCs w:val="28"/>
          <w:lang w:val="en-US"/>
        </w:rPr>
      </w:pPr>
      <w:r w:rsidRPr="385611CD" w:rsidR="010BACFB">
        <w:rPr>
          <w:rFonts w:ascii="Aptos" w:hAnsi="Aptos" w:eastAsia="Aptos" w:cs="Aptos"/>
          <w:b w:val="0"/>
          <w:bCs w:val="0"/>
          <w:i w:val="0"/>
          <w:iCs w:val="0"/>
          <w:caps w:val="0"/>
          <w:smallCaps w:val="0"/>
          <w:noProof w:val="0"/>
          <w:sz w:val="28"/>
          <w:szCs w:val="28"/>
          <w:lang w:val="en-US"/>
        </w:rPr>
        <w:t>We answered</w:t>
      </w:r>
      <w:r w:rsidRPr="385611CD" w:rsidR="010BACFB">
        <w:rPr>
          <w:rFonts w:ascii="Aptos" w:hAnsi="Aptos" w:eastAsia="Aptos" w:cs="Aptos"/>
          <w:noProof w:val="0"/>
          <w:sz w:val="28"/>
          <w:szCs w:val="28"/>
          <w:lang w:val="en-US"/>
        </w:rPr>
        <w:t>, "It</w:t>
      </w:r>
      <w:r w:rsidRPr="385611CD" w:rsidR="010BACFB">
        <w:rPr>
          <w:rFonts w:ascii="Aptos" w:hAnsi="Aptos" w:eastAsia="Aptos" w:cs="Aptos"/>
          <w:b w:val="0"/>
          <w:bCs w:val="0"/>
          <w:i w:val="0"/>
          <w:iCs w:val="0"/>
          <w:caps w:val="0"/>
          <w:smallCaps w:val="0"/>
          <w:noProof w:val="0"/>
          <w:sz w:val="28"/>
          <w:szCs w:val="28"/>
          <w:lang w:val="en-US"/>
        </w:rPr>
        <w:t xml:space="preserve"> depends on the needs of both </w:t>
      </w:r>
      <w:r w:rsidRPr="385611CD" w:rsidR="010BACFB">
        <w:rPr>
          <w:rFonts w:ascii="Aptos" w:hAnsi="Aptos" w:eastAsia="Aptos" w:cs="Aptos"/>
          <w:noProof w:val="0"/>
          <w:sz w:val="28"/>
          <w:szCs w:val="28"/>
          <w:lang w:val="en-US"/>
        </w:rPr>
        <w:t>partners."</w:t>
      </w:r>
      <w:r w:rsidRPr="385611CD" w:rsidR="010BACFB">
        <w:rPr>
          <w:rFonts w:ascii="Aptos" w:hAnsi="Aptos" w:eastAsia="Aptos" w:cs="Aptos"/>
          <w:b w:val="0"/>
          <w:bCs w:val="0"/>
          <w:i w:val="0"/>
          <w:iCs w:val="0"/>
          <w:caps w:val="0"/>
          <w:smallCaps w:val="0"/>
          <w:noProof w:val="0"/>
          <w:sz w:val="28"/>
          <w:szCs w:val="28"/>
          <w:lang w:val="en-US"/>
        </w:rPr>
        <w:t xml:space="preserve"> If one partner values physical touch as their love language, a lack of affection can create distance. Communicating openly about needs and finding a balance is key.”</w:t>
      </w:r>
    </w:p>
    <w:p w:rsidR="010BACFB" w:rsidP="385611CD" w:rsidRDefault="010BACFB" w14:paraId="09DE27A3" w14:textId="6A0B18CC">
      <w:pPr>
        <w:spacing w:line="360" w:lineRule="auto"/>
        <w:rPr>
          <w:rFonts w:ascii="Aptos" w:hAnsi="Aptos"/>
          <w:b w:val="1"/>
          <w:bCs w:val="1"/>
          <w:color w:val="0070C0"/>
          <w:sz w:val="28"/>
          <w:szCs w:val="28"/>
        </w:rPr>
      </w:pPr>
      <w:r w:rsidRPr="385611CD" w:rsidR="010BACFB">
        <w:rPr>
          <w:rFonts w:ascii="Aptos" w:hAnsi="Aptos"/>
          <w:b w:val="1"/>
          <w:bCs w:val="1"/>
          <w:color w:val="0070C0"/>
          <w:sz w:val="28"/>
          <w:szCs w:val="28"/>
        </w:rPr>
        <w:t>SCSU Resources that can support your mental health:</w:t>
      </w:r>
      <w:r w:rsidRPr="385611CD" w:rsidR="010BACFB">
        <w:rPr>
          <w:rFonts w:ascii="Aptos" w:hAnsi="Aptos"/>
          <w:b w:val="1"/>
          <w:bCs w:val="1"/>
          <w:color w:val="0070C0"/>
          <w:sz w:val="28"/>
          <w:szCs w:val="28"/>
        </w:rPr>
        <w:t xml:space="preserve"> </w:t>
      </w:r>
    </w:p>
    <w:p w:rsidR="010BACFB" w:rsidP="385611CD" w:rsidRDefault="010BACFB" w14:paraId="7053F29D">
      <w:pPr>
        <w:pStyle w:val="ListParagraph"/>
        <w:numPr>
          <w:ilvl w:val="0"/>
          <w:numId w:val="15"/>
        </w:numPr>
        <w:spacing w:line="360" w:lineRule="auto"/>
        <w:rPr>
          <w:rFonts w:ascii="Aptos" w:hAnsi="Aptos"/>
          <w:sz w:val="28"/>
          <w:szCs w:val="28"/>
        </w:rPr>
      </w:pPr>
      <w:r w:rsidRPr="385611CD" w:rsidR="010BACFB">
        <w:rPr>
          <w:rFonts w:ascii="Aptos" w:hAnsi="Aptos"/>
          <w:sz w:val="28"/>
          <w:szCs w:val="28"/>
        </w:rPr>
        <w:t>Counseling Services (ENG B219)</w:t>
      </w:r>
    </w:p>
    <w:p w:rsidR="010BACFB" w:rsidP="385611CD" w:rsidRDefault="010BACFB" w14:paraId="59BCC092">
      <w:pPr>
        <w:pStyle w:val="ListParagraph"/>
        <w:numPr>
          <w:ilvl w:val="0"/>
          <w:numId w:val="15"/>
        </w:numPr>
        <w:spacing w:line="360" w:lineRule="auto"/>
        <w:rPr>
          <w:rFonts w:ascii="Aptos" w:hAnsi="Aptos"/>
          <w:sz w:val="28"/>
          <w:szCs w:val="28"/>
        </w:rPr>
      </w:pPr>
      <w:r w:rsidRPr="385611CD" w:rsidR="010BACFB">
        <w:rPr>
          <w:rFonts w:ascii="Aptos" w:hAnsi="Aptos"/>
          <w:sz w:val="28"/>
          <w:szCs w:val="28"/>
        </w:rPr>
        <w:t>VPAS (SCHWARTZ 100)</w:t>
      </w:r>
    </w:p>
    <w:p w:rsidR="010BACFB" w:rsidP="385611CD" w:rsidRDefault="010BACFB" w14:paraId="3491FA7F" w14:textId="7976CC40">
      <w:pPr>
        <w:pStyle w:val="ListParagraph"/>
        <w:numPr>
          <w:ilvl w:val="0"/>
          <w:numId w:val="15"/>
        </w:numPr>
        <w:spacing w:line="360" w:lineRule="auto"/>
        <w:rPr>
          <w:rFonts w:ascii="Aptos" w:hAnsi="Aptos"/>
          <w:sz w:val="28"/>
          <w:szCs w:val="28"/>
        </w:rPr>
      </w:pPr>
      <w:r w:rsidRPr="385611CD" w:rsidR="010BACFB">
        <w:rPr>
          <w:rFonts w:ascii="Aptos" w:hAnsi="Aptos"/>
          <w:sz w:val="28"/>
          <w:szCs w:val="28"/>
        </w:rPr>
        <w:t>Alcohol and Other Drug Recovery Services (SCHWARTZ 101)</w:t>
      </w:r>
    </w:p>
    <w:p w:rsidR="010BACFB" w:rsidP="385611CD" w:rsidRDefault="010BACFB" w14:paraId="47C35F54" w14:textId="067561F7">
      <w:pPr>
        <w:pStyle w:val="ListParagraph"/>
        <w:numPr>
          <w:ilvl w:val="0"/>
          <w:numId w:val="15"/>
        </w:numPr>
        <w:spacing w:line="360" w:lineRule="auto"/>
        <w:rPr>
          <w:rFonts w:ascii="Aptos" w:hAnsi="Aptos"/>
          <w:sz w:val="28"/>
          <w:szCs w:val="28"/>
        </w:rPr>
      </w:pPr>
      <w:r w:rsidRPr="385611CD" w:rsidR="010BACFB">
        <w:rPr>
          <w:rFonts w:ascii="Aptos" w:hAnsi="Aptos"/>
          <w:sz w:val="28"/>
          <w:szCs w:val="28"/>
        </w:rPr>
        <w:t>CASAS (BULEY 303)</w:t>
      </w:r>
    </w:p>
    <w:p w:rsidR="4DF0C837" w:rsidP="385611CD" w:rsidRDefault="4DF0C837" w14:paraId="5B148FEB" w14:textId="145A2FE2">
      <w:pPr>
        <w:pStyle w:val="Normal"/>
        <w:suppressLineNumbers w:val="0"/>
        <w:bidi w:val="0"/>
        <w:spacing w:before="200" w:beforeAutospacing="off" w:after="0" w:afterAutospacing="off" w:line="360" w:lineRule="auto"/>
        <w:ind w:left="0" w:right="0"/>
        <w:jc w:val="left"/>
      </w:pPr>
      <w:r w:rsidRPr="385611CD" w:rsidR="4DF0C837">
        <w:rPr>
          <w:rFonts w:ascii="Aptos" w:hAnsi="Aptos" w:eastAsia="ＭＳ ゴシック" w:cs="" w:eastAsiaTheme="majorEastAsia" w:cstheme="majorBidi"/>
          <w:b w:val="1"/>
          <w:bCs w:val="1"/>
          <w:color w:val="0070C0"/>
          <w:sz w:val="32"/>
          <w:szCs w:val="32"/>
        </w:rPr>
        <w:t>Mind Over Chatter</w:t>
      </w:r>
      <w:r w:rsidRPr="385611CD" w:rsidR="4DF0C837">
        <w:rPr>
          <w:rFonts w:ascii="Aptos" w:hAnsi="Aptos" w:eastAsia="ＭＳ ゴシック" w:cs="" w:eastAsiaTheme="majorEastAsia" w:cstheme="majorBidi"/>
          <w:b w:val="1"/>
          <w:bCs w:val="1"/>
          <w:color w:val="0070C0"/>
          <w:sz w:val="32"/>
          <w:szCs w:val="32"/>
        </w:rPr>
        <w:t xml:space="preserve">: </w:t>
      </w:r>
      <w:r w:rsidRPr="385611CD" w:rsidR="4DF0C837">
        <w:rPr>
          <w:rFonts w:ascii="Aptos" w:hAnsi="Aptos" w:eastAsia="ＭＳ ゴシック" w:cs="" w:eastAsiaTheme="majorEastAsia" w:cstheme="majorBidi"/>
          <w:b w:val="1"/>
          <w:bCs w:val="1"/>
          <w:color w:val="0070C0"/>
          <w:sz w:val="32"/>
          <w:szCs w:val="32"/>
        </w:rPr>
        <w:t>Journal</w:t>
      </w:r>
    </w:p>
    <w:p w:rsidR="4DF0C837" w:rsidP="385611CD" w:rsidRDefault="4DF0C837" w14:paraId="00CA5F30" w14:textId="1FEF1FD2">
      <w:pPr>
        <w:pStyle w:val="Normal"/>
        <w:suppressLineNumbers w:val="0"/>
        <w:bidi w:val="0"/>
        <w:spacing w:before="200" w:beforeAutospacing="off" w:after="0" w:afterAutospacing="off" w:line="360" w:lineRule="auto"/>
        <w:ind w:left="0" w:right="0"/>
        <w:jc w:val="left"/>
        <w:rPr>
          <w:rFonts w:ascii="Aptos" w:hAnsi="Aptos" w:eastAsia="Aptos" w:cs="Aptos"/>
          <w:b w:val="1"/>
          <w:bCs w:val="1"/>
          <w:i w:val="0"/>
          <w:iCs w:val="0"/>
          <w:caps w:val="1"/>
          <w:noProof w:val="0"/>
          <w:color w:val="0070C0"/>
          <w:sz w:val="28"/>
          <w:szCs w:val="28"/>
          <w:lang w:val="en-US"/>
        </w:rPr>
      </w:pPr>
      <w:r w:rsidRPr="385611CD" w:rsidR="4DF0C837">
        <w:rPr>
          <w:rFonts w:ascii="Aptos" w:hAnsi="Aptos" w:eastAsia="Aptos" w:cs="Aptos"/>
          <w:b w:val="1"/>
          <w:bCs w:val="1"/>
          <w:i w:val="0"/>
          <w:iCs w:val="0"/>
          <w:caps w:val="0"/>
          <w:smallCaps w:val="0"/>
          <w:noProof w:val="0"/>
          <w:color w:val="0070C0"/>
          <w:sz w:val="28"/>
          <w:szCs w:val="28"/>
          <w:lang w:val="en-US"/>
        </w:rPr>
        <w:t xml:space="preserve">The Science of Love: </w:t>
      </w:r>
    </w:p>
    <w:p w:rsidR="4DF0C837" w:rsidP="385611CD" w:rsidRDefault="4DF0C837" w14:paraId="1AC1AD7D" w14:textId="4481E8FC">
      <w:pPr>
        <w:spacing w:before="240" w:beforeAutospacing="off" w:after="240" w:afterAutospacing="off" w:line="405" w:lineRule="auto"/>
      </w:pPr>
      <w:r w:rsidRPr="385611CD" w:rsidR="4DF0C837">
        <w:rPr>
          <w:rFonts w:ascii="Aptos" w:hAnsi="Aptos" w:eastAsia="Aptos" w:cs="Aptos"/>
          <w:b w:val="1"/>
          <w:bCs w:val="1"/>
          <w:i w:val="0"/>
          <w:iCs w:val="0"/>
          <w:caps w:val="0"/>
          <w:smallCaps w:val="0"/>
          <w:noProof w:val="0"/>
          <w:sz w:val="28"/>
          <w:szCs w:val="28"/>
          <w:lang w:val="en-US"/>
        </w:rPr>
        <w:t>The Power of Oxytocin (the “Love Hormone”)</w:t>
      </w:r>
    </w:p>
    <w:p w:rsidR="4DF0C837" w:rsidP="385611CD" w:rsidRDefault="4DF0C837" w14:paraId="5F749F54" w14:textId="41AA1493">
      <w:pPr>
        <w:spacing w:before="240" w:beforeAutospacing="off" w:after="240" w:afterAutospacing="off" w:line="405" w:lineRule="auto"/>
        <w:rPr>
          <w:rFonts w:ascii="Aptos" w:hAnsi="Aptos" w:eastAsia="Aptos" w:cs="Aptos"/>
          <w:b w:val="0"/>
          <w:bCs w:val="0"/>
          <w:i w:val="0"/>
          <w:iCs w:val="0"/>
          <w:caps w:val="0"/>
          <w:smallCaps w:val="0"/>
          <w:noProof w:val="0"/>
          <w:sz w:val="28"/>
          <w:szCs w:val="28"/>
          <w:lang w:val="en-US"/>
        </w:rPr>
      </w:pPr>
      <w:r w:rsidRPr="385611CD" w:rsidR="4DF0C837">
        <w:rPr>
          <w:rFonts w:ascii="Aptos" w:hAnsi="Aptos" w:eastAsia="Aptos" w:cs="Aptos"/>
          <w:b w:val="0"/>
          <w:bCs w:val="0"/>
          <w:i w:val="0"/>
          <w:iCs w:val="0"/>
          <w:caps w:val="0"/>
          <w:smallCaps w:val="0"/>
          <w:noProof w:val="0"/>
          <w:sz w:val="28"/>
          <w:szCs w:val="28"/>
          <w:lang w:val="en-US"/>
        </w:rPr>
        <w:t>Love—whether romantic, platonic, or self-directed—triggers the release of oxytocin, a hormone that strengthens emotional bonds and fosters feelings of trust and safety.</w:t>
      </w:r>
    </w:p>
    <w:p w:rsidR="4DF0C837" w:rsidP="385611CD" w:rsidRDefault="4DF0C837" w14:paraId="1C0CE3C4" w14:textId="7EEA495B">
      <w:pPr>
        <w:spacing w:before="240" w:beforeAutospacing="off" w:after="240" w:afterAutospacing="off" w:line="405" w:lineRule="auto"/>
        <w:rPr>
          <w:rFonts w:ascii="Aptos" w:hAnsi="Aptos" w:eastAsia="Aptos" w:cs="Aptos"/>
          <w:b w:val="0"/>
          <w:bCs w:val="0"/>
          <w:i w:val="0"/>
          <w:iCs w:val="0"/>
          <w:caps w:val="0"/>
          <w:smallCaps w:val="0"/>
          <w:noProof w:val="0"/>
          <w:sz w:val="28"/>
          <w:szCs w:val="28"/>
          <w:lang w:val="en-US"/>
        </w:rPr>
      </w:pPr>
      <w:r w:rsidRPr="385611CD" w:rsidR="4DF0C837">
        <w:rPr>
          <w:rFonts w:ascii="Aptos" w:hAnsi="Aptos" w:eastAsia="Aptos" w:cs="Aptos"/>
          <w:b w:val="0"/>
          <w:bCs w:val="0"/>
          <w:i w:val="0"/>
          <w:iCs w:val="0"/>
          <w:caps w:val="0"/>
          <w:smallCaps w:val="0"/>
          <w:noProof w:val="0"/>
          <w:sz w:val="28"/>
          <w:szCs w:val="28"/>
          <w:lang w:val="en-US"/>
        </w:rPr>
        <w:t>Oxytocin also helps reduce cortisol, the stress hormone, which can lower anxiety and ease tension.</w:t>
      </w:r>
    </w:p>
    <w:p w:rsidR="4DF0C837" w:rsidP="385611CD" w:rsidRDefault="4DF0C837" w14:paraId="067A2899" w14:textId="652E767C">
      <w:pPr>
        <w:spacing w:before="240" w:beforeAutospacing="off" w:after="240" w:afterAutospacing="off" w:line="645" w:lineRule="auto"/>
        <w:rPr>
          <w:rFonts w:ascii="Aptos" w:hAnsi="Aptos" w:eastAsia="Aptos" w:cs="Aptos"/>
          <w:b w:val="1"/>
          <w:bCs w:val="1"/>
          <w:i w:val="0"/>
          <w:iCs w:val="0"/>
          <w:caps w:val="1"/>
          <w:noProof w:val="0"/>
          <w:color w:val="0070C0"/>
          <w:sz w:val="28"/>
          <w:szCs w:val="28"/>
          <w:lang w:val="en-US"/>
        </w:rPr>
      </w:pPr>
      <w:r w:rsidRPr="385611CD" w:rsidR="4DF0C837">
        <w:rPr>
          <w:rFonts w:ascii="Aptos" w:hAnsi="Aptos" w:eastAsia="Aptos" w:cs="Aptos"/>
          <w:b w:val="1"/>
          <w:bCs w:val="1"/>
          <w:i w:val="0"/>
          <w:iCs w:val="0"/>
          <w:caps w:val="0"/>
          <w:smallCaps w:val="0"/>
          <w:noProof w:val="0"/>
          <w:color w:val="0070C0"/>
          <w:sz w:val="28"/>
          <w:szCs w:val="28"/>
          <w:lang w:val="en-US"/>
        </w:rPr>
        <w:t xml:space="preserve">Community Love: </w:t>
      </w:r>
    </w:p>
    <w:p w:rsidR="4DF0C837" w:rsidP="385611CD" w:rsidRDefault="4DF0C837" w14:paraId="1D03A550" w14:textId="1C60B7A9">
      <w:pPr>
        <w:spacing w:before="240" w:beforeAutospacing="off" w:after="240" w:afterAutospacing="off" w:line="390" w:lineRule="auto"/>
      </w:pPr>
      <w:r w:rsidRPr="385611CD" w:rsidR="4DF0C837">
        <w:rPr>
          <w:rFonts w:ascii="Aptos" w:hAnsi="Aptos" w:eastAsia="Aptos" w:cs="Aptos"/>
          <w:b w:val="0"/>
          <w:bCs w:val="0"/>
          <w:i w:val="0"/>
          <w:iCs w:val="0"/>
          <w:caps w:val="0"/>
          <w:smallCaps w:val="0"/>
          <w:noProof w:val="0"/>
          <w:sz w:val="28"/>
          <w:szCs w:val="28"/>
          <w:lang w:val="en-US"/>
        </w:rPr>
        <w:t xml:space="preserve">In honor of Black History Month, we want to take a moment to highlight the significance of Black-owned businesses in our community. Supporting them is a powerful way to practice </w:t>
      </w:r>
      <w:r w:rsidRPr="385611CD" w:rsidR="4DF0C837">
        <w:rPr>
          <w:rFonts w:ascii="Aptos" w:hAnsi="Aptos" w:eastAsia="Aptos" w:cs="Aptos"/>
          <w:b w:val="1"/>
          <w:bCs w:val="1"/>
          <w:i w:val="0"/>
          <w:iCs w:val="0"/>
          <w:caps w:val="0"/>
          <w:smallCaps w:val="0"/>
          <w:noProof w:val="0"/>
          <w:sz w:val="28"/>
          <w:szCs w:val="28"/>
          <w:lang w:val="en-US"/>
        </w:rPr>
        <w:t>communal care</w:t>
      </w:r>
      <w:r w:rsidRPr="385611CD" w:rsidR="4DF0C837">
        <w:rPr>
          <w:rFonts w:ascii="Aptos" w:hAnsi="Aptos" w:eastAsia="Aptos" w:cs="Aptos"/>
          <w:b w:val="0"/>
          <w:bCs w:val="0"/>
          <w:i w:val="0"/>
          <w:iCs w:val="0"/>
          <w:caps w:val="0"/>
          <w:smallCaps w:val="0"/>
          <w:noProof w:val="0"/>
          <w:sz w:val="28"/>
          <w:szCs w:val="28"/>
          <w:lang w:val="en-US"/>
        </w:rPr>
        <w:t>—an act of love that strengthens our collective well-being.</w:t>
      </w:r>
    </w:p>
    <w:p w:rsidR="4DF0C837" w:rsidP="385611CD" w:rsidRDefault="4DF0C837" w14:paraId="1161D9EC" w14:textId="528B7673">
      <w:pPr>
        <w:spacing w:before="240" w:beforeAutospacing="off" w:after="240" w:afterAutospacing="off" w:line="390" w:lineRule="auto"/>
        <w:rPr>
          <w:rFonts w:ascii="Aptos" w:hAnsi="Aptos" w:eastAsia="Aptos" w:cs="Aptos"/>
          <w:b w:val="0"/>
          <w:bCs w:val="0"/>
          <w:i w:val="0"/>
          <w:iCs w:val="0"/>
          <w:caps w:val="0"/>
          <w:smallCaps w:val="0"/>
          <w:noProof w:val="0"/>
          <w:sz w:val="28"/>
          <w:szCs w:val="28"/>
          <w:lang w:val="en-US"/>
        </w:rPr>
      </w:pPr>
      <w:r w:rsidRPr="385611CD" w:rsidR="4DF0C837">
        <w:rPr>
          <w:rFonts w:ascii="Aptos" w:hAnsi="Aptos" w:eastAsia="Aptos" w:cs="Aptos"/>
          <w:b w:val="0"/>
          <w:bCs w:val="0"/>
          <w:i w:val="0"/>
          <w:iCs w:val="0"/>
          <w:caps w:val="0"/>
          <w:smallCaps w:val="0"/>
          <w:noProof w:val="0"/>
          <w:sz w:val="28"/>
          <w:szCs w:val="28"/>
          <w:lang w:val="en-US"/>
        </w:rPr>
        <w:t xml:space="preserve">There is also beauty in loving one another as friends, family members, peers, and coworkers. We encourage you to pour into the close-knit communities you’re part of in meaningful ways. </w:t>
      </w:r>
    </w:p>
    <w:p w:rsidR="4DF0C837" w:rsidP="385611CD" w:rsidRDefault="4DF0C837" w14:paraId="65598088" w14:textId="2ACAA8C1">
      <w:pPr>
        <w:spacing w:before="240" w:beforeAutospacing="off" w:after="240" w:afterAutospacing="off" w:line="390" w:lineRule="auto"/>
        <w:rPr>
          <w:rFonts w:ascii="Aptos" w:hAnsi="Aptos" w:eastAsia="Aptos" w:cs="Aptos"/>
          <w:b w:val="0"/>
          <w:bCs w:val="0"/>
          <w:i w:val="0"/>
          <w:iCs w:val="0"/>
          <w:caps w:val="0"/>
          <w:smallCaps w:val="0"/>
          <w:noProof w:val="0"/>
          <w:sz w:val="28"/>
          <w:szCs w:val="28"/>
          <w:lang w:val="en-US"/>
        </w:rPr>
      </w:pPr>
      <w:r w:rsidRPr="385611CD" w:rsidR="4DF0C837">
        <w:rPr>
          <w:rFonts w:ascii="Aptos" w:hAnsi="Aptos" w:eastAsia="Aptos" w:cs="Aptos"/>
          <w:b w:val="0"/>
          <w:bCs w:val="0"/>
          <w:i w:val="0"/>
          <w:iCs w:val="0"/>
          <w:caps w:val="0"/>
          <w:smallCaps w:val="0"/>
          <w:noProof w:val="0"/>
          <w:sz w:val="28"/>
          <w:szCs w:val="28"/>
          <w:lang w:val="en-US"/>
        </w:rPr>
        <w:t>Cook a meal for someone, offer encouraging words, or simply be present in shared silence.</w:t>
      </w:r>
    </w:p>
    <w:p w:rsidRPr="005B0148" w:rsidR="002D59C6" w:rsidP="25A68C54" w:rsidRDefault="005B0148" w14:paraId="1DF540F8" w14:textId="618361E1">
      <w:pPr>
        <w:pStyle w:val="Heading2"/>
        <w:spacing w:line="360" w:lineRule="auto"/>
        <w:rPr>
          <w:rFonts w:ascii="Aptos" w:hAnsi="Aptos"/>
          <w:color w:val="0070C0"/>
          <w:sz w:val="32"/>
          <w:szCs w:val="32"/>
        </w:rPr>
      </w:pPr>
      <w:r w:rsidRPr="385611CD" w:rsidR="3F812875">
        <w:rPr>
          <w:rFonts w:ascii="Aptos" w:hAnsi="Aptos"/>
          <w:color w:val="0070C0"/>
          <w:sz w:val="32"/>
          <w:szCs w:val="32"/>
        </w:rPr>
        <w:t xml:space="preserve">For the Culture </w:t>
      </w:r>
    </w:p>
    <w:p w:rsidR="3F812875" w:rsidP="385611CD" w:rsidRDefault="3F812875" w14:paraId="6AE32B07" w14:textId="096D9B78">
      <w:pPr>
        <w:pStyle w:val="Normal"/>
        <w:spacing w:line="360" w:lineRule="auto"/>
        <w:rPr>
          <w:rFonts w:ascii="Aptos" w:hAnsi="Aptos" w:eastAsia="Aptos" w:cs="Aptos"/>
          <w:b w:val="0"/>
          <w:bCs w:val="0"/>
          <w:i w:val="0"/>
          <w:iCs w:val="0"/>
          <w:noProof w:val="0"/>
          <w:color w:val="0070C0"/>
          <w:sz w:val="28"/>
          <w:szCs w:val="28"/>
          <w:lang w:val="en-US"/>
        </w:rPr>
      </w:pPr>
      <w:r w:rsidRPr="385611CD" w:rsidR="3F812875">
        <w:rPr>
          <w:rFonts w:ascii="Aptos" w:hAnsi="Aptos" w:eastAsia="Aptos" w:cs="Aptos"/>
          <w:b w:val="0"/>
          <w:bCs w:val="0"/>
          <w:i w:val="0"/>
          <w:iCs w:val="0"/>
          <w:noProof w:val="0"/>
          <w:color w:val="0070C0"/>
          <w:sz w:val="28"/>
          <w:szCs w:val="28"/>
          <w:lang w:val="en-US"/>
        </w:rPr>
        <w:t>Spotlight on Unsung Heroes</w:t>
      </w:r>
    </w:p>
    <w:p w:rsidR="3F812875" w:rsidP="385611CD" w:rsidRDefault="3F812875" w14:paraId="3586829A" w14:textId="4BA4594D">
      <w:pPr>
        <w:pStyle w:val="ListParagraph"/>
        <w:numPr>
          <w:ilvl w:val="0"/>
          <w:numId w:val="20"/>
        </w:numPr>
        <w:spacing w:line="360" w:lineRule="auto"/>
        <w:rPr>
          <w:rFonts w:ascii="Aptos" w:hAnsi="Aptos" w:eastAsia="Aptos" w:cs="Aptos"/>
          <w:sz w:val="28"/>
          <w:szCs w:val="28"/>
        </w:rPr>
      </w:pPr>
      <w:r w:rsidRPr="385611CD" w:rsidR="3F812875">
        <w:rPr>
          <w:rFonts w:ascii="Aptos" w:hAnsi="Aptos" w:eastAsia="Aptos" w:cs="Aptos"/>
          <w:sz w:val="28"/>
          <w:szCs w:val="28"/>
        </w:rPr>
        <w:t>Claudette Colvin: She r</w:t>
      </w:r>
      <w:r w:rsidRPr="385611CD" w:rsidR="3F812875">
        <w:rPr>
          <w:rFonts w:ascii="Aptos" w:hAnsi="Aptos" w:eastAsia="Aptos" w:cs="Aptos"/>
          <w:sz w:val="28"/>
          <w:szCs w:val="28"/>
        </w:rPr>
        <w:t>efused to give up her bus seat before Rosa Parks.</w:t>
      </w:r>
    </w:p>
    <w:p w:rsidR="3F812875" w:rsidP="385611CD" w:rsidRDefault="3F812875" w14:paraId="6FFF7AC9" w14:textId="63C3B677">
      <w:pPr>
        <w:pStyle w:val="ListParagraph"/>
        <w:numPr>
          <w:ilvl w:val="0"/>
          <w:numId w:val="21"/>
        </w:numPr>
        <w:spacing w:line="360" w:lineRule="auto"/>
        <w:rPr>
          <w:rFonts w:ascii="Aptos" w:hAnsi="Aptos" w:eastAsia="Aptos" w:cs="Aptos"/>
          <w:b w:val="0"/>
          <w:bCs w:val="0"/>
          <w:i w:val="0"/>
          <w:iCs w:val="0"/>
          <w:caps w:val="0"/>
          <w:smallCaps w:val="0"/>
          <w:noProof w:val="0"/>
          <w:sz w:val="28"/>
          <w:szCs w:val="28"/>
          <w:lang w:val="en-US"/>
        </w:rPr>
      </w:pPr>
      <w:r w:rsidRPr="385611CD" w:rsidR="3F812875">
        <w:rPr>
          <w:rFonts w:ascii="Aptos" w:hAnsi="Aptos" w:eastAsia="Aptos" w:cs="Aptos"/>
          <w:b w:val="0"/>
          <w:bCs w:val="0"/>
          <w:i w:val="0"/>
          <w:iCs w:val="0"/>
          <w:caps w:val="0"/>
          <w:smallCaps w:val="0"/>
          <w:noProof w:val="0"/>
          <w:sz w:val="28"/>
          <w:szCs w:val="28"/>
          <w:lang w:val="en-US"/>
        </w:rPr>
        <w:t xml:space="preserve">Bessie Coleman: </w:t>
      </w:r>
      <w:r w:rsidRPr="385611CD" w:rsidR="3F812875">
        <w:rPr>
          <w:rFonts w:ascii="Aptos" w:hAnsi="Aptos" w:eastAsia="Aptos" w:cs="Aptos"/>
          <w:b w:val="0"/>
          <w:bCs w:val="0"/>
          <w:i w:val="0"/>
          <w:iCs w:val="0"/>
          <w:caps w:val="0"/>
          <w:smallCaps w:val="0"/>
          <w:noProof w:val="0"/>
          <w:sz w:val="28"/>
          <w:szCs w:val="28"/>
          <w:lang w:val="en-US"/>
        </w:rPr>
        <w:t>The first African American woman to earn a pilot’s license.</w:t>
      </w:r>
    </w:p>
    <w:p w:rsidR="3F812875" w:rsidP="385611CD" w:rsidRDefault="3F812875" w14:paraId="66D2277C" w14:textId="582E202B">
      <w:pPr>
        <w:pStyle w:val="Normal"/>
        <w:spacing w:line="360" w:lineRule="auto"/>
      </w:pPr>
      <w:r w:rsidRPr="385611CD" w:rsidR="3F812875">
        <w:rPr>
          <w:rFonts w:ascii="Aptos" w:hAnsi="Aptos" w:eastAsia="Aptos" w:cs="Aptos"/>
          <w:b w:val="0"/>
          <w:bCs w:val="0"/>
          <w:i w:val="0"/>
          <w:iCs w:val="0"/>
          <w:caps w:val="0"/>
          <w:smallCaps w:val="0"/>
          <w:noProof w:val="0"/>
          <w:color w:val="0070C0"/>
          <w:sz w:val="28"/>
          <w:szCs w:val="28"/>
          <w:lang w:val="en-US"/>
        </w:rPr>
        <w:t>Cultural Recipe</w:t>
      </w:r>
    </w:p>
    <w:p w:rsidR="3F812875" w:rsidP="385611CD" w:rsidRDefault="3F812875" w14:paraId="73312CC1" w14:textId="53B8BA31">
      <w:pPr>
        <w:pStyle w:val="Normal"/>
        <w:spacing w:before="240" w:beforeAutospacing="off" w:after="240" w:afterAutospacing="off" w:line="330" w:lineRule="auto"/>
        <w:rPr>
          <w:rFonts w:ascii="Aptos" w:hAnsi="Aptos" w:eastAsia="Aptos" w:cs="Aptos"/>
          <w:b w:val="0"/>
          <w:bCs w:val="0"/>
          <w:i w:val="0"/>
          <w:iCs w:val="0"/>
          <w:caps w:val="0"/>
          <w:smallCaps w:val="0"/>
          <w:noProof w:val="0"/>
          <w:sz w:val="28"/>
          <w:szCs w:val="28"/>
          <w:lang w:val="en-US"/>
        </w:rPr>
      </w:pPr>
      <w:r w:rsidRPr="385611CD" w:rsidR="3F812875">
        <w:rPr>
          <w:rFonts w:ascii="Aptos" w:hAnsi="Aptos" w:eastAsia="Aptos" w:cs="Aptos"/>
          <w:noProof w:val="0"/>
          <w:sz w:val="28"/>
          <w:szCs w:val="28"/>
          <w:lang w:val="en-US"/>
        </w:rPr>
        <w:t>In honor</w:t>
      </w:r>
      <w:r w:rsidRPr="385611CD" w:rsidR="3F812875">
        <w:rPr>
          <w:rFonts w:ascii="Aptos" w:hAnsi="Aptos" w:eastAsia="Aptos" w:cs="Aptos"/>
          <w:b w:val="0"/>
          <w:bCs w:val="0"/>
          <w:i w:val="0"/>
          <w:iCs w:val="0"/>
          <w:caps w:val="0"/>
          <w:smallCaps w:val="0"/>
          <w:noProof w:val="0"/>
          <w:sz w:val="28"/>
          <w:szCs w:val="28"/>
          <w:lang w:val="en-US"/>
        </w:rPr>
        <w:t xml:space="preserve"> of Black History Month, we want to highlight a Southern dish that is a staple in the Black community: Baked mac and cheese!</w:t>
      </w:r>
    </w:p>
    <w:p w:rsidR="3F812875" w:rsidP="385611CD" w:rsidRDefault="3F812875" w14:paraId="72131126" w14:textId="18D72079">
      <w:pPr>
        <w:spacing w:before="240" w:beforeAutospacing="off" w:after="240" w:afterAutospacing="off" w:line="360" w:lineRule="auto"/>
      </w:pPr>
      <w:r w:rsidRPr="385611CD" w:rsidR="3F812875">
        <w:rPr>
          <w:rFonts w:ascii="Aptos" w:hAnsi="Aptos" w:eastAsia="Aptos" w:cs="Aptos"/>
          <w:b w:val="0"/>
          <w:bCs w:val="0"/>
          <w:i w:val="0"/>
          <w:iCs w:val="0"/>
          <w:caps w:val="0"/>
          <w:smallCaps w:val="0"/>
          <w:noProof w:val="0"/>
          <w:sz w:val="28"/>
          <w:szCs w:val="28"/>
          <w:lang w:val="en-US"/>
        </w:rPr>
        <w:t xml:space="preserve">Check out this recipe for inspiration! </w:t>
      </w:r>
      <w:hyperlink r:id="R5f0fd1377ffb431c">
        <w:r w:rsidRPr="385611CD" w:rsidR="53D63B66">
          <w:rPr>
            <w:rStyle w:val="Hyperlink"/>
            <w:rFonts w:ascii="Aptos" w:hAnsi="Aptos" w:eastAsia="Aptos" w:cs="Aptos"/>
            <w:b w:val="0"/>
            <w:bCs w:val="0"/>
            <w:i w:val="0"/>
            <w:iCs w:val="0"/>
            <w:caps w:val="0"/>
            <w:smallCaps w:val="0"/>
            <w:noProof w:val="0"/>
            <w:sz w:val="28"/>
            <w:szCs w:val="28"/>
            <w:lang w:val="en-US"/>
          </w:rPr>
          <w:t>https://thehungrybluebird.com/southern-baked-macaroni-and-cheese/</w:t>
        </w:r>
      </w:hyperlink>
    </w:p>
    <w:p w:rsidR="63C26F49" w:rsidP="385611CD" w:rsidRDefault="63C26F49" w14:paraId="705AE143" w14:textId="17CA1E13">
      <w:pPr>
        <w:pStyle w:val="Normal"/>
        <w:spacing w:before="240" w:beforeAutospacing="off" w:after="240" w:afterAutospacing="off" w:line="360" w:lineRule="auto"/>
      </w:pPr>
      <w:r w:rsidRPr="385611CD" w:rsidR="63C26F49">
        <w:rPr>
          <w:rFonts w:ascii="Aptos" w:hAnsi="Aptos" w:eastAsia="Aptos" w:cs="Aptos"/>
          <w:b w:val="0"/>
          <w:bCs w:val="0"/>
          <w:i w:val="0"/>
          <w:iCs w:val="0"/>
          <w:noProof w:val="0"/>
          <w:sz w:val="28"/>
          <w:szCs w:val="28"/>
          <w:lang w:val="en-US"/>
        </w:rPr>
        <w:t xml:space="preserve">If you or someone you know could use extra support with food resources, please connect with the </w:t>
      </w:r>
      <w:r w:rsidRPr="385611CD" w:rsidR="63C26F49">
        <w:rPr>
          <w:rFonts w:ascii="Aptos" w:hAnsi="Aptos" w:eastAsia="Aptos" w:cs="Aptos"/>
          <w:b w:val="1"/>
          <w:bCs w:val="1"/>
          <w:i w:val="0"/>
          <w:iCs w:val="0"/>
          <w:noProof w:val="0"/>
          <w:sz w:val="28"/>
          <w:szCs w:val="28"/>
          <w:lang w:val="en-US"/>
        </w:rPr>
        <w:t>SCSU Food Pantry</w:t>
      </w:r>
      <w:r w:rsidRPr="385611CD" w:rsidR="63C26F49">
        <w:rPr>
          <w:rFonts w:ascii="Aptos" w:hAnsi="Aptos" w:eastAsia="Aptos" w:cs="Aptos"/>
          <w:b w:val="0"/>
          <w:bCs w:val="0"/>
          <w:i w:val="0"/>
          <w:iCs w:val="0"/>
          <w:noProof w:val="0"/>
          <w:sz w:val="28"/>
          <w:szCs w:val="28"/>
          <w:lang w:val="en-US"/>
        </w:rPr>
        <w:t xml:space="preserve"> on campus (</w:t>
      </w:r>
      <w:r w:rsidRPr="385611CD" w:rsidR="63C26F49">
        <w:rPr>
          <w:rFonts w:ascii="Aptos" w:hAnsi="Aptos" w:eastAsia="Aptos" w:cs="Aptos"/>
          <w:b w:val="0"/>
          <w:bCs w:val="0"/>
          <w:i w:val="0"/>
          <w:iCs w:val="0"/>
          <w:noProof w:val="0"/>
          <w:sz w:val="28"/>
          <w:szCs w:val="28"/>
          <w:lang w:val="en-US"/>
        </w:rPr>
        <w:t>located</w:t>
      </w:r>
      <w:r w:rsidRPr="385611CD" w:rsidR="63C26F49">
        <w:rPr>
          <w:rFonts w:ascii="Aptos" w:hAnsi="Aptos" w:eastAsia="Aptos" w:cs="Aptos"/>
          <w:b w:val="0"/>
          <w:bCs w:val="0"/>
          <w:i w:val="0"/>
          <w:iCs w:val="0"/>
          <w:noProof w:val="0"/>
          <w:sz w:val="28"/>
          <w:szCs w:val="28"/>
          <w:lang w:val="en-US"/>
        </w:rPr>
        <w:t xml:space="preserve"> at the back of Wintergreen).</w:t>
      </w:r>
    </w:p>
    <w:p w:rsidR="4B0EB38A" w:rsidP="385611CD" w:rsidRDefault="4B0EB38A" w14:paraId="76B06618" w14:textId="10BD3DD4">
      <w:pPr>
        <w:pStyle w:val="Heading2"/>
        <w:spacing w:line="360" w:lineRule="auto"/>
        <w:rPr>
          <w:rFonts w:ascii="Aptos" w:hAnsi="Aptos" w:eastAsia="Aptos" w:cs="Aptos"/>
          <w:b w:val="1"/>
          <w:bCs w:val="1"/>
          <w:color w:val="0070C0"/>
          <w:sz w:val="32"/>
          <w:szCs w:val="32"/>
        </w:rPr>
      </w:pPr>
      <w:r w:rsidRPr="385611CD" w:rsidR="3F21B376">
        <w:rPr>
          <w:rFonts w:ascii="Aptos" w:hAnsi="Aptos" w:eastAsia="Aptos" w:cs="Aptos"/>
          <w:b w:val="1"/>
          <w:bCs w:val="1"/>
          <w:color w:val="0070C0"/>
          <w:sz w:val="32"/>
          <w:szCs w:val="32"/>
        </w:rPr>
        <w:t>Celebrating Black Creativity and Talent</w:t>
      </w:r>
    </w:p>
    <w:p w:rsidR="4B0EB38A" w:rsidP="385611CD" w:rsidRDefault="4B0EB38A" w14:paraId="39034FD2" w14:textId="69DB121F">
      <w:pPr>
        <w:pStyle w:val="ListParagraph"/>
        <w:numPr>
          <w:ilvl w:val="0"/>
          <w:numId w:val="22"/>
        </w:numPr>
        <w:spacing w:line="360" w:lineRule="auto"/>
        <w:rPr>
          <w:rFonts w:ascii="Aptos" w:hAnsi="Aptos" w:eastAsia="Aptos" w:cs="Aptos"/>
          <w:b w:val="0"/>
          <w:bCs w:val="0"/>
          <w:i w:val="0"/>
          <w:iCs w:val="0"/>
          <w:noProof w:val="0"/>
          <w:color w:val="auto"/>
          <w:sz w:val="28"/>
          <w:szCs w:val="28"/>
          <w:lang w:val="en-US"/>
        </w:rPr>
      </w:pPr>
      <w:r w:rsidRPr="385611CD" w:rsidR="3F21B376">
        <w:rPr>
          <w:rFonts w:ascii="Aptos" w:hAnsi="Aptos" w:eastAsia="Aptos" w:cs="Aptos"/>
          <w:b w:val="0"/>
          <w:bCs w:val="0"/>
          <w:i w:val="0"/>
          <w:iCs w:val="0"/>
          <w:noProof w:val="0"/>
          <w:color w:val="auto"/>
          <w:sz w:val="28"/>
          <w:szCs w:val="28"/>
          <w:lang w:val="en-US"/>
        </w:rPr>
        <w:t>Simone Biles: The first African American woman to win an Artistic Gymnastics World Championships all-around title.</w:t>
      </w:r>
    </w:p>
    <w:p w:rsidR="3F21B376" w:rsidP="385611CD" w:rsidRDefault="3F21B376" w14:paraId="64F479F7" w14:textId="12B0C66E">
      <w:pPr>
        <w:pStyle w:val="ListParagraph"/>
        <w:numPr>
          <w:ilvl w:val="0"/>
          <w:numId w:val="22"/>
        </w:numPr>
        <w:spacing w:line="360" w:lineRule="auto"/>
        <w:rPr>
          <w:rFonts w:ascii="Aptos" w:hAnsi="Aptos" w:eastAsia="Aptos" w:cs="Aptos"/>
          <w:sz w:val="28"/>
          <w:szCs w:val="28"/>
        </w:rPr>
      </w:pPr>
      <w:r w:rsidRPr="385611CD" w:rsidR="3F21B376">
        <w:rPr>
          <w:rFonts w:ascii="Aptos" w:hAnsi="Aptos" w:eastAsia="Aptos" w:cs="Aptos"/>
          <w:b w:val="0"/>
          <w:bCs w:val="0"/>
          <w:i w:val="0"/>
          <w:iCs w:val="0"/>
          <w:noProof w:val="0"/>
          <w:color w:val="auto"/>
          <w:sz w:val="28"/>
          <w:szCs w:val="28"/>
          <w:lang w:val="en-US"/>
        </w:rPr>
        <w:t>Serena Williams: C</w:t>
      </w:r>
      <w:r w:rsidRPr="385611CD" w:rsidR="3F21B376">
        <w:rPr>
          <w:rFonts w:ascii="Aptos" w:hAnsi="Aptos" w:eastAsia="Aptos" w:cs="Aptos"/>
          <w:sz w:val="28"/>
          <w:szCs w:val="28"/>
        </w:rPr>
        <w:t>laims the most combined singles, doubles, and mixed doubles titles among all active tennis players.</w:t>
      </w:r>
    </w:p>
    <w:p w:rsidR="3F21B376" w:rsidP="385611CD" w:rsidRDefault="3F21B376" w14:paraId="0AC71C85" w14:textId="481D59AF">
      <w:pPr>
        <w:pStyle w:val="ListParagraph"/>
        <w:numPr>
          <w:ilvl w:val="0"/>
          <w:numId w:val="22"/>
        </w:numPr>
        <w:spacing w:line="360" w:lineRule="auto"/>
        <w:rPr>
          <w:rFonts w:ascii="Aptos" w:hAnsi="Aptos" w:eastAsia="Aptos" w:cs="Aptos"/>
          <w:sz w:val="28"/>
          <w:szCs w:val="28"/>
        </w:rPr>
      </w:pPr>
      <w:r w:rsidRPr="385611CD" w:rsidR="3F21B376">
        <w:rPr>
          <w:rFonts w:ascii="Aptos" w:hAnsi="Aptos" w:eastAsia="Aptos" w:cs="Aptos"/>
          <w:b w:val="0"/>
          <w:bCs w:val="0"/>
          <w:i w:val="0"/>
          <w:iCs w:val="0"/>
          <w:noProof w:val="0"/>
          <w:color w:val="auto"/>
          <w:sz w:val="28"/>
          <w:szCs w:val="28"/>
          <w:lang w:val="en-US"/>
        </w:rPr>
        <w:t xml:space="preserve">Denzel Washington: </w:t>
      </w:r>
      <w:r w:rsidRPr="385611CD" w:rsidR="3F21B376">
        <w:rPr>
          <w:rFonts w:ascii="Aptos" w:hAnsi="Aptos" w:eastAsia="Aptos" w:cs="Aptos"/>
          <w:sz w:val="28"/>
          <w:szCs w:val="28"/>
        </w:rPr>
        <w:t xml:space="preserve">The second Black man to win The Academy </w:t>
      </w:r>
      <w:r w:rsidRPr="385611CD" w:rsidR="3F21B376">
        <w:rPr>
          <w:rFonts w:ascii="Aptos" w:hAnsi="Aptos" w:eastAsia="Aptos" w:cs="Aptos"/>
          <w:sz w:val="28"/>
          <w:szCs w:val="28"/>
        </w:rPr>
        <w:t>Award for Best Actor since 1963</w:t>
      </w:r>
    </w:p>
    <w:p w:rsidR="3F21B376" w:rsidP="385611CD" w:rsidRDefault="3F21B376" w14:paraId="37961277" w14:textId="1C00917C">
      <w:pPr>
        <w:pStyle w:val="ListParagraph"/>
        <w:numPr>
          <w:ilvl w:val="0"/>
          <w:numId w:val="22"/>
        </w:numPr>
        <w:spacing w:line="360" w:lineRule="auto"/>
        <w:rPr>
          <w:rFonts w:ascii="Aptos" w:hAnsi="Aptos" w:eastAsia="Aptos" w:cs="Aptos"/>
          <w:sz w:val="28"/>
          <w:szCs w:val="28"/>
        </w:rPr>
      </w:pPr>
      <w:r w:rsidRPr="385611CD" w:rsidR="3F21B376">
        <w:rPr>
          <w:rFonts w:ascii="Aptos" w:hAnsi="Aptos" w:eastAsia="Aptos" w:cs="Aptos"/>
          <w:b w:val="0"/>
          <w:bCs w:val="0"/>
          <w:i w:val="0"/>
          <w:iCs w:val="0"/>
          <w:noProof w:val="0"/>
          <w:color w:val="auto"/>
          <w:sz w:val="28"/>
          <w:szCs w:val="28"/>
          <w:lang w:val="en-US"/>
        </w:rPr>
        <w:t xml:space="preserve">Viola Davis: </w:t>
      </w:r>
      <w:r w:rsidRPr="385611CD" w:rsidR="3F21B376">
        <w:rPr>
          <w:rFonts w:ascii="Aptos" w:hAnsi="Aptos" w:eastAsia="Aptos" w:cs="Aptos"/>
          <w:sz w:val="28"/>
          <w:szCs w:val="28"/>
        </w:rPr>
        <w:t>The first African American to receive the Triple Crown of Acting.</w:t>
      </w:r>
    </w:p>
    <w:p w:rsidR="3F21B376" w:rsidP="385611CD" w:rsidRDefault="3F21B376" w14:paraId="2B6C9886" w14:textId="770078D5">
      <w:pPr>
        <w:pStyle w:val="ListParagraph"/>
        <w:numPr>
          <w:ilvl w:val="0"/>
          <w:numId w:val="22"/>
        </w:numPr>
        <w:spacing w:line="360" w:lineRule="auto"/>
        <w:rPr>
          <w:rFonts w:ascii="Aptos" w:hAnsi="Aptos" w:eastAsia="Aptos" w:cs="Aptos"/>
          <w:b w:val="0"/>
          <w:bCs w:val="0"/>
          <w:i w:val="0"/>
          <w:iCs w:val="0"/>
          <w:caps w:val="0"/>
          <w:smallCaps w:val="0"/>
          <w:noProof w:val="0"/>
          <w:sz w:val="28"/>
          <w:szCs w:val="28"/>
          <w:lang w:val="en-US"/>
        </w:rPr>
      </w:pPr>
      <w:r w:rsidRPr="385611CD" w:rsidR="3F21B376">
        <w:rPr>
          <w:rFonts w:ascii="Aptos" w:hAnsi="Aptos" w:eastAsia="Aptos" w:cs="Aptos"/>
          <w:b w:val="0"/>
          <w:bCs w:val="0"/>
          <w:i w:val="0"/>
          <w:iCs w:val="0"/>
          <w:caps w:val="0"/>
          <w:smallCaps w:val="0"/>
          <w:noProof w:val="0"/>
          <w:sz w:val="28"/>
          <w:szCs w:val="28"/>
          <w:lang w:val="en-US"/>
        </w:rPr>
        <w:t>Stevie Wonder: A singer, songwriter, and multi-instrumentalist who became one of the most innovative musical figures of the late 20th century.</w:t>
      </w:r>
    </w:p>
    <w:p w:rsidR="3F21B376" w:rsidP="385611CD" w:rsidRDefault="3F21B376" w14:paraId="2C888751" w14:textId="2230FF6F">
      <w:pPr>
        <w:pStyle w:val="ListParagraph"/>
        <w:numPr>
          <w:ilvl w:val="0"/>
          <w:numId w:val="22"/>
        </w:numPr>
        <w:spacing w:line="360" w:lineRule="auto"/>
        <w:rPr>
          <w:rFonts w:ascii="Aptos" w:hAnsi="Aptos" w:eastAsia="Aptos" w:cs="Aptos"/>
          <w:b w:val="0"/>
          <w:bCs w:val="0"/>
          <w:i w:val="0"/>
          <w:iCs w:val="0"/>
          <w:caps w:val="0"/>
          <w:smallCaps w:val="0"/>
          <w:noProof w:val="0"/>
          <w:sz w:val="28"/>
          <w:szCs w:val="28"/>
          <w:lang w:val="en-US"/>
        </w:rPr>
      </w:pPr>
      <w:r w:rsidRPr="385611CD" w:rsidR="3F21B376">
        <w:rPr>
          <w:rFonts w:ascii="Aptos" w:hAnsi="Aptos" w:eastAsia="Aptos" w:cs="Aptos"/>
          <w:b w:val="0"/>
          <w:bCs w:val="0"/>
          <w:i w:val="0"/>
          <w:iCs w:val="0"/>
          <w:caps w:val="0"/>
          <w:smallCaps w:val="0"/>
          <w:noProof w:val="0"/>
          <w:sz w:val="28"/>
          <w:szCs w:val="28"/>
          <w:lang w:val="en-US"/>
        </w:rPr>
        <w:t>Missy Elliott: The first female rapper to be honored with induction into the Rock and Roll Hall of Fame</w:t>
      </w:r>
    </w:p>
    <w:p w:rsidR="385611CD" w:rsidP="385611CD" w:rsidRDefault="385611CD" w14:paraId="3A161E1A" w14:textId="6BA7E4D8">
      <w:pPr>
        <w:pStyle w:val="ListParagraph"/>
        <w:spacing w:line="360" w:lineRule="auto"/>
        <w:ind w:left="720"/>
        <w:rPr>
          <w:sz w:val="22"/>
          <w:szCs w:val="22"/>
        </w:rPr>
      </w:pPr>
    </w:p>
    <w:p w:rsidR="385611CD" w:rsidP="385611CD" w:rsidRDefault="385611CD" w14:paraId="1EA39A79" w14:textId="48472BEC">
      <w:pPr>
        <w:pStyle w:val="ListParagraph"/>
        <w:spacing w:line="360" w:lineRule="auto"/>
        <w:ind w:left="720"/>
        <w:rPr>
          <w:rFonts w:ascii="Aptos" w:hAnsi="Aptos" w:eastAsia="Aptos" w:cs="Aptos"/>
          <w:b w:val="0"/>
          <w:bCs w:val="0"/>
          <w:i w:val="0"/>
          <w:iCs w:val="0"/>
          <w:noProof w:val="0"/>
          <w:color w:val="auto"/>
          <w:sz w:val="28"/>
          <w:szCs w:val="28"/>
          <w:lang w:val="en-US"/>
        </w:rPr>
      </w:pPr>
    </w:p>
    <w:sectPr w:rsidRPr="00E2051D" w:rsidR="00E2051D"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1">
    <w:nsid w:val="53ffe7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7b9049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57573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c2912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a3d91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1FF70623"/>
    <w:multiLevelType w:val="multilevel"/>
    <w:tmpl w:val="3BFE0D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DCB7C10"/>
    <w:multiLevelType w:val="hybridMultilevel"/>
    <w:tmpl w:val="86C831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F405871"/>
    <w:multiLevelType w:val="multilevel"/>
    <w:tmpl w:val="5DFAC9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83E5E33"/>
    <w:multiLevelType w:val="hybridMultilevel"/>
    <w:tmpl w:val="360E48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89D25D5"/>
    <w:multiLevelType w:val="multilevel"/>
    <w:tmpl w:val="2A0A13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DEA1D64"/>
    <w:multiLevelType w:val="hybridMultilevel"/>
    <w:tmpl w:val="713CA0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75328F9"/>
    <w:multiLevelType w:val="multilevel"/>
    <w:tmpl w:val="409271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F715626"/>
    <w:multiLevelType w:val="multilevel"/>
    <w:tmpl w:val="885483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22">
    <w:abstractNumId w:val="21"/>
  </w:num>
  <w:num w:numId="21">
    <w:abstractNumId w:val="20"/>
  </w:num>
  <w:num w:numId="20">
    <w:abstractNumId w:val="19"/>
  </w:num>
  <w:num w:numId="19">
    <w:abstractNumId w:val="18"/>
  </w:num>
  <w:num w:numId="18">
    <w:abstractNumId w:val="17"/>
  </w:num>
  <w:num w:numId="1" w16cid:durableId="921530625">
    <w:abstractNumId w:val="8"/>
  </w:num>
  <w:num w:numId="2" w16cid:durableId="1866479018">
    <w:abstractNumId w:val="6"/>
  </w:num>
  <w:num w:numId="3" w16cid:durableId="221409879">
    <w:abstractNumId w:val="5"/>
  </w:num>
  <w:num w:numId="4" w16cid:durableId="393239561">
    <w:abstractNumId w:val="4"/>
  </w:num>
  <w:num w:numId="5" w16cid:durableId="1268537542">
    <w:abstractNumId w:val="7"/>
  </w:num>
  <w:num w:numId="6" w16cid:durableId="1291547924">
    <w:abstractNumId w:val="3"/>
  </w:num>
  <w:num w:numId="7" w16cid:durableId="128786209">
    <w:abstractNumId w:val="2"/>
  </w:num>
  <w:num w:numId="8" w16cid:durableId="274992559">
    <w:abstractNumId w:val="1"/>
  </w:num>
  <w:num w:numId="9" w16cid:durableId="798034170">
    <w:abstractNumId w:val="0"/>
  </w:num>
  <w:num w:numId="10" w16cid:durableId="62024622">
    <w:abstractNumId w:val="12"/>
  </w:num>
  <w:num w:numId="11" w16cid:durableId="1800420321">
    <w:abstractNumId w:val="14"/>
  </w:num>
  <w:num w:numId="12" w16cid:durableId="1634404509">
    <w:abstractNumId w:val="9"/>
  </w:num>
  <w:num w:numId="13" w16cid:durableId="1252619674">
    <w:abstractNumId w:val="15"/>
  </w:num>
  <w:num w:numId="14" w16cid:durableId="845248235">
    <w:abstractNumId w:val="16"/>
  </w:num>
  <w:num w:numId="15" w16cid:durableId="1549414594">
    <w:abstractNumId w:val="10"/>
  </w:num>
  <w:num w:numId="16" w16cid:durableId="1741903092">
    <w:abstractNumId w:val="13"/>
  </w:num>
  <w:num w:numId="17" w16cid:durableId="1937975065">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4E9"/>
    <w:rsid w:val="000203DE"/>
    <w:rsid w:val="00034616"/>
    <w:rsid w:val="000366B5"/>
    <w:rsid w:val="0006063C"/>
    <w:rsid w:val="000B1369"/>
    <w:rsid w:val="00110238"/>
    <w:rsid w:val="0015074B"/>
    <w:rsid w:val="00151C41"/>
    <w:rsid w:val="00154F49"/>
    <w:rsid w:val="00181F23"/>
    <w:rsid w:val="001C6020"/>
    <w:rsid w:val="001D0040"/>
    <w:rsid w:val="00210DD6"/>
    <w:rsid w:val="002624E1"/>
    <w:rsid w:val="0029639D"/>
    <w:rsid w:val="002C6454"/>
    <w:rsid w:val="002D59C6"/>
    <w:rsid w:val="00326F90"/>
    <w:rsid w:val="003321C2"/>
    <w:rsid w:val="00333525"/>
    <w:rsid w:val="003433E5"/>
    <w:rsid w:val="003436F2"/>
    <w:rsid w:val="003669DC"/>
    <w:rsid w:val="003703B7"/>
    <w:rsid w:val="003B5585"/>
    <w:rsid w:val="00407A0F"/>
    <w:rsid w:val="00412297"/>
    <w:rsid w:val="00412945"/>
    <w:rsid w:val="004A3DF1"/>
    <w:rsid w:val="004A4DDA"/>
    <w:rsid w:val="004D1438"/>
    <w:rsid w:val="00520D59"/>
    <w:rsid w:val="005377A8"/>
    <w:rsid w:val="005475C0"/>
    <w:rsid w:val="00565E2E"/>
    <w:rsid w:val="005A764D"/>
    <w:rsid w:val="005B0148"/>
    <w:rsid w:val="005B778B"/>
    <w:rsid w:val="006054BC"/>
    <w:rsid w:val="00612B19"/>
    <w:rsid w:val="00623C53"/>
    <w:rsid w:val="006322A9"/>
    <w:rsid w:val="006652BE"/>
    <w:rsid w:val="00671CD2"/>
    <w:rsid w:val="00692100"/>
    <w:rsid w:val="00717C7A"/>
    <w:rsid w:val="00757998"/>
    <w:rsid w:val="00781676"/>
    <w:rsid w:val="00786597"/>
    <w:rsid w:val="00793A4E"/>
    <w:rsid w:val="007A7897"/>
    <w:rsid w:val="00804D88"/>
    <w:rsid w:val="00845E7C"/>
    <w:rsid w:val="00867C30"/>
    <w:rsid w:val="00867DC2"/>
    <w:rsid w:val="008B0B24"/>
    <w:rsid w:val="008E47BC"/>
    <w:rsid w:val="00933B29"/>
    <w:rsid w:val="009361B5"/>
    <w:rsid w:val="009638FA"/>
    <w:rsid w:val="0098414C"/>
    <w:rsid w:val="009A52E5"/>
    <w:rsid w:val="009B601F"/>
    <w:rsid w:val="009C5A9F"/>
    <w:rsid w:val="009F7407"/>
    <w:rsid w:val="00A0373B"/>
    <w:rsid w:val="00A04150"/>
    <w:rsid w:val="00A22526"/>
    <w:rsid w:val="00A44175"/>
    <w:rsid w:val="00A6250C"/>
    <w:rsid w:val="00A63139"/>
    <w:rsid w:val="00A6675A"/>
    <w:rsid w:val="00A93F95"/>
    <w:rsid w:val="00AA1D8D"/>
    <w:rsid w:val="00AA71C8"/>
    <w:rsid w:val="00AA76DA"/>
    <w:rsid w:val="00AD3B64"/>
    <w:rsid w:val="00AD4CB0"/>
    <w:rsid w:val="00B025F4"/>
    <w:rsid w:val="00B03407"/>
    <w:rsid w:val="00B045A7"/>
    <w:rsid w:val="00B2318C"/>
    <w:rsid w:val="00B47730"/>
    <w:rsid w:val="00B87C77"/>
    <w:rsid w:val="00BB0478"/>
    <w:rsid w:val="00BD0C6D"/>
    <w:rsid w:val="00C00CDC"/>
    <w:rsid w:val="00C514DC"/>
    <w:rsid w:val="00C54004"/>
    <w:rsid w:val="00C676C1"/>
    <w:rsid w:val="00CB0664"/>
    <w:rsid w:val="00CB31C7"/>
    <w:rsid w:val="00CC4255"/>
    <w:rsid w:val="00D03508"/>
    <w:rsid w:val="00D073C0"/>
    <w:rsid w:val="00D0743A"/>
    <w:rsid w:val="00D16BA3"/>
    <w:rsid w:val="00D349BE"/>
    <w:rsid w:val="00D47B62"/>
    <w:rsid w:val="00E2051D"/>
    <w:rsid w:val="00E22549"/>
    <w:rsid w:val="00E24934"/>
    <w:rsid w:val="00E42CE5"/>
    <w:rsid w:val="00E43EBE"/>
    <w:rsid w:val="00E55BEA"/>
    <w:rsid w:val="00E826C5"/>
    <w:rsid w:val="00E90A3B"/>
    <w:rsid w:val="00EB7FC9"/>
    <w:rsid w:val="00EC315D"/>
    <w:rsid w:val="00F435B7"/>
    <w:rsid w:val="00F877FF"/>
    <w:rsid w:val="00F91F87"/>
    <w:rsid w:val="00F96F85"/>
    <w:rsid w:val="00FB5B93"/>
    <w:rsid w:val="00FB6E07"/>
    <w:rsid w:val="00FC581E"/>
    <w:rsid w:val="00FC693F"/>
    <w:rsid w:val="00FD020C"/>
    <w:rsid w:val="00FD652A"/>
    <w:rsid w:val="010BACFB"/>
    <w:rsid w:val="0134A4F4"/>
    <w:rsid w:val="017F37E7"/>
    <w:rsid w:val="01FB779F"/>
    <w:rsid w:val="0271F731"/>
    <w:rsid w:val="02CA0F7E"/>
    <w:rsid w:val="03389BA1"/>
    <w:rsid w:val="03651454"/>
    <w:rsid w:val="03DA11C6"/>
    <w:rsid w:val="0426A37A"/>
    <w:rsid w:val="04B84FF0"/>
    <w:rsid w:val="07056997"/>
    <w:rsid w:val="07AA8E82"/>
    <w:rsid w:val="0807CA44"/>
    <w:rsid w:val="084D2693"/>
    <w:rsid w:val="0A51A108"/>
    <w:rsid w:val="0B49B850"/>
    <w:rsid w:val="0CA1346D"/>
    <w:rsid w:val="0CEACB1E"/>
    <w:rsid w:val="0CF7A040"/>
    <w:rsid w:val="0D8099B8"/>
    <w:rsid w:val="0DC7E6E1"/>
    <w:rsid w:val="0E395199"/>
    <w:rsid w:val="0E528B22"/>
    <w:rsid w:val="0E6890ED"/>
    <w:rsid w:val="0F70C094"/>
    <w:rsid w:val="0FBA8E90"/>
    <w:rsid w:val="109CA8A7"/>
    <w:rsid w:val="11C221DB"/>
    <w:rsid w:val="11CDBAD1"/>
    <w:rsid w:val="12E5FBCC"/>
    <w:rsid w:val="13B13730"/>
    <w:rsid w:val="1436B50E"/>
    <w:rsid w:val="1438E1E7"/>
    <w:rsid w:val="16915B1F"/>
    <w:rsid w:val="1726C766"/>
    <w:rsid w:val="17ABD43D"/>
    <w:rsid w:val="1819E290"/>
    <w:rsid w:val="18435088"/>
    <w:rsid w:val="18C0F17D"/>
    <w:rsid w:val="18EC0FAE"/>
    <w:rsid w:val="19014C85"/>
    <w:rsid w:val="191D3D71"/>
    <w:rsid w:val="19DFE8A5"/>
    <w:rsid w:val="1ADB458B"/>
    <w:rsid w:val="1AF399CB"/>
    <w:rsid w:val="1B1BDCC6"/>
    <w:rsid w:val="1B3BABFF"/>
    <w:rsid w:val="1B6CE6B1"/>
    <w:rsid w:val="1BFF152D"/>
    <w:rsid w:val="1C307B0A"/>
    <w:rsid w:val="1D0389BB"/>
    <w:rsid w:val="1D080338"/>
    <w:rsid w:val="1D99F96E"/>
    <w:rsid w:val="1F0FA2F3"/>
    <w:rsid w:val="2021842B"/>
    <w:rsid w:val="20C2F6CC"/>
    <w:rsid w:val="21B94393"/>
    <w:rsid w:val="23043CF2"/>
    <w:rsid w:val="2306FB48"/>
    <w:rsid w:val="238A58BB"/>
    <w:rsid w:val="240C3AE0"/>
    <w:rsid w:val="243638B3"/>
    <w:rsid w:val="2554C7A8"/>
    <w:rsid w:val="2578923A"/>
    <w:rsid w:val="257DBFEC"/>
    <w:rsid w:val="25A68C54"/>
    <w:rsid w:val="26535957"/>
    <w:rsid w:val="272DCB7A"/>
    <w:rsid w:val="27EAB546"/>
    <w:rsid w:val="27FFC778"/>
    <w:rsid w:val="29891693"/>
    <w:rsid w:val="2AEECF79"/>
    <w:rsid w:val="2AF0B0D6"/>
    <w:rsid w:val="2BB75C3B"/>
    <w:rsid w:val="2BE6FAA9"/>
    <w:rsid w:val="2CCDA9ED"/>
    <w:rsid w:val="2D54C056"/>
    <w:rsid w:val="2D7C04B7"/>
    <w:rsid w:val="2DAA6D81"/>
    <w:rsid w:val="2E1F52A5"/>
    <w:rsid w:val="2F37BD06"/>
    <w:rsid w:val="2F741D71"/>
    <w:rsid w:val="30236BCD"/>
    <w:rsid w:val="315294B1"/>
    <w:rsid w:val="316F4544"/>
    <w:rsid w:val="323B89A3"/>
    <w:rsid w:val="3317C848"/>
    <w:rsid w:val="3368EDB8"/>
    <w:rsid w:val="33C7E70C"/>
    <w:rsid w:val="3409F5DD"/>
    <w:rsid w:val="341095F9"/>
    <w:rsid w:val="3482FF23"/>
    <w:rsid w:val="34C46780"/>
    <w:rsid w:val="35287978"/>
    <w:rsid w:val="35498EEC"/>
    <w:rsid w:val="357BEC8B"/>
    <w:rsid w:val="35EFC600"/>
    <w:rsid w:val="35FD49E4"/>
    <w:rsid w:val="36C183A7"/>
    <w:rsid w:val="37FC1EBA"/>
    <w:rsid w:val="380C3572"/>
    <w:rsid w:val="385611CD"/>
    <w:rsid w:val="386AAE9E"/>
    <w:rsid w:val="39119DE8"/>
    <w:rsid w:val="3922F6AB"/>
    <w:rsid w:val="393BB82E"/>
    <w:rsid w:val="394D8A03"/>
    <w:rsid w:val="398C686F"/>
    <w:rsid w:val="3AAB4A34"/>
    <w:rsid w:val="3ABF124B"/>
    <w:rsid w:val="3B2414E7"/>
    <w:rsid w:val="3C044BD3"/>
    <w:rsid w:val="3C3A2212"/>
    <w:rsid w:val="3D5B7A63"/>
    <w:rsid w:val="3DEB3E52"/>
    <w:rsid w:val="3F21B376"/>
    <w:rsid w:val="3F736204"/>
    <w:rsid w:val="3F812875"/>
    <w:rsid w:val="4128194C"/>
    <w:rsid w:val="416170A3"/>
    <w:rsid w:val="41A21928"/>
    <w:rsid w:val="4275130A"/>
    <w:rsid w:val="42811A17"/>
    <w:rsid w:val="42984E84"/>
    <w:rsid w:val="433BAB50"/>
    <w:rsid w:val="44B46CD7"/>
    <w:rsid w:val="45376B21"/>
    <w:rsid w:val="456FE658"/>
    <w:rsid w:val="45CC4C81"/>
    <w:rsid w:val="46210F11"/>
    <w:rsid w:val="46C06FD9"/>
    <w:rsid w:val="46DDC72B"/>
    <w:rsid w:val="47A8AD2C"/>
    <w:rsid w:val="47DEFD60"/>
    <w:rsid w:val="4805ABFE"/>
    <w:rsid w:val="48C1A41D"/>
    <w:rsid w:val="48EE63B5"/>
    <w:rsid w:val="4991402B"/>
    <w:rsid w:val="4AB29903"/>
    <w:rsid w:val="4B0EB38A"/>
    <w:rsid w:val="4C380456"/>
    <w:rsid w:val="4DF0C837"/>
    <w:rsid w:val="4DF2113A"/>
    <w:rsid w:val="4E71AE23"/>
    <w:rsid w:val="4E94685C"/>
    <w:rsid w:val="4ECD8D66"/>
    <w:rsid w:val="4F6A3D1B"/>
    <w:rsid w:val="504386BA"/>
    <w:rsid w:val="50E88A10"/>
    <w:rsid w:val="514FAECA"/>
    <w:rsid w:val="522973F1"/>
    <w:rsid w:val="5287E843"/>
    <w:rsid w:val="52D581A6"/>
    <w:rsid w:val="53A2773D"/>
    <w:rsid w:val="53D63B66"/>
    <w:rsid w:val="53EC7A49"/>
    <w:rsid w:val="53F33DEF"/>
    <w:rsid w:val="5410EB99"/>
    <w:rsid w:val="55183B55"/>
    <w:rsid w:val="55A5388C"/>
    <w:rsid w:val="55E4A7F9"/>
    <w:rsid w:val="5629FCE6"/>
    <w:rsid w:val="5661E253"/>
    <w:rsid w:val="574D0558"/>
    <w:rsid w:val="57C84FDD"/>
    <w:rsid w:val="57D70ECE"/>
    <w:rsid w:val="57EB9D00"/>
    <w:rsid w:val="580B5771"/>
    <w:rsid w:val="5828AE19"/>
    <w:rsid w:val="5870D379"/>
    <w:rsid w:val="58BDB873"/>
    <w:rsid w:val="597F825F"/>
    <w:rsid w:val="5AE31097"/>
    <w:rsid w:val="5B383E2C"/>
    <w:rsid w:val="5B739041"/>
    <w:rsid w:val="5C4565B1"/>
    <w:rsid w:val="5C723834"/>
    <w:rsid w:val="5CA1710A"/>
    <w:rsid w:val="5DD41D01"/>
    <w:rsid w:val="5E71FE0D"/>
    <w:rsid w:val="5EA0130D"/>
    <w:rsid w:val="5F235596"/>
    <w:rsid w:val="5F381CA1"/>
    <w:rsid w:val="5F40F65B"/>
    <w:rsid w:val="5FBB65E9"/>
    <w:rsid w:val="5FC44FBD"/>
    <w:rsid w:val="60B6BEDE"/>
    <w:rsid w:val="615CABA4"/>
    <w:rsid w:val="6160A414"/>
    <w:rsid w:val="638D5963"/>
    <w:rsid w:val="63C26F49"/>
    <w:rsid w:val="63E56BE3"/>
    <w:rsid w:val="648B5CB7"/>
    <w:rsid w:val="65ED5BF6"/>
    <w:rsid w:val="674BE70A"/>
    <w:rsid w:val="6870A2B5"/>
    <w:rsid w:val="6875A5E8"/>
    <w:rsid w:val="6981C0AD"/>
    <w:rsid w:val="69AD1C54"/>
    <w:rsid w:val="6A13A8D3"/>
    <w:rsid w:val="6AD33E7C"/>
    <w:rsid w:val="6B59CC8C"/>
    <w:rsid w:val="6B99A9A5"/>
    <w:rsid w:val="6BBEBA1C"/>
    <w:rsid w:val="6C1631FE"/>
    <w:rsid w:val="6C7A9BF4"/>
    <w:rsid w:val="6C7B008E"/>
    <w:rsid w:val="6E69521E"/>
    <w:rsid w:val="6E9E7304"/>
    <w:rsid w:val="6F9E4E17"/>
    <w:rsid w:val="6FFB938F"/>
    <w:rsid w:val="709130C4"/>
    <w:rsid w:val="71111D12"/>
    <w:rsid w:val="71BED2D1"/>
    <w:rsid w:val="71E739C8"/>
    <w:rsid w:val="73840A46"/>
    <w:rsid w:val="742114A2"/>
    <w:rsid w:val="75A71DF3"/>
    <w:rsid w:val="75C75812"/>
    <w:rsid w:val="76667A1D"/>
    <w:rsid w:val="76B65613"/>
    <w:rsid w:val="771A27ED"/>
    <w:rsid w:val="77217007"/>
    <w:rsid w:val="78710EC8"/>
    <w:rsid w:val="78EDD5C1"/>
    <w:rsid w:val="793CE145"/>
    <w:rsid w:val="79B99DB3"/>
    <w:rsid w:val="7A5DF124"/>
    <w:rsid w:val="7AE177CF"/>
    <w:rsid w:val="7AE886A3"/>
    <w:rsid w:val="7C24383F"/>
    <w:rsid w:val="7C45A510"/>
    <w:rsid w:val="7CBC10E1"/>
    <w:rsid w:val="7D77663C"/>
    <w:rsid w:val="7D933C46"/>
    <w:rsid w:val="7DB5C1E5"/>
    <w:rsid w:val="7E4199EF"/>
    <w:rsid w:val="7E79A41D"/>
    <w:rsid w:val="7EF28157"/>
    <w:rsid w:val="7EF3D18B"/>
    <w:rsid w:val="7F77F326"/>
    <w:rsid w:val="7FEE0D9F"/>
    <w:rsid w:val="7FFB29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9A9E876-9703-4861-BD1A-E55EB9F56D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624E1"/>
    <w:rPr>
      <w:color w:val="0000FF" w:themeColor="hyperlink"/>
      <w:u w:val="single"/>
    </w:rPr>
  </w:style>
  <w:style w:type="character" w:styleId="UnresolvedMention">
    <w:name w:val="Unresolved Mention"/>
    <w:basedOn w:val="DefaultParagraphFont"/>
    <w:uiPriority w:val="99"/>
    <w:semiHidden/>
    <w:unhideWhenUsed/>
    <w:rsid w:val="002624E1"/>
    <w:rPr>
      <w:color w:val="605E5C"/>
      <w:shd w:val="clear" w:color="auto" w:fill="E1DFDD"/>
    </w:rPr>
  </w:style>
  <w:style w:type="character" w:styleId="agcmg" w:customStyle="1">
    <w:name w:val="a_gcmg"/>
    <w:basedOn w:val="DefaultParagraphFont"/>
    <w:rsid w:val="00C54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ad0759dda0f342b9" Type="http://schemas.openxmlformats.org/officeDocument/2006/relationships/hyperlink" Target="mailto:longc3@southernct.edu" TargetMode="External"/><Relationship Id="rId8" Type="http://schemas.openxmlformats.org/officeDocument/2006/relationships/customXml" Target="../customXml/item2.xml"/><Relationship Id="rId3" Type="http://schemas.openxmlformats.org/officeDocument/2006/relationships/styles" Target="styles.xml"/><Relationship Id="R2c7a49e23f88418b" Type="http://schemas.openxmlformats.org/officeDocument/2006/relationships/hyperlink" Target="mailto:healthservices@southernct.edu" TargetMode="External"/><Relationship Id="rId7" Type="http://schemas.openxmlformats.org/officeDocument/2006/relationships/theme" Target="theme/theme1.xml"/><Relationship Id="Raa04f35f5a2f40e0" Type="http://schemas.openxmlformats.org/officeDocument/2006/relationships/hyperlink" Target="https://owlconnect.southernct.edu/submitter/organization/healthservices/eventsubmission/studenthealthehr.southernct.edu" TargetMode="External"/><Relationship Id="rId2" Type="http://schemas.openxmlformats.org/officeDocument/2006/relationships/numbering" Target="numbering.xml"/><Relationship Id="R5f0fd1377ffb431c" Type="http://schemas.openxmlformats.org/officeDocument/2006/relationships/hyperlink" Target="https://thehungrybluebird.com/southern-baked-macaroni-and-cheese/" TargetMode="Externa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7eba0ce088364ea9" Type="http://schemas.openxmlformats.org/officeDocument/2006/relationships/hyperlink" Target="mailto:vpas@southernct.edu" TargetMode="Externa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08E6D08800B654C93B623E46CC40CC3" ma:contentTypeVersion="17" ma:contentTypeDescription="Create a new document." ma:contentTypeScope="" ma:versionID="2cc92a8cae197b790b368e7d1ce84e8a">
  <xsd:schema xmlns:xsd="http://www.w3.org/2001/XMLSchema" xmlns:xs="http://www.w3.org/2001/XMLSchema" xmlns:p="http://schemas.microsoft.com/office/2006/metadata/properties" xmlns:ns2="73ed8cf7-b581-404f-a3eb-ed628160d78e" xmlns:ns3="70ed8b40-b8ac-491b-99af-bdb8dab2f531" targetNamespace="http://schemas.microsoft.com/office/2006/metadata/properties" ma:root="true" ma:fieldsID="a420a73d272432eb638bc433933860f7" ns2:_="" ns3:_="">
    <xsd:import namespace="73ed8cf7-b581-404f-a3eb-ed628160d78e"/>
    <xsd:import namespace="70ed8b40-b8ac-491b-99af-bdb8dab2f5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d8cf7-b581-404f-a3eb-ed628160d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74e64d-0131-43eb-b4ed-e1281b0ac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ed8b40-b8ac-491b-99af-bdb8dab2f5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767f11-5947-4b51-af03-6636568c72a1}" ma:internalName="TaxCatchAll" ma:showField="CatchAllData" ma:web="70ed8b40-b8ac-491b-99af-bdb8dab2f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0ed8b40-b8ac-491b-99af-bdb8dab2f531" xsi:nil="true"/>
    <lcf76f155ced4ddcb4097134ff3c332f xmlns="73ed8cf7-b581-404f-a3eb-ed628160d7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64C5DC6E-E0CA-4290-A5EC-5E4BA7173FD7}"/>
</file>

<file path=customXml/itemProps3.xml><?xml version="1.0" encoding="utf-8"?>
<ds:datastoreItem xmlns:ds="http://schemas.openxmlformats.org/officeDocument/2006/customXml" ds:itemID="{0B8F1668-5303-4E1D-8704-B8B2C71F3BCE}"/>
</file>

<file path=customXml/itemProps4.xml><?xml version="1.0" encoding="utf-8"?>
<ds:datastoreItem xmlns:ds="http://schemas.openxmlformats.org/officeDocument/2006/customXml" ds:itemID="{1B00D351-EE62-4BEB-BB46-9888348FF76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WellStreet Journal</dc:title>
  <dc:subject>Volume 2, Issue 1 - February 2025</dc:subject>
  <dc:creator>SCSU Wellbeing Center</dc:creator>
  <cp:keywords/>
  <cp:lastModifiedBy>Simon, Ashley</cp:lastModifiedBy>
  <cp:revision>39</cp:revision>
  <dcterms:created xsi:type="dcterms:W3CDTF">2026-06-16T19:28:00Z</dcterms:created>
  <dcterms:modified xsi:type="dcterms:W3CDTF">2026-07-13T20:42:15Z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0x010100908E6D08800B654C93B623E46CC40CC3</vt:lpwstr>
  </property>
</Properties>
</file>