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P="25A68C54" w:rsidRDefault="00000000" w14:paraId="247F389A" w14:textId="73F00E40">
      <w:pPr>
        <w:pStyle w:val="Heading1"/>
        <w:spacing w:line="360" w:lineRule="auto"/>
        <w:rPr>
          <w:rFonts w:ascii="Aptos" w:hAnsi="Aptos"/>
          <w:color w:val="0070C0"/>
          <w:sz w:val="36"/>
          <w:szCs w:val="36"/>
        </w:rPr>
      </w:pPr>
      <w:r w:rsidRPr="25A68C54" w:rsidR="0FBA8E90">
        <w:rPr>
          <w:rFonts w:ascii="Aptos" w:hAnsi="Aptos"/>
          <w:color w:val="0070C0"/>
          <w:sz w:val="36"/>
          <w:szCs w:val="36"/>
        </w:rPr>
        <w:t xml:space="preserve">The </w:t>
      </w:r>
      <w:r w:rsidRPr="25A68C54" w:rsidR="0FBA8E90">
        <w:rPr>
          <w:rFonts w:ascii="Aptos" w:hAnsi="Aptos"/>
          <w:color w:val="0070C0"/>
          <w:sz w:val="36"/>
          <w:szCs w:val="36"/>
        </w:rPr>
        <w:t>WellStreet</w:t>
      </w:r>
      <w:r w:rsidRPr="25A68C54" w:rsidR="0FBA8E90">
        <w:rPr>
          <w:rFonts w:ascii="Aptos" w:hAnsi="Aptos"/>
          <w:color w:val="0070C0"/>
          <w:sz w:val="36"/>
          <w:szCs w:val="36"/>
        </w:rPr>
        <w:t xml:space="preserve"> Journal </w:t>
      </w:r>
      <w:r w:rsidRPr="25A68C54" w:rsidR="33C7E70C">
        <w:rPr>
          <w:rFonts w:ascii="Aptos" w:hAnsi="Aptos"/>
          <w:color w:val="0070C0"/>
          <w:sz w:val="36"/>
          <w:szCs w:val="36"/>
        </w:rPr>
        <w:t>from</w:t>
      </w:r>
      <w:r w:rsidRPr="25A68C54" w:rsidR="2CCDA9ED">
        <w:rPr>
          <w:rFonts w:ascii="Aptos" w:hAnsi="Aptos"/>
          <w:color w:val="0070C0"/>
          <w:sz w:val="36"/>
          <w:szCs w:val="36"/>
        </w:rPr>
        <w:t xml:space="preserve"> </w:t>
      </w:r>
      <w:r w:rsidRPr="25A68C54" w:rsidR="50E88A10">
        <w:rPr>
          <w:rFonts w:ascii="Aptos" w:hAnsi="Aptos"/>
          <w:color w:val="0070C0"/>
          <w:sz w:val="36"/>
          <w:szCs w:val="36"/>
        </w:rPr>
        <w:t xml:space="preserve">December </w:t>
      </w:r>
      <w:r w:rsidRPr="25A68C54" w:rsidR="0FBA8E90">
        <w:rPr>
          <w:rFonts w:ascii="Aptos" w:hAnsi="Aptos"/>
          <w:color w:val="0070C0"/>
          <w:sz w:val="36"/>
          <w:szCs w:val="36"/>
        </w:rPr>
        <w:t>202</w:t>
      </w:r>
      <w:r w:rsidRPr="25A68C54" w:rsidR="2CCDA9ED">
        <w:rPr>
          <w:rFonts w:ascii="Aptos" w:hAnsi="Aptos"/>
          <w:color w:val="0070C0"/>
          <w:sz w:val="36"/>
          <w:szCs w:val="36"/>
        </w:rPr>
        <w:t>4</w:t>
      </w:r>
    </w:p>
    <w:p w:rsidRPr="00A0373B" w:rsidR="00D03508" w:rsidP="25A68C54" w:rsidRDefault="00000000" w14:paraId="3FAB37D9" w14:textId="085BEBA6">
      <w:pPr>
        <w:spacing w:line="360" w:lineRule="auto"/>
        <w:rPr>
          <w:rFonts w:ascii="Aptos" w:hAnsi="Aptos"/>
          <w:sz w:val="28"/>
          <w:szCs w:val="28"/>
        </w:rPr>
      </w:pPr>
      <w:r w:rsidRPr="25A68C54" w:rsidR="07AA8E82">
        <w:rPr>
          <w:rFonts w:ascii="Aptos" w:hAnsi="Aptos"/>
          <w:sz w:val="28"/>
          <w:szCs w:val="28"/>
        </w:rPr>
        <w:t>Th</w:t>
      </w:r>
      <w:r w:rsidRPr="25A68C54" w:rsidR="46210F11">
        <w:rPr>
          <w:rFonts w:ascii="Aptos" w:hAnsi="Aptos"/>
          <w:sz w:val="28"/>
          <w:szCs w:val="28"/>
        </w:rPr>
        <w:t xml:space="preserve">is month on </w:t>
      </w:r>
      <w:r w:rsidRPr="25A68C54" w:rsidR="46210F11">
        <w:rPr>
          <w:rFonts w:ascii="Aptos" w:hAnsi="Aptos"/>
          <w:sz w:val="28"/>
          <w:szCs w:val="28"/>
        </w:rPr>
        <w:t>WellStreet</w:t>
      </w:r>
      <w:r w:rsidRPr="25A68C54" w:rsidR="46210F11">
        <w:rPr>
          <w:rFonts w:ascii="Aptos" w:hAnsi="Aptos"/>
          <w:sz w:val="28"/>
          <w:szCs w:val="28"/>
        </w:rPr>
        <w:t xml:space="preserve"> Journal</w:t>
      </w:r>
    </w:p>
    <w:p w:rsidRPr="00A0373B" w:rsidR="00D03508" w:rsidP="25A68C54" w:rsidRDefault="00000000" w14:paraId="268A59BF" w14:textId="77777777">
      <w:pPr>
        <w:pStyle w:val="Heading2"/>
        <w:spacing w:line="360" w:lineRule="auto"/>
        <w:rPr>
          <w:rFonts w:ascii="Aptos" w:hAnsi="Aptos"/>
          <w:color w:val="0070C0"/>
          <w:sz w:val="32"/>
          <w:szCs w:val="32"/>
        </w:rPr>
      </w:pPr>
      <w:r w:rsidRPr="25A68C54" w:rsidR="07AA8E82">
        <w:rPr>
          <w:rFonts w:ascii="Aptos" w:hAnsi="Aptos"/>
          <w:color w:val="0070C0"/>
          <w:sz w:val="32"/>
          <w:szCs w:val="32"/>
        </w:rPr>
        <w:t>Quote of the Day</w:t>
      </w:r>
    </w:p>
    <w:p w:rsidR="638D5963" w:rsidP="25A68C54" w:rsidRDefault="638D5963" w14:paraId="6B894079" w14:textId="30B39C3A">
      <w:pPr>
        <w:spacing w:before="240" w:beforeAutospacing="off" w:after="240" w:afterAutospacing="off" w:line="360" w:lineRule="auto"/>
      </w:pPr>
      <w:r w:rsidRPr="25A68C54" w:rsidR="638D5963">
        <w:rPr>
          <w:rFonts w:ascii="Aptos" w:hAnsi="Aptos" w:eastAsia="Aptos" w:cs="Aptos"/>
          <w:b w:val="0"/>
          <w:bCs w:val="0"/>
          <w:i w:val="0"/>
          <w:iCs w:val="0"/>
          <w:caps w:val="0"/>
          <w:smallCaps w:val="0"/>
          <w:noProof w:val="0"/>
          <w:sz w:val="28"/>
          <w:szCs w:val="28"/>
          <w:lang w:val="en-US"/>
        </w:rPr>
        <w:t xml:space="preserve">“We cannot solve problems with the kind of thinking we employed when we came up with them.” Quote </w:t>
      </w:r>
      <w:r w:rsidRPr="25A68C54" w:rsidR="638D5963">
        <w:rPr>
          <w:rFonts w:ascii="Aptos" w:hAnsi="Aptos" w:eastAsia="Aptos" w:cs="Aptos"/>
          <w:b w:val="0"/>
          <w:bCs w:val="0"/>
          <w:i w:val="0"/>
          <w:iCs w:val="0"/>
          <w:caps w:val="0"/>
          <w:smallCaps w:val="0"/>
          <w:noProof w:val="0"/>
          <w:sz w:val="28"/>
          <w:szCs w:val="28"/>
          <w:lang w:val="en-US"/>
        </w:rPr>
        <w:t>by Albert</w:t>
      </w:r>
      <w:r w:rsidRPr="25A68C54" w:rsidR="638D5963">
        <w:rPr>
          <w:rFonts w:ascii="Aptos" w:hAnsi="Aptos" w:eastAsia="Aptos" w:cs="Aptos"/>
          <w:b w:val="0"/>
          <w:bCs w:val="0"/>
          <w:i w:val="0"/>
          <w:iCs w:val="0"/>
          <w:caps w:val="0"/>
          <w:smallCaps w:val="0"/>
          <w:noProof w:val="0"/>
          <w:sz w:val="28"/>
          <w:szCs w:val="28"/>
          <w:lang w:val="en-US"/>
        </w:rPr>
        <w:t xml:space="preserve"> Einstein</w:t>
      </w:r>
    </w:p>
    <w:p w:rsidR="6F9E4E17" w:rsidP="25A68C54" w:rsidRDefault="6F9E4E17" w14:paraId="0F405E78" w14:textId="1142FDFF">
      <w:pPr>
        <w:pStyle w:val="Heading2"/>
        <w:spacing w:line="360" w:lineRule="auto"/>
        <w:rPr>
          <w:rFonts w:ascii="Aptos" w:hAnsi="Aptos"/>
          <w:color w:val="0070C0"/>
          <w:sz w:val="32"/>
          <w:szCs w:val="32"/>
        </w:rPr>
      </w:pPr>
      <w:r w:rsidRPr="25A68C54" w:rsidR="6F9E4E17">
        <w:rPr>
          <w:rFonts w:ascii="Aptos" w:hAnsi="Aptos"/>
          <w:color w:val="0070C0"/>
          <w:sz w:val="32"/>
          <w:szCs w:val="32"/>
        </w:rPr>
        <w:t>Wellness on the Way: Upcoming Events</w:t>
      </w:r>
    </w:p>
    <w:p w:rsidR="0CF7A040" w:rsidP="25A68C54" w:rsidRDefault="0CF7A040" w14:paraId="6472EC8F" w14:textId="080E9F3E">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25A68C54" w:rsidR="0CF7A040">
        <w:rPr>
          <w:rFonts w:ascii="Aptos" w:hAnsi="Aptos" w:eastAsia="Aptos" w:cs="Aptos"/>
          <w:b w:val="1"/>
          <w:bCs w:val="1"/>
          <w:i w:val="0"/>
          <w:iCs w:val="0"/>
          <w:caps w:val="0"/>
          <w:smallCaps w:val="0"/>
          <w:noProof w:val="0"/>
          <w:color w:val="0070C0"/>
          <w:sz w:val="28"/>
          <w:szCs w:val="28"/>
          <w:lang w:val="en-US"/>
        </w:rPr>
        <w:t>Stress Less Fest</w:t>
      </w:r>
      <w:r w:rsidRPr="25A68C54" w:rsidR="0CF7A040">
        <w:rPr>
          <w:rFonts w:ascii="Aptos" w:hAnsi="Aptos" w:eastAsia="ＭＳ ゴシック" w:cs="" w:eastAsiaTheme="majorEastAsia" w:cstheme="majorBidi"/>
          <w:b w:val="1"/>
          <w:bCs w:val="1"/>
          <w:color w:val="4F81BD" w:themeColor="accent1" w:themeTint="FF" w:themeShade="FF"/>
          <w:sz w:val="28"/>
          <w:szCs w:val="28"/>
        </w:rPr>
        <w:t xml:space="preserve"> </w:t>
      </w:r>
    </w:p>
    <w:p w:rsidR="398C686F" w:rsidP="25A68C54" w:rsidRDefault="398C686F" w14:paraId="00CF25C1" w14:textId="12C57A18">
      <w:pPr>
        <w:spacing w:before="240" w:beforeAutospacing="off" w:after="240" w:afterAutospacing="off" w:line="360" w:lineRule="auto"/>
      </w:pPr>
      <w:r w:rsidRPr="25A68C54" w:rsidR="398C686F">
        <w:rPr>
          <w:rFonts w:ascii="Aptos" w:hAnsi="Aptos" w:eastAsia="Aptos" w:cs="Aptos"/>
          <w:b w:val="0"/>
          <w:bCs w:val="0"/>
          <w:i w:val="0"/>
          <w:iCs w:val="0"/>
          <w:caps w:val="0"/>
          <w:smallCaps w:val="0"/>
          <w:noProof w:val="0"/>
          <w:sz w:val="28"/>
          <w:szCs w:val="28"/>
          <w:lang w:val="en-US"/>
        </w:rPr>
        <w:t>Tues, December 3rd, 2024 from 9:30-11:30 am in ENG B121</w:t>
      </w:r>
    </w:p>
    <w:p w:rsidR="398C686F" w:rsidP="25A68C54" w:rsidRDefault="398C686F" w14:paraId="209DE2F5" w14:textId="74360904">
      <w:pPr>
        <w:spacing w:before="240" w:beforeAutospacing="off" w:after="240" w:afterAutospacing="off" w:line="360" w:lineRule="auto"/>
      </w:pPr>
      <w:r w:rsidRPr="25A68C54" w:rsidR="398C686F">
        <w:rPr>
          <w:rFonts w:ascii="Aptos" w:hAnsi="Aptos" w:eastAsia="Aptos" w:cs="Aptos"/>
          <w:b w:val="0"/>
          <w:bCs w:val="0"/>
          <w:i w:val="0"/>
          <w:iCs w:val="0"/>
          <w:caps w:val="0"/>
          <w:smallCaps w:val="0"/>
          <w:noProof w:val="0"/>
          <w:sz w:val="28"/>
          <w:szCs w:val="28"/>
          <w:lang w:val="en-US"/>
        </w:rPr>
        <w:t>Relax and recharge with hot cocoa, self-care kits, arts &amp; crafts, and more as you prepare for exams. Don’t miss this chance to unwind!</w:t>
      </w:r>
    </w:p>
    <w:p w:rsidR="398C686F" w:rsidP="25A68C54" w:rsidRDefault="398C686F" w14:paraId="7A459297" w14:textId="04341A50">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25A68C54" w:rsidR="398C686F">
        <w:rPr>
          <w:rFonts w:ascii="Aptos" w:hAnsi="Aptos" w:eastAsia="Aptos" w:cs="Aptos"/>
          <w:b w:val="1"/>
          <w:bCs w:val="1"/>
          <w:i w:val="0"/>
          <w:iCs w:val="0"/>
          <w:caps w:val="0"/>
          <w:smallCaps w:val="0"/>
          <w:noProof w:val="0"/>
          <w:color w:val="0070C0"/>
          <w:sz w:val="28"/>
          <w:szCs w:val="28"/>
          <w:lang w:val="en-US"/>
        </w:rPr>
        <w:t>Stay Motivated: Tips to Reach Your Goals</w:t>
      </w:r>
      <w:r w:rsidRPr="25A68C54" w:rsidR="07056997">
        <w:rPr>
          <w:rFonts w:ascii="Aptos" w:hAnsi="Aptos" w:eastAsia="Aptos" w:cs="Aptos"/>
          <w:b w:val="1"/>
          <w:bCs w:val="1"/>
          <w:i w:val="0"/>
          <w:iCs w:val="0"/>
          <w:caps w:val="0"/>
          <w:smallCaps w:val="0"/>
          <w:noProof w:val="0"/>
          <w:color w:val="0070C0"/>
          <w:sz w:val="28"/>
          <w:szCs w:val="28"/>
          <w:lang w:val="en-US"/>
        </w:rPr>
        <w:t xml:space="preserve"> </w:t>
      </w:r>
    </w:p>
    <w:p w:rsidR="398C686F" w:rsidP="25A68C54" w:rsidRDefault="398C686F" w14:paraId="68B93F6A" w14:textId="0A56E667">
      <w:pPr>
        <w:spacing w:before="240" w:beforeAutospacing="off" w:after="240" w:afterAutospacing="off" w:line="360" w:lineRule="auto"/>
      </w:pPr>
      <w:r w:rsidRPr="25A68C54" w:rsidR="398C686F">
        <w:rPr>
          <w:rFonts w:ascii="Aptos" w:hAnsi="Aptos" w:eastAsia="Aptos" w:cs="Aptos"/>
          <w:b w:val="0"/>
          <w:bCs w:val="0"/>
          <w:i w:val="0"/>
          <w:iCs w:val="0"/>
          <w:caps w:val="0"/>
          <w:smallCaps w:val="0"/>
          <w:noProof w:val="0"/>
          <w:sz w:val="28"/>
          <w:szCs w:val="28"/>
          <w:lang w:val="en-US"/>
        </w:rPr>
        <w:t>Tues, December 3rd, 2024, from 12:30 - 1:30 pm in ASC 201</w:t>
      </w:r>
    </w:p>
    <w:p w:rsidR="398C686F" w:rsidP="25A68C54" w:rsidRDefault="398C686F" w14:paraId="11C9404A" w14:textId="1069A282">
      <w:pPr>
        <w:spacing w:before="240" w:beforeAutospacing="off" w:after="240" w:afterAutospacing="off" w:line="360" w:lineRule="auto"/>
      </w:pPr>
      <w:r w:rsidRPr="25A68C54" w:rsidR="398C686F">
        <w:rPr>
          <w:rFonts w:ascii="Aptos" w:hAnsi="Aptos" w:eastAsia="Aptos" w:cs="Aptos"/>
          <w:b w:val="0"/>
          <w:bCs w:val="0"/>
          <w:i w:val="0"/>
          <w:iCs w:val="0"/>
          <w:caps w:val="0"/>
          <w:smallCaps w:val="0"/>
          <w:noProof w:val="0"/>
          <w:sz w:val="28"/>
          <w:szCs w:val="28"/>
          <w:lang w:val="en-US"/>
        </w:rPr>
        <w:t>Self-motivation drives growth and success, but staying motivated isn't always easy. This workshop will teach students practical tools to stay focused and push through setbacks.</w:t>
      </w:r>
    </w:p>
    <w:p w:rsidR="416170A3" w:rsidP="25A68C54" w:rsidRDefault="416170A3" w14:paraId="3CDE0053" w14:textId="3EE48650">
      <w:pPr>
        <w:spacing w:line="360" w:lineRule="auto"/>
        <w:rPr>
          <w:rFonts w:ascii="Aptos" w:hAnsi="Aptos"/>
          <w:b w:val="1"/>
          <w:bCs w:val="1"/>
          <w:color w:val="0070C0"/>
          <w:sz w:val="28"/>
          <w:szCs w:val="28"/>
        </w:rPr>
      </w:pPr>
      <w:r w:rsidRPr="25A68C54" w:rsidR="416170A3">
        <w:rPr>
          <w:rFonts w:ascii="Aptos" w:hAnsi="Aptos"/>
          <w:b w:val="1"/>
          <w:bCs w:val="1"/>
          <w:color w:val="0070C0"/>
          <w:sz w:val="28"/>
          <w:szCs w:val="28"/>
        </w:rPr>
        <w:t>QPR Suicide Prevention Training</w:t>
      </w:r>
    </w:p>
    <w:p w:rsidR="416170A3" w:rsidP="25A68C54" w:rsidRDefault="416170A3" w14:paraId="778DAC85" w14:textId="530B701A">
      <w:pPr>
        <w:pStyle w:val="Normal"/>
        <w:spacing w:line="360" w:lineRule="auto"/>
      </w:pPr>
      <w:r w:rsidRPr="25A68C54" w:rsidR="416170A3">
        <w:rPr>
          <w:rFonts w:ascii="Aptos" w:hAnsi="Aptos"/>
          <w:sz w:val="28"/>
          <w:szCs w:val="28"/>
        </w:rPr>
        <w:t>Wed. Dec. 4 from 4 pm - 5:30 pm in ASC 326</w:t>
      </w:r>
    </w:p>
    <w:p w:rsidR="416170A3" w:rsidP="25A68C54" w:rsidRDefault="416170A3" w14:paraId="639D4115" w14:textId="66FBF301">
      <w:pPr>
        <w:pStyle w:val="Normal"/>
        <w:spacing w:line="360" w:lineRule="auto"/>
      </w:pPr>
      <w:r w:rsidRPr="25A68C54" w:rsidR="416170A3">
        <w:rPr>
          <w:rFonts w:ascii="Aptos" w:hAnsi="Aptos"/>
          <w:sz w:val="28"/>
          <w:szCs w:val="28"/>
        </w:rPr>
        <w:t>QPR's mission is to reduce suicidal behaviors and save lives through effective suicide prevention training. By recognizing signs of crisis, anyone can be empowered to make a positive difference in someone's life.</w:t>
      </w:r>
    </w:p>
    <w:p w:rsidR="416170A3" w:rsidP="25A68C54" w:rsidRDefault="416170A3" w14:paraId="14E65C65" w14:textId="1782341A">
      <w:pPr>
        <w:pStyle w:val="Normal"/>
        <w:spacing w:line="360" w:lineRule="auto"/>
        <w:rPr>
          <w:rFonts w:ascii="Aptos" w:hAnsi="Aptos"/>
          <w:b w:val="1"/>
          <w:bCs w:val="1"/>
          <w:color w:val="0070C0"/>
          <w:sz w:val="28"/>
          <w:szCs w:val="28"/>
        </w:rPr>
      </w:pPr>
      <w:r w:rsidRPr="25A68C54" w:rsidR="416170A3">
        <w:rPr>
          <w:rFonts w:ascii="Aptos" w:hAnsi="Aptos"/>
          <w:b w:val="1"/>
          <w:bCs w:val="1"/>
          <w:color w:val="0070C0"/>
          <w:sz w:val="28"/>
          <w:szCs w:val="28"/>
        </w:rPr>
        <w:t>Mental Health First Aid Training</w:t>
      </w:r>
    </w:p>
    <w:p w:rsidR="416170A3" w:rsidP="25A68C54" w:rsidRDefault="416170A3" w14:paraId="42F8556B" w14:textId="1062F42D">
      <w:pPr>
        <w:pStyle w:val="Normal"/>
        <w:spacing w:line="360" w:lineRule="auto"/>
      </w:pPr>
      <w:r w:rsidRPr="25A68C54" w:rsidR="416170A3">
        <w:rPr>
          <w:rFonts w:ascii="Aptos" w:hAnsi="Aptos"/>
          <w:sz w:val="28"/>
          <w:szCs w:val="28"/>
        </w:rPr>
        <w:t>This nationally recognized certification teaches you how to identify, understand, and respond to signs of mental illness and substance use disorders - equipping you with skills to offer initial help and support to someone in need or in crisis.</w:t>
      </w:r>
    </w:p>
    <w:p w:rsidR="416170A3" w:rsidP="25A68C54" w:rsidRDefault="416170A3" w14:paraId="731FEC29" w14:textId="20DA84E1">
      <w:pPr>
        <w:pStyle w:val="Normal"/>
        <w:spacing w:line="360" w:lineRule="auto"/>
      </w:pPr>
      <w:r w:rsidRPr="25A68C54" w:rsidR="416170A3">
        <w:rPr>
          <w:rFonts w:ascii="Aptos" w:hAnsi="Aptos"/>
          <w:sz w:val="28"/>
          <w:szCs w:val="28"/>
        </w:rPr>
        <w:t>Wed, Dec. 18 from 9 am to 4 pm in ASC 326</w:t>
      </w:r>
    </w:p>
    <w:p w:rsidR="416170A3" w:rsidP="25A68C54" w:rsidRDefault="416170A3" w14:paraId="21277EE9" w14:textId="3D0972A4">
      <w:pPr>
        <w:pStyle w:val="Normal"/>
        <w:spacing w:line="360" w:lineRule="auto"/>
      </w:pPr>
      <w:r w:rsidRPr="25A68C54" w:rsidR="416170A3">
        <w:rPr>
          <w:rFonts w:ascii="Aptos" w:hAnsi="Aptos"/>
          <w:sz w:val="28"/>
          <w:szCs w:val="28"/>
        </w:rPr>
        <w:t>Fri. Jan. 10 from 9 am to 4 pm in ASC 326</w:t>
      </w:r>
    </w:p>
    <w:p w:rsidR="42811A17" w:rsidP="25A68C54" w:rsidRDefault="42811A17" w14:paraId="0E88EDC6" w14:textId="4F87C0DA">
      <w:pPr>
        <w:pStyle w:val="Heading2"/>
        <w:spacing w:line="360" w:lineRule="auto"/>
        <w:rPr>
          <w:rFonts w:ascii="Aptos" w:hAnsi="Aptos"/>
          <w:color w:val="0070C0"/>
          <w:sz w:val="32"/>
          <w:szCs w:val="32"/>
        </w:rPr>
      </w:pPr>
      <w:r w:rsidRPr="25A68C54" w:rsidR="42811A17">
        <w:rPr>
          <w:rFonts w:ascii="Aptos" w:hAnsi="Aptos"/>
          <w:color w:val="0070C0"/>
          <w:sz w:val="32"/>
          <w:szCs w:val="32"/>
        </w:rPr>
        <w:t>Fall Recap</w:t>
      </w:r>
    </w:p>
    <w:p w:rsidR="6E69521E" w:rsidP="25A68C54" w:rsidRDefault="6E69521E" w14:paraId="5805C061" w14:textId="73E49FF3">
      <w:pPr>
        <w:pStyle w:val="Normal"/>
        <w:suppressLineNumbers w:val="0"/>
        <w:bidi w:val="0"/>
        <w:spacing w:before="0" w:beforeAutospacing="off" w:after="200" w:afterAutospacing="off" w:line="360" w:lineRule="auto"/>
        <w:ind w:left="0" w:right="0"/>
        <w:jc w:val="left"/>
        <w:rPr>
          <w:rFonts w:ascii="Aptos" w:hAnsi="Aptos" w:eastAsia="ＭＳ ゴシック" w:cs="" w:eastAsiaTheme="majorEastAsia" w:cstheme="majorBidi"/>
          <w:b w:val="0"/>
          <w:bCs w:val="0"/>
          <w:color w:val="auto"/>
          <w:sz w:val="28"/>
          <w:szCs w:val="28"/>
        </w:rPr>
      </w:pPr>
      <w:r w:rsidRPr="25A68C54" w:rsidR="6E69521E">
        <w:rPr>
          <w:rFonts w:ascii="Aptos" w:hAnsi="Aptos" w:eastAsia="ＭＳ ゴシック" w:cs="" w:eastAsiaTheme="majorEastAsia" w:cstheme="majorBidi"/>
          <w:b w:val="0"/>
          <w:bCs w:val="0"/>
          <w:color w:val="auto"/>
          <w:sz w:val="28"/>
          <w:szCs w:val="28"/>
        </w:rPr>
        <w:t xml:space="preserve">Photos from the fall semester </w:t>
      </w:r>
    </w:p>
    <w:p w:rsidR="0CEACB1E" w:rsidP="25A68C54" w:rsidRDefault="0CEACB1E" w14:paraId="4DF7C1AC" w14:textId="62D27B01">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25A68C54" w:rsidR="0CEACB1E">
        <w:rPr>
          <w:rFonts w:ascii="Aptos" w:hAnsi="Aptos"/>
          <w:color w:val="0070C0"/>
          <w:sz w:val="32"/>
          <w:szCs w:val="32"/>
        </w:rPr>
        <w:t xml:space="preserve">Quick Chats </w:t>
      </w:r>
    </w:p>
    <w:p w:rsidR="0CEACB1E" w:rsidP="25A68C54" w:rsidRDefault="0CEACB1E" w14:paraId="0EBBD038" w14:textId="0C0BAF7C">
      <w:pPr>
        <w:pStyle w:val="Normal"/>
        <w:suppressLineNumbers w:val="0"/>
        <w:bidi w:val="0"/>
        <w:spacing w:before="0" w:beforeAutospacing="off" w:after="200" w:afterAutospacing="off" w:line="360" w:lineRule="auto"/>
        <w:ind w:left="0" w:right="0"/>
        <w:jc w:val="left"/>
        <w:rPr>
          <w:rFonts w:ascii="Aptos" w:hAnsi="Aptos" w:eastAsia="ＭＳ ゴシック" w:cs="" w:eastAsiaTheme="majorEastAsia" w:cstheme="majorBidi"/>
          <w:b w:val="1"/>
          <w:bCs w:val="1"/>
          <w:color w:val="0070C0"/>
          <w:sz w:val="28"/>
          <w:szCs w:val="28"/>
        </w:rPr>
      </w:pPr>
      <w:r w:rsidRPr="25A68C54" w:rsidR="0CEACB1E">
        <w:rPr>
          <w:rFonts w:ascii="Aptos" w:hAnsi="Aptos" w:eastAsia="ＭＳ ゴシック" w:cs="" w:eastAsiaTheme="majorEastAsia" w:cstheme="majorBidi"/>
          <w:b w:val="1"/>
          <w:bCs w:val="1"/>
          <w:color w:val="0070C0"/>
          <w:sz w:val="28"/>
          <w:szCs w:val="28"/>
        </w:rPr>
        <w:t>Myth or Miss?</w:t>
      </w:r>
    </w:p>
    <w:p w:rsidR="0CEACB1E" w:rsidP="25A68C54" w:rsidRDefault="0CEACB1E" w14:paraId="4C76DCAA" w14:textId="0B6D218C">
      <w:pPr>
        <w:spacing w:before="240" w:beforeAutospacing="off" w:after="240" w:afterAutospacing="off" w:line="360" w:lineRule="auto"/>
      </w:pPr>
      <w:r w:rsidRPr="25A68C54" w:rsidR="0CEACB1E">
        <w:rPr>
          <w:rFonts w:ascii="Aptos" w:hAnsi="Aptos" w:eastAsia="Aptos" w:cs="Aptos"/>
          <w:b w:val="0"/>
          <w:bCs w:val="0"/>
          <w:i w:val="0"/>
          <w:iCs w:val="0"/>
          <w:caps w:val="0"/>
          <w:smallCaps w:val="0"/>
          <w:noProof w:val="0"/>
          <w:sz w:val="28"/>
          <w:szCs w:val="28"/>
          <w:lang w:val="en-US"/>
        </w:rPr>
        <w:t>“You cannot get sunburned on a cloudy day.”</w:t>
      </w:r>
    </w:p>
    <w:p w:rsidR="2BB75C3B" w:rsidP="25A68C54" w:rsidRDefault="2BB75C3B" w14:paraId="6F937FED" w14:textId="1D133F59">
      <w:pPr>
        <w:pStyle w:val="Normal"/>
        <w:suppressLineNumbers w:val="0"/>
        <w:bidi w:val="0"/>
        <w:spacing w:before="240" w:beforeAutospacing="off" w:after="240" w:afterAutospacing="off" w:line="360" w:lineRule="auto"/>
        <w:ind w:left="0" w:right="0"/>
        <w:jc w:val="left"/>
      </w:pPr>
      <w:r w:rsidRPr="25A68C54" w:rsidR="2BB75C3B">
        <w:rPr>
          <w:rFonts w:ascii="Aptos" w:hAnsi="Aptos" w:eastAsia="Aptos" w:cs="Aptos"/>
          <w:b w:val="0"/>
          <w:bCs w:val="0"/>
          <w:i w:val="0"/>
          <w:iCs w:val="0"/>
          <w:caps w:val="0"/>
          <w:smallCaps w:val="0"/>
          <w:noProof w:val="0"/>
          <w:sz w:val="28"/>
          <w:szCs w:val="28"/>
          <w:lang w:val="en-US"/>
        </w:rPr>
        <w:t>Myth</w:t>
      </w:r>
    </w:p>
    <w:p w:rsidR="003436F2" w:rsidP="25A68C54" w:rsidRDefault="003436F2" w14:paraId="4BD5B93C" w14:textId="5269CBE0">
      <w:pPr>
        <w:spacing w:line="360" w:lineRule="auto"/>
        <w:rPr>
          <w:rFonts w:ascii="Aptos" w:hAnsi="Aptos" w:eastAsia="ＭＳ ゴシック" w:cs="" w:eastAsiaTheme="majorEastAsia" w:cstheme="majorBidi"/>
          <w:b w:val="1"/>
          <w:bCs w:val="1"/>
          <w:color w:val="0070C0" w:themeColor="accent1"/>
          <w:sz w:val="28"/>
          <w:szCs w:val="28"/>
        </w:rPr>
      </w:pPr>
      <w:r w:rsidRPr="25A68C54" w:rsidR="7D933C46">
        <w:rPr>
          <w:rFonts w:ascii="Aptos" w:hAnsi="Aptos" w:eastAsia="ＭＳ ゴシック" w:cs="" w:eastAsiaTheme="majorEastAsia" w:cstheme="majorBidi"/>
          <w:b w:val="1"/>
          <w:bCs w:val="1"/>
          <w:color w:val="0070C0"/>
          <w:sz w:val="28"/>
          <w:szCs w:val="28"/>
        </w:rPr>
        <w:t>Self-Care Share</w:t>
      </w:r>
    </w:p>
    <w:p w:rsidR="00867C30" w:rsidP="25A68C54" w:rsidRDefault="00867C30" w14:paraId="2FE760EE" w14:textId="1F4A9C0D">
      <w:pPr>
        <w:pStyle w:val="Normal"/>
        <w:spacing w:line="360" w:lineRule="auto"/>
      </w:pPr>
      <w:r w:rsidRPr="25A68C54" w:rsidR="7D933C46">
        <w:rPr>
          <w:rFonts w:ascii="Aptos" w:hAnsi="Aptos" w:eastAsia="Aptos" w:cs="Aptos"/>
          <w:b w:val="0"/>
          <w:bCs w:val="0"/>
          <w:i w:val="0"/>
          <w:iCs w:val="0"/>
          <w:noProof w:val="0"/>
          <w:sz w:val="28"/>
          <w:szCs w:val="28"/>
          <w:lang w:val="en-US"/>
        </w:rPr>
        <w:t>Remind friends and family that you are thankful for them and appreciate having them in your life</w:t>
      </w:r>
    </w:p>
    <w:p w:rsidR="00867C30" w:rsidP="25A68C54" w:rsidRDefault="00867C30" w14:paraId="616E7AF4" w14:textId="57B7CFD0">
      <w:pPr>
        <w:pStyle w:val="Normal"/>
        <w:spacing w:line="360" w:lineRule="auto"/>
        <w:rPr>
          <w:rFonts w:ascii="Aptos" w:hAnsi="Aptos" w:eastAsia="ＭＳ ゴシック" w:cs="" w:eastAsiaTheme="majorEastAsia" w:cstheme="majorBidi"/>
          <w:b w:val="1"/>
          <w:bCs w:val="1"/>
          <w:color w:val="0070C0" w:themeColor="accent1"/>
          <w:sz w:val="28"/>
          <w:szCs w:val="28"/>
        </w:rPr>
      </w:pPr>
      <w:r w:rsidRPr="25A68C54" w:rsidR="7D933C46">
        <w:rPr>
          <w:rFonts w:ascii="Aptos" w:hAnsi="Aptos" w:eastAsia="Aptos" w:cs="Aptos"/>
          <w:b w:val="1"/>
          <w:bCs w:val="1"/>
          <w:i w:val="0"/>
          <w:iCs w:val="0"/>
          <w:noProof w:val="0"/>
          <w:color w:val="0070C0"/>
          <w:sz w:val="28"/>
          <w:szCs w:val="28"/>
          <w:lang w:val="en-US"/>
        </w:rPr>
        <w:t>Relationship Real Talk</w:t>
      </w:r>
      <w:r w:rsidRPr="25A68C54" w:rsidR="7D933C46">
        <w:rPr>
          <w:rFonts w:ascii="Aptos" w:hAnsi="Aptos" w:eastAsia="ＭＳ ゴシック" w:cs="" w:eastAsiaTheme="majorEastAsia" w:cstheme="majorBidi"/>
          <w:b w:val="1"/>
          <w:bCs w:val="1"/>
          <w:color w:val="0070C0"/>
          <w:sz w:val="28"/>
          <w:szCs w:val="28"/>
        </w:rPr>
        <w:t xml:space="preserve"> </w:t>
      </w:r>
    </w:p>
    <w:p w:rsidR="7D933C46" w:rsidP="25A68C54" w:rsidRDefault="7D933C46" w14:paraId="6BC0FE7D" w14:textId="121D47E0">
      <w:pPr>
        <w:spacing w:before="240" w:beforeAutospacing="off" w:after="240" w:afterAutospacing="off" w:line="360" w:lineRule="auto"/>
      </w:pPr>
      <w:r w:rsidRPr="25A68C54" w:rsidR="7D933C46">
        <w:rPr>
          <w:rFonts w:ascii="Aptos" w:hAnsi="Aptos" w:eastAsia="Aptos" w:cs="Aptos"/>
          <w:b w:val="0"/>
          <w:bCs w:val="0"/>
          <w:i w:val="0"/>
          <w:iCs w:val="0"/>
          <w:caps w:val="0"/>
          <w:smallCaps w:val="0"/>
          <w:noProof w:val="0"/>
          <w:sz w:val="28"/>
          <w:szCs w:val="28"/>
          <w:lang w:val="en-US"/>
        </w:rPr>
        <w:t xml:space="preserve">A SCSU Student asked: </w:t>
      </w:r>
    </w:p>
    <w:p w:rsidR="7D933C46" w:rsidP="25A68C54" w:rsidRDefault="7D933C46" w14:paraId="205796F6" w14:textId="656E4E97">
      <w:pPr>
        <w:spacing w:before="240" w:beforeAutospacing="off" w:after="240" w:afterAutospacing="off" w:line="360" w:lineRule="auto"/>
      </w:pPr>
      <w:r w:rsidRPr="25A68C54" w:rsidR="7D933C46">
        <w:rPr>
          <w:rFonts w:ascii="Aptos" w:hAnsi="Aptos" w:eastAsia="Aptos" w:cs="Aptos"/>
          <w:b w:val="0"/>
          <w:bCs w:val="0"/>
          <w:i w:val="0"/>
          <w:iCs w:val="0"/>
          <w:caps w:val="0"/>
          <w:smallCaps w:val="0"/>
          <w:noProof w:val="0"/>
          <w:sz w:val="28"/>
          <w:szCs w:val="28"/>
          <w:lang w:val="en-US"/>
        </w:rPr>
        <w:t>“How do I effectively create and enforce boundaries?”</w:t>
      </w:r>
    </w:p>
    <w:p w:rsidR="7D933C46" w:rsidP="25A68C54" w:rsidRDefault="7D933C46" w14:paraId="6F9191F2" w14:textId="33103041">
      <w:pPr>
        <w:spacing w:before="240" w:beforeAutospacing="off" w:after="240" w:afterAutospacing="off" w:line="360" w:lineRule="auto"/>
      </w:pPr>
      <w:r w:rsidRPr="25A68C54" w:rsidR="7D933C46">
        <w:rPr>
          <w:rFonts w:ascii="Aptos" w:hAnsi="Aptos" w:eastAsia="Aptos" w:cs="Aptos"/>
          <w:b w:val="0"/>
          <w:bCs w:val="0"/>
          <w:i w:val="0"/>
          <w:iCs w:val="0"/>
          <w:caps w:val="0"/>
          <w:smallCaps w:val="0"/>
          <w:noProof w:val="0"/>
          <w:sz w:val="28"/>
          <w:szCs w:val="28"/>
          <w:lang w:val="en-US"/>
        </w:rPr>
        <w:t xml:space="preserve">We answered: </w:t>
      </w:r>
    </w:p>
    <w:p w:rsidR="7D933C46" w:rsidP="25A68C54" w:rsidRDefault="7D933C46" w14:paraId="096BA94F" w14:textId="1CAE1773">
      <w:pPr>
        <w:spacing w:before="240" w:beforeAutospacing="off" w:after="240" w:afterAutospacing="off" w:line="360" w:lineRule="auto"/>
      </w:pPr>
      <w:r w:rsidRPr="25A68C54" w:rsidR="7D933C46">
        <w:rPr>
          <w:rFonts w:ascii="Aptos" w:hAnsi="Aptos" w:eastAsia="Aptos" w:cs="Aptos"/>
          <w:b w:val="0"/>
          <w:bCs w:val="0"/>
          <w:i w:val="0"/>
          <w:iCs w:val="0"/>
          <w:caps w:val="0"/>
          <w:smallCaps w:val="0"/>
          <w:noProof w:val="0"/>
          <w:sz w:val="28"/>
          <w:szCs w:val="28"/>
          <w:lang w:val="en-US"/>
        </w:rPr>
        <w:t>Reflect on areas where you may need to create boundaries and identify your triggers. When setting them, be specific and assertive. Use "I" statements and remember to never feel guilty for setting boundaries!</w:t>
      </w:r>
    </w:p>
    <w:p w:rsidR="357BEC8B" w:rsidP="25A68C54" w:rsidRDefault="357BEC8B" w14:paraId="3E86CFF4" w14:textId="22361E0A">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25A68C54" w:rsidR="357BEC8B">
        <w:rPr>
          <w:rFonts w:ascii="Aptos" w:hAnsi="Aptos"/>
          <w:color w:val="0070C0"/>
          <w:sz w:val="32"/>
          <w:szCs w:val="32"/>
        </w:rPr>
        <w:t xml:space="preserve">Fit for </w:t>
      </w:r>
      <w:r w:rsidRPr="25A68C54" w:rsidR="3922F6AB">
        <w:rPr>
          <w:rFonts w:ascii="Aptos" w:hAnsi="Aptos"/>
          <w:color w:val="0070C0"/>
          <w:sz w:val="32"/>
          <w:szCs w:val="32"/>
        </w:rPr>
        <w:t>T</w:t>
      </w:r>
      <w:r w:rsidRPr="25A68C54" w:rsidR="357BEC8B">
        <w:rPr>
          <w:rFonts w:ascii="Aptos" w:hAnsi="Aptos"/>
          <w:color w:val="0070C0"/>
          <w:sz w:val="32"/>
          <w:szCs w:val="32"/>
        </w:rPr>
        <w:t>hought</w:t>
      </w:r>
    </w:p>
    <w:p w:rsidR="357BEC8B" w:rsidP="25A68C54" w:rsidRDefault="357BEC8B" w14:paraId="230A0DE6" w14:textId="3C0AE967">
      <w:pPr>
        <w:pStyle w:val="Normal"/>
        <w:bidi w:val="0"/>
        <w:spacing w:before="0" w:beforeAutospacing="off" w:after="200" w:afterAutospacing="off" w:line="360" w:lineRule="auto"/>
        <w:ind w:left="0" w:right="0"/>
        <w:jc w:val="left"/>
      </w:pPr>
      <w:r w:rsidRPr="25A68C54" w:rsidR="357BEC8B">
        <w:rPr>
          <w:rFonts w:ascii="Aptos" w:hAnsi="Aptos" w:eastAsia="Aptos" w:cs="Aptos"/>
          <w:b w:val="0"/>
          <w:bCs w:val="0"/>
          <w:i w:val="0"/>
          <w:iCs w:val="0"/>
          <w:noProof w:val="0"/>
          <w:sz w:val="28"/>
          <w:szCs w:val="28"/>
          <w:lang w:val="en-US"/>
        </w:rPr>
        <w:t>Did you know we have a fitness center on campus?</w:t>
      </w:r>
    </w:p>
    <w:p w:rsidR="357BEC8B" w:rsidP="25A68C54" w:rsidRDefault="357BEC8B" w14:paraId="6F4BF06B" w14:textId="17CE99E8">
      <w:pPr>
        <w:pStyle w:val="Normal"/>
        <w:bidi w:val="0"/>
        <w:spacing w:before="0" w:beforeAutospacing="off" w:after="200" w:afterAutospacing="off" w:line="360" w:lineRule="auto"/>
        <w:ind w:left="0" w:right="0"/>
        <w:jc w:val="left"/>
        <w:rPr>
          <w:rFonts w:ascii="Aptos" w:hAnsi="Aptos" w:eastAsia="Aptos" w:cs="Aptos"/>
          <w:b w:val="0"/>
          <w:bCs w:val="0"/>
          <w:i w:val="0"/>
          <w:iCs w:val="0"/>
          <w:noProof w:val="0"/>
          <w:sz w:val="28"/>
          <w:szCs w:val="28"/>
          <w:lang w:val="en-US"/>
        </w:rPr>
      </w:pPr>
      <w:r w:rsidRPr="25A68C54" w:rsidR="357BEC8B">
        <w:rPr>
          <w:rFonts w:ascii="Aptos" w:hAnsi="Aptos" w:eastAsia="Aptos" w:cs="Aptos"/>
          <w:b w:val="0"/>
          <w:bCs w:val="0"/>
          <w:i w:val="0"/>
          <w:iCs w:val="0"/>
          <w:noProof w:val="0"/>
          <w:sz w:val="28"/>
          <w:szCs w:val="28"/>
          <w:lang w:val="en-US"/>
        </w:rPr>
        <w:t>Visit them in ASC 204 and follow them on Instagram @SCSU_RECFIT</w:t>
      </w:r>
    </w:p>
    <w:p w:rsidR="357BEC8B" w:rsidP="25A68C54" w:rsidRDefault="357BEC8B" w14:paraId="10554BBE" w14:textId="1E1CED73">
      <w:pPr>
        <w:pStyle w:val="Normal"/>
        <w:bidi w:val="0"/>
        <w:spacing w:before="0" w:beforeAutospacing="off" w:after="200" w:afterAutospacing="off" w:line="360" w:lineRule="auto"/>
        <w:ind w:left="0" w:right="0"/>
        <w:jc w:val="left"/>
      </w:pPr>
      <w:r w:rsidRPr="25A68C54" w:rsidR="357BEC8B">
        <w:rPr>
          <w:rFonts w:ascii="Aptos" w:hAnsi="Aptos" w:eastAsia="Aptos" w:cs="Aptos"/>
          <w:b w:val="0"/>
          <w:bCs w:val="0"/>
          <w:i w:val="0"/>
          <w:iCs w:val="0"/>
          <w:noProof w:val="0"/>
          <w:sz w:val="28"/>
          <w:szCs w:val="28"/>
          <w:lang w:val="en-US"/>
        </w:rPr>
        <w:t>Check out the following fitness groups/activities to get active:</w:t>
      </w:r>
    </w:p>
    <w:p w:rsidR="357BEC8B" w:rsidP="25A68C54" w:rsidRDefault="357BEC8B" w14:paraId="2EE9BFCF" w14:textId="4DF5DF5E">
      <w:pPr>
        <w:pStyle w:val="Normal"/>
        <w:bidi w:val="0"/>
        <w:spacing w:before="0" w:beforeAutospacing="off" w:after="200" w:afterAutospacing="off" w:line="360" w:lineRule="auto"/>
        <w:ind w:left="0" w:right="0"/>
        <w:jc w:val="left"/>
      </w:pPr>
      <w:r w:rsidRPr="25A68C54" w:rsidR="357BEC8B">
        <w:rPr>
          <w:rFonts w:ascii="Aptos" w:hAnsi="Aptos" w:eastAsia="Aptos" w:cs="Aptos"/>
          <w:b w:val="0"/>
          <w:bCs w:val="0"/>
          <w:i w:val="0"/>
          <w:iCs w:val="0"/>
          <w:noProof w:val="0"/>
          <w:sz w:val="28"/>
          <w:szCs w:val="28"/>
          <w:lang w:val="en-US"/>
        </w:rPr>
        <w:t>Yoga Flow w/ Dominique - Dec 3 from 4:30 - 5:30</w:t>
      </w:r>
    </w:p>
    <w:p w:rsidR="357BEC8B" w:rsidP="25A68C54" w:rsidRDefault="357BEC8B" w14:paraId="02FF19FE" w14:textId="33CFF9A1">
      <w:pPr>
        <w:pStyle w:val="Normal"/>
        <w:bidi w:val="0"/>
        <w:spacing w:before="0" w:beforeAutospacing="off" w:after="200" w:afterAutospacing="off" w:line="360" w:lineRule="auto"/>
        <w:ind w:left="0" w:right="0"/>
        <w:jc w:val="left"/>
      </w:pPr>
      <w:r w:rsidRPr="25A68C54" w:rsidR="357BEC8B">
        <w:rPr>
          <w:rFonts w:ascii="Aptos" w:hAnsi="Aptos" w:eastAsia="Aptos" w:cs="Aptos"/>
          <w:b w:val="0"/>
          <w:bCs w:val="0"/>
          <w:i w:val="0"/>
          <w:iCs w:val="0"/>
          <w:noProof w:val="0"/>
          <w:sz w:val="28"/>
          <w:szCs w:val="28"/>
          <w:lang w:val="en-US"/>
        </w:rPr>
        <w:t>Mindful Meditation w/ Nurse Linda - Dec. 5 from 12:15 - 1:00 pm</w:t>
      </w:r>
    </w:p>
    <w:p w:rsidR="357BEC8B" w:rsidP="25A68C54" w:rsidRDefault="357BEC8B" w14:paraId="11924449" w14:textId="69CDAB23">
      <w:pPr>
        <w:pStyle w:val="Normal"/>
        <w:bidi w:val="0"/>
        <w:spacing w:before="0" w:beforeAutospacing="off" w:after="200" w:afterAutospacing="off" w:line="360" w:lineRule="auto"/>
        <w:ind w:left="0" w:right="0"/>
        <w:jc w:val="left"/>
      </w:pPr>
      <w:r w:rsidRPr="25A68C54" w:rsidR="357BEC8B">
        <w:rPr>
          <w:rFonts w:ascii="Aptos" w:hAnsi="Aptos" w:eastAsia="Aptos" w:cs="Aptos"/>
          <w:b w:val="0"/>
          <w:bCs w:val="0"/>
          <w:i w:val="0"/>
          <w:iCs w:val="0"/>
          <w:noProof w:val="0"/>
          <w:sz w:val="28"/>
          <w:szCs w:val="28"/>
          <w:lang w:val="en-US"/>
        </w:rPr>
        <w:t>Power Up w/ Tori - Dec 5 from 5:00 - 5:45 pm</w:t>
      </w:r>
    </w:p>
    <w:p w:rsidR="1AF399CB" w:rsidP="25A68C54" w:rsidRDefault="1AF399CB" w14:paraId="20873721" w14:textId="25098BAC">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25A68C54" w:rsidR="1AF399CB">
        <w:rPr>
          <w:rFonts w:ascii="Aptos" w:hAnsi="Aptos"/>
          <w:color w:val="0070C0"/>
          <w:sz w:val="32"/>
          <w:szCs w:val="32"/>
        </w:rPr>
        <w:t>Let’s</w:t>
      </w:r>
      <w:r w:rsidRPr="25A68C54" w:rsidR="1AF399CB">
        <w:rPr>
          <w:rFonts w:ascii="Aptos" w:hAnsi="Aptos"/>
          <w:color w:val="0070C0"/>
          <w:sz w:val="32"/>
          <w:szCs w:val="32"/>
        </w:rPr>
        <w:t xml:space="preserve"> Talk About Sex </w:t>
      </w:r>
    </w:p>
    <w:p w:rsidR="0DC7E6E1" w:rsidP="25A68C54" w:rsidRDefault="0DC7E6E1" w14:paraId="7DD0763A" w14:textId="255112A5">
      <w:pPr>
        <w:pStyle w:val="Heading2"/>
        <w:suppressLineNumbers w:val="0"/>
        <w:bidi w:val="0"/>
        <w:spacing w:before="200" w:beforeAutospacing="off" w:after="0" w:afterAutospacing="off" w:line="360" w:lineRule="auto"/>
        <w:ind w:left="0" w:right="0"/>
        <w:jc w:val="left"/>
        <w:rPr>
          <w:rFonts w:ascii="Aptos" w:hAnsi="Aptos" w:eastAsia="Aptos" w:cs="Aptos"/>
          <w:b w:val="1"/>
          <w:bCs w:val="1"/>
          <w:i w:val="0"/>
          <w:iCs w:val="0"/>
          <w:caps w:val="0"/>
          <w:smallCaps w:val="0"/>
          <w:noProof w:val="0"/>
          <w:color w:val="0070C0"/>
          <w:sz w:val="28"/>
          <w:szCs w:val="28"/>
          <w:lang w:val="en-US"/>
        </w:rPr>
      </w:pPr>
      <w:r w:rsidRPr="25A68C54" w:rsidR="0DC7E6E1">
        <w:rPr>
          <w:rFonts w:ascii="Aptos" w:hAnsi="Aptos" w:eastAsia="Aptos" w:cs="Aptos"/>
          <w:b w:val="1"/>
          <w:bCs w:val="1"/>
          <w:i w:val="0"/>
          <w:iCs w:val="0"/>
          <w:caps w:val="0"/>
          <w:smallCaps w:val="0"/>
          <w:noProof w:val="0"/>
          <w:color w:val="0070C0"/>
          <w:sz w:val="28"/>
          <w:szCs w:val="28"/>
          <w:lang w:val="en-US"/>
        </w:rPr>
        <w:t>Sexual Health Tips</w:t>
      </w:r>
    </w:p>
    <w:p w:rsidR="0DC7E6E1" w:rsidP="25A68C54" w:rsidRDefault="0DC7E6E1" w14:paraId="47A54B81" w14:textId="1D65FDC5">
      <w:pPr>
        <w:pStyle w:val="ListParagraph"/>
        <w:numPr>
          <w:ilvl w:val="0"/>
          <w:numId w:val="18"/>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25A68C54" w:rsidR="0DC7E6E1">
        <w:rPr>
          <w:rFonts w:ascii="Aptos" w:hAnsi="Aptos" w:eastAsia="Aptos" w:cs="Aptos"/>
          <w:b w:val="0"/>
          <w:bCs w:val="0"/>
          <w:i w:val="0"/>
          <w:iCs w:val="0"/>
          <w:noProof w:val="0"/>
          <w:sz w:val="28"/>
          <w:szCs w:val="28"/>
          <w:lang w:val="en-US"/>
        </w:rPr>
        <w:t>Practice safe sex by getting tested regularly and using protection. The Wellbeing Center offers male and female condoms, dental dams, finger cots, and lube.</w:t>
      </w:r>
    </w:p>
    <w:p w:rsidR="0DC7E6E1" w:rsidP="25A68C54" w:rsidRDefault="0DC7E6E1" w14:paraId="1EF0064B" w14:textId="55898051">
      <w:pPr>
        <w:pStyle w:val="ListParagraph"/>
        <w:numPr>
          <w:ilvl w:val="0"/>
          <w:numId w:val="18"/>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25A68C54" w:rsidR="0DC7E6E1">
        <w:rPr>
          <w:rFonts w:ascii="Aptos" w:hAnsi="Aptos" w:eastAsia="Aptos" w:cs="Aptos"/>
          <w:b w:val="0"/>
          <w:bCs w:val="0"/>
          <w:i w:val="0"/>
          <w:iCs w:val="0"/>
          <w:noProof w:val="0"/>
          <w:sz w:val="28"/>
          <w:szCs w:val="28"/>
          <w:lang w:val="en-US"/>
        </w:rPr>
        <w:t>Communicate needs, boundaries, and concerns</w:t>
      </w:r>
    </w:p>
    <w:p w:rsidR="0DC7E6E1" w:rsidP="25A68C54" w:rsidRDefault="0DC7E6E1" w14:paraId="0E08D23D" w14:textId="320BE48E">
      <w:pPr>
        <w:pStyle w:val="ListParagraph"/>
        <w:numPr>
          <w:ilvl w:val="0"/>
          <w:numId w:val="18"/>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25A68C54" w:rsidR="0DC7E6E1">
        <w:rPr>
          <w:rFonts w:ascii="Aptos" w:hAnsi="Aptos" w:eastAsia="Aptos" w:cs="Aptos"/>
          <w:b w:val="0"/>
          <w:bCs w:val="0"/>
          <w:i w:val="0"/>
          <w:iCs w:val="0"/>
          <w:noProof w:val="0"/>
          <w:sz w:val="28"/>
          <w:szCs w:val="28"/>
          <w:lang w:val="en-US"/>
        </w:rPr>
        <w:t>ALWAYS get CONSENT</w:t>
      </w:r>
    </w:p>
    <w:p w:rsidR="57D70ECE" w:rsidP="25A68C54" w:rsidRDefault="57D70ECE" w14:paraId="3F0EA2F0" w14:textId="20CB6D66">
      <w:pPr>
        <w:pStyle w:val="Normal"/>
        <w:bidi w:val="0"/>
        <w:spacing w:before="0" w:beforeAutospacing="off" w:after="200" w:afterAutospacing="off" w:line="360" w:lineRule="auto"/>
        <w:ind w:left="0" w:right="0"/>
        <w:jc w:val="left"/>
      </w:pPr>
      <w:r w:rsidRPr="25A68C54" w:rsidR="57D70ECE">
        <w:rPr>
          <w:rFonts w:ascii="Aptos" w:hAnsi="Aptos" w:eastAsia="Aptos" w:cs="Aptos"/>
          <w:b w:val="0"/>
          <w:bCs w:val="0"/>
          <w:i w:val="0"/>
          <w:iCs w:val="0"/>
          <w:noProof w:val="0"/>
          <w:sz w:val="28"/>
          <w:szCs w:val="28"/>
          <w:lang w:val="en-US"/>
        </w:rPr>
        <w:t xml:space="preserve">*Walk in or call for an appointment at Health Services, </w:t>
      </w:r>
      <w:r w:rsidRPr="25A68C54" w:rsidR="57D70ECE">
        <w:rPr>
          <w:rFonts w:ascii="Aptos" w:hAnsi="Aptos" w:eastAsia="Aptos" w:cs="Aptos"/>
          <w:b w:val="0"/>
          <w:bCs w:val="0"/>
          <w:i w:val="0"/>
          <w:iCs w:val="0"/>
          <w:noProof w:val="0"/>
          <w:sz w:val="28"/>
          <w:szCs w:val="28"/>
          <w:lang w:val="en-US"/>
        </w:rPr>
        <w:t>located</w:t>
      </w:r>
      <w:r w:rsidRPr="25A68C54" w:rsidR="57D70ECE">
        <w:rPr>
          <w:rFonts w:ascii="Aptos" w:hAnsi="Aptos" w:eastAsia="Aptos" w:cs="Aptos"/>
          <w:b w:val="0"/>
          <w:bCs w:val="0"/>
          <w:i w:val="0"/>
          <w:iCs w:val="0"/>
          <w:noProof w:val="0"/>
          <w:sz w:val="28"/>
          <w:szCs w:val="28"/>
          <w:lang w:val="en-US"/>
        </w:rPr>
        <w:t xml:space="preserve"> in Granoff Hall today, for STI testing! You can also make an appointment online for the next Get Yourself Tested event on Dec. 4th.</w:t>
      </w:r>
    </w:p>
    <w:p w:rsidRPr="005B0148" w:rsidR="002D59C6" w:rsidP="25A68C54" w:rsidRDefault="005B0148" w14:paraId="1DF540F8" w14:textId="48EC5C4C">
      <w:pPr>
        <w:pStyle w:val="Heading2"/>
        <w:spacing w:line="360" w:lineRule="auto"/>
        <w:rPr>
          <w:rFonts w:ascii="Aptos" w:hAnsi="Aptos"/>
          <w:color w:val="0070C0"/>
          <w:sz w:val="32"/>
          <w:szCs w:val="32"/>
        </w:rPr>
      </w:pPr>
      <w:r w:rsidRPr="25A68C54" w:rsidR="3482FF23">
        <w:rPr>
          <w:rFonts w:ascii="Aptos" w:hAnsi="Aptos"/>
          <w:color w:val="0070C0"/>
          <w:sz w:val="32"/>
          <w:szCs w:val="32"/>
        </w:rPr>
        <w:t>Holiday Survival Guide</w:t>
      </w:r>
    </w:p>
    <w:p w:rsidR="4B0EB38A" w:rsidP="25A68C54" w:rsidRDefault="4B0EB38A" w14:paraId="65594745" w14:textId="76FE8C62">
      <w:pPr>
        <w:pStyle w:val="Normal"/>
        <w:spacing w:line="360" w:lineRule="auto"/>
        <w:rPr>
          <w:rFonts w:ascii="Aptos" w:hAnsi="Aptos" w:eastAsia="Aptos" w:cs="Aptos"/>
          <w:b w:val="1"/>
          <w:bCs w:val="1"/>
          <w:i w:val="0"/>
          <w:iCs w:val="0"/>
          <w:noProof w:val="0"/>
          <w:color w:val="0070C0"/>
          <w:sz w:val="28"/>
          <w:szCs w:val="28"/>
          <w:lang w:val="en-US"/>
        </w:rPr>
      </w:pPr>
      <w:r w:rsidRPr="25A68C54" w:rsidR="7E79A41D">
        <w:rPr>
          <w:rFonts w:ascii="Aptos" w:hAnsi="Aptos" w:eastAsia="Aptos" w:cs="Aptos"/>
          <w:b w:val="1"/>
          <w:bCs w:val="1"/>
          <w:i w:val="0"/>
          <w:iCs w:val="0"/>
          <w:noProof w:val="0"/>
          <w:color w:val="0070C0"/>
          <w:sz w:val="28"/>
          <w:szCs w:val="28"/>
          <w:lang w:val="en-US"/>
        </w:rPr>
        <w:t>Tips for Financial Stress</w:t>
      </w:r>
    </w:p>
    <w:p w:rsidR="4B0EB38A" w:rsidP="25A68C54" w:rsidRDefault="4B0EB38A" w14:paraId="6F8A166A" w14:textId="0E0BBA64">
      <w:pPr>
        <w:pStyle w:val="ListParagraph"/>
        <w:numPr>
          <w:ilvl w:val="0"/>
          <w:numId w:val="19"/>
        </w:numPr>
        <w:spacing w:line="360" w:lineRule="auto"/>
        <w:rPr>
          <w:rFonts w:ascii="Aptos" w:hAnsi="Aptos"/>
          <w:sz w:val="28"/>
          <w:szCs w:val="28"/>
        </w:rPr>
      </w:pPr>
      <w:r w:rsidRPr="25A68C54" w:rsidR="7E79A41D">
        <w:rPr>
          <w:rFonts w:ascii="Aptos" w:hAnsi="Aptos"/>
          <w:sz w:val="28"/>
          <w:szCs w:val="28"/>
        </w:rPr>
        <w:t>Participate in Secret Santa or White Elephant rather than getting individual gifts.</w:t>
      </w:r>
    </w:p>
    <w:p w:rsidR="4B0EB38A" w:rsidP="25A68C54" w:rsidRDefault="4B0EB38A" w14:paraId="576152A3" w14:textId="3F54C23F">
      <w:pPr>
        <w:pStyle w:val="ListParagraph"/>
        <w:numPr>
          <w:ilvl w:val="0"/>
          <w:numId w:val="19"/>
        </w:numPr>
        <w:spacing w:line="360" w:lineRule="auto"/>
        <w:rPr>
          <w:rFonts w:ascii="Aptos" w:hAnsi="Aptos"/>
          <w:sz w:val="28"/>
          <w:szCs w:val="28"/>
        </w:rPr>
      </w:pPr>
      <w:r w:rsidRPr="25A68C54" w:rsidR="7E79A41D">
        <w:rPr>
          <w:rFonts w:ascii="Aptos" w:hAnsi="Aptos"/>
          <w:sz w:val="28"/>
          <w:szCs w:val="28"/>
        </w:rPr>
        <w:t>Set a gift limit with friends and family to avoid feeling pressure to buy expensive gifts.</w:t>
      </w:r>
    </w:p>
    <w:p w:rsidR="4B0EB38A" w:rsidP="25A68C54" w:rsidRDefault="4B0EB38A" w14:paraId="74EBE83A" w14:textId="105ECBFB">
      <w:pPr>
        <w:pStyle w:val="ListParagraph"/>
        <w:numPr>
          <w:ilvl w:val="0"/>
          <w:numId w:val="19"/>
        </w:numPr>
        <w:spacing w:line="360" w:lineRule="auto"/>
        <w:rPr>
          <w:rFonts w:ascii="Aptos" w:hAnsi="Aptos"/>
          <w:sz w:val="28"/>
          <w:szCs w:val="28"/>
        </w:rPr>
      </w:pPr>
      <w:r w:rsidRPr="25A68C54" w:rsidR="7E79A41D">
        <w:rPr>
          <w:rFonts w:ascii="Aptos" w:hAnsi="Aptos"/>
          <w:sz w:val="28"/>
          <w:szCs w:val="28"/>
        </w:rPr>
        <w:t>Don’t be afraid to say no to social invitations that may cause additional stress or financial strain.</w:t>
      </w:r>
    </w:p>
    <w:p w:rsidR="4B0EB38A" w:rsidP="25A68C54" w:rsidRDefault="4B0EB38A" w14:paraId="6362DFB6" w14:textId="49AE7997">
      <w:pPr>
        <w:pStyle w:val="ListParagraph"/>
        <w:numPr>
          <w:ilvl w:val="0"/>
          <w:numId w:val="19"/>
        </w:numPr>
        <w:spacing w:line="360" w:lineRule="auto"/>
        <w:rPr>
          <w:rFonts w:ascii="Aptos" w:hAnsi="Aptos"/>
          <w:sz w:val="28"/>
          <w:szCs w:val="28"/>
        </w:rPr>
      </w:pPr>
      <w:r w:rsidRPr="25A68C54" w:rsidR="7E79A41D">
        <w:rPr>
          <w:rFonts w:ascii="Aptos" w:hAnsi="Aptos"/>
          <w:sz w:val="28"/>
          <w:szCs w:val="28"/>
        </w:rPr>
        <w:t>Create a holiday budget and establish spending limits.</w:t>
      </w:r>
    </w:p>
    <w:p w:rsidR="4B0EB38A" w:rsidP="25A68C54" w:rsidRDefault="4B0EB38A" w14:paraId="217168EA" w14:textId="008ECCD9">
      <w:pPr>
        <w:pStyle w:val="ListParagraph"/>
        <w:numPr>
          <w:ilvl w:val="0"/>
          <w:numId w:val="19"/>
        </w:numPr>
        <w:spacing w:line="360" w:lineRule="auto"/>
        <w:rPr>
          <w:rFonts w:ascii="Aptos" w:hAnsi="Aptos"/>
          <w:sz w:val="28"/>
          <w:szCs w:val="28"/>
        </w:rPr>
      </w:pPr>
      <w:r w:rsidRPr="25A68C54" w:rsidR="7E79A41D">
        <w:rPr>
          <w:rFonts w:ascii="Aptos" w:hAnsi="Aptos"/>
          <w:sz w:val="28"/>
          <w:szCs w:val="28"/>
        </w:rPr>
        <w:t>Have a holiday celebration outing or potluck rather than gift-giving.</w:t>
      </w:r>
    </w:p>
    <w:p w:rsidR="4B0EB38A" w:rsidP="25A68C54" w:rsidRDefault="4B0EB38A" w14:paraId="3CE86DDB" w14:textId="3EC86CFE">
      <w:pPr>
        <w:pStyle w:val="ListParagraph"/>
        <w:numPr>
          <w:ilvl w:val="0"/>
          <w:numId w:val="19"/>
        </w:numPr>
        <w:spacing w:line="360" w:lineRule="auto"/>
        <w:rPr>
          <w:rFonts w:ascii="Aptos" w:hAnsi="Aptos"/>
          <w:sz w:val="28"/>
          <w:szCs w:val="28"/>
        </w:rPr>
      </w:pPr>
      <w:r w:rsidRPr="25A68C54" w:rsidR="7E79A41D">
        <w:rPr>
          <w:rFonts w:ascii="Aptos" w:hAnsi="Aptos"/>
          <w:sz w:val="28"/>
          <w:szCs w:val="28"/>
        </w:rPr>
        <w:t>Hone in on your artistic abilities and create a sentimental gift.</w:t>
      </w:r>
    </w:p>
    <w:p w:rsidR="4B0EB38A" w:rsidP="25A68C54" w:rsidRDefault="4B0EB38A" w14:paraId="76B06618" w14:textId="0BE87804">
      <w:pPr>
        <w:pStyle w:val="Heading2"/>
        <w:spacing w:line="360" w:lineRule="auto"/>
        <w:rPr>
          <w:rFonts w:ascii="Aptos" w:hAnsi="Aptos"/>
          <w:color w:val="0070C0"/>
          <w:sz w:val="32"/>
          <w:szCs w:val="32"/>
        </w:rPr>
      </w:pPr>
      <w:r w:rsidRPr="25A68C54" w:rsidR="7E79A41D">
        <w:rPr>
          <w:rFonts w:ascii="Aptos" w:hAnsi="Aptos"/>
          <w:color w:val="0070C0"/>
          <w:sz w:val="32"/>
          <w:szCs w:val="32"/>
        </w:rPr>
        <w:t>Winter</w:t>
      </w:r>
      <w:r w:rsidRPr="25A68C54" w:rsidR="7E79A41D">
        <w:rPr>
          <w:rFonts w:ascii="Aptos" w:hAnsi="Aptos"/>
          <w:color w:val="0070C0"/>
          <w:sz w:val="32"/>
          <w:szCs w:val="32"/>
        </w:rPr>
        <w:t xml:space="preserve"> Survival Guide</w:t>
      </w:r>
    </w:p>
    <w:p w:rsidR="4B0EB38A" w:rsidP="25A68C54" w:rsidRDefault="4B0EB38A" w14:paraId="23444853" w14:textId="64694327">
      <w:pPr>
        <w:pStyle w:val="Normal"/>
        <w:spacing w:line="360" w:lineRule="auto"/>
        <w:rPr>
          <w:rFonts w:ascii="Aptos" w:hAnsi="Aptos" w:eastAsia="Aptos" w:cs="Aptos"/>
          <w:b w:val="1"/>
          <w:bCs w:val="1"/>
          <w:i w:val="0"/>
          <w:iCs w:val="0"/>
          <w:noProof w:val="0"/>
          <w:color w:val="0070C0"/>
          <w:sz w:val="28"/>
          <w:szCs w:val="28"/>
          <w:lang w:val="en-US"/>
        </w:rPr>
      </w:pPr>
      <w:r w:rsidRPr="25A68C54" w:rsidR="7E79A41D">
        <w:rPr>
          <w:rFonts w:ascii="Aptos" w:hAnsi="Aptos" w:eastAsia="Aptos" w:cs="Aptos"/>
          <w:b w:val="1"/>
          <w:bCs w:val="1"/>
          <w:i w:val="0"/>
          <w:iCs w:val="0"/>
          <w:noProof w:val="0"/>
          <w:color w:val="0070C0"/>
          <w:sz w:val="28"/>
          <w:szCs w:val="28"/>
          <w:lang w:val="en-US"/>
        </w:rPr>
        <w:t>Tips for Winter Wellness</w:t>
      </w:r>
    </w:p>
    <w:p w:rsidR="4B0EB38A" w:rsidP="25A68C54" w:rsidRDefault="4B0EB38A" w14:paraId="15CAD6A0" w14:textId="3E95B6ED">
      <w:pPr>
        <w:pStyle w:val="ListParagraph"/>
        <w:numPr>
          <w:ilvl w:val="0"/>
          <w:numId w:val="19"/>
        </w:numPr>
        <w:spacing w:line="360" w:lineRule="auto"/>
        <w:rPr>
          <w:rFonts w:ascii="Aptos" w:hAnsi="Aptos"/>
          <w:sz w:val="28"/>
          <w:szCs w:val="28"/>
        </w:rPr>
      </w:pPr>
      <w:r w:rsidRPr="25A68C54" w:rsidR="7E79A41D">
        <w:rPr>
          <w:rFonts w:ascii="Aptos" w:hAnsi="Aptos"/>
          <w:sz w:val="28"/>
          <w:szCs w:val="28"/>
        </w:rPr>
        <w:t>Go for morning walks to get a daily dose of Vitamin D, researchers suggest 15-30 minutes of direct sunlight a day.</w:t>
      </w:r>
    </w:p>
    <w:p w:rsidR="4B0EB38A" w:rsidP="25A68C54" w:rsidRDefault="4B0EB38A" w14:paraId="76593347" w14:textId="468BE62D">
      <w:pPr>
        <w:pStyle w:val="ListParagraph"/>
        <w:numPr>
          <w:ilvl w:val="0"/>
          <w:numId w:val="19"/>
        </w:numPr>
        <w:spacing w:line="360" w:lineRule="auto"/>
        <w:rPr>
          <w:rFonts w:ascii="Aptos" w:hAnsi="Aptos"/>
          <w:sz w:val="28"/>
          <w:szCs w:val="28"/>
        </w:rPr>
      </w:pPr>
      <w:r w:rsidRPr="25A68C54" w:rsidR="7E79A41D">
        <w:rPr>
          <w:rFonts w:ascii="Aptos" w:hAnsi="Aptos"/>
          <w:sz w:val="28"/>
          <w:szCs w:val="28"/>
        </w:rPr>
        <w:t>Avoid taking excessive amounts of food and feeling pressured to eat everything when feeling full.</w:t>
      </w:r>
    </w:p>
    <w:p w:rsidR="4B0EB38A" w:rsidP="25A68C54" w:rsidRDefault="4B0EB38A" w14:paraId="39034FD2" w14:textId="02B22E1D">
      <w:pPr>
        <w:pStyle w:val="ListParagraph"/>
        <w:numPr>
          <w:ilvl w:val="0"/>
          <w:numId w:val="19"/>
        </w:numPr>
        <w:spacing w:line="360" w:lineRule="auto"/>
        <w:rPr>
          <w:rFonts w:ascii="Aptos" w:hAnsi="Aptos"/>
          <w:sz w:val="28"/>
          <w:szCs w:val="28"/>
        </w:rPr>
      </w:pPr>
      <w:r w:rsidRPr="25A68C54" w:rsidR="7E79A41D">
        <w:rPr>
          <w:rFonts w:ascii="Aptos" w:hAnsi="Aptos"/>
          <w:sz w:val="28"/>
          <w:szCs w:val="28"/>
        </w:rPr>
        <w:t>Reflect on the positive aspects of your day, your goals, and the things that make you feel happy and thankful.</w:t>
      </w:r>
    </w:p>
    <w:p w:rsidR="4B0EB38A" w:rsidP="25A68C54" w:rsidRDefault="4B0EB38A" w14:paraId="7EC71D39" w14:textId="47AD84E2">
      <w:pPr>
        <w:pStyle w:val="ListParagraph"/>
        <w:numPr>
          <w:ilvl w:val="0"/>
          <w:numId w:val="19"/>
        </w:numPr>
        <w:spacing w:line="360" w:lineRule="auto"/>
        <w:rPr>
          <w:rFonts w:ascii="Aptos" w:hAnsi="Aptos"/>
          <w:sz w:val="28"/>
          <w:szCs w:val="28"/>
        </w:rPr>
      </w:pPr>
      <w:r w:rsidRPr="25A68C54" w:rsidR="7E79A41D">
        <w:rPr>
          <w:rFonts w:ascii="Aptos" w:hAnsi="Aptos"/>
          <w:sz w:val="28"/>
          <w:szCs w:val="28"/>
        </w:rPr>
        <w:t>The winter months bring flu and cold season. Wash your hands regularly, use hand sanitizer when needed, and avoid touching your face to reduce the spread of germs.</w:t>
      </w:r>
    </w:p>
    <w:p w:rsidR="4B0EB38A" w:rsidP="25A68C54" w:rsidRDefault="4B0EB38A" w14:paraId="2EDF6D11" w14:textId="0D416A3F">
      <w:pPr>
        <w:pStyle w:val="ListParagraph"/>
        <w:numPr>
          <w:ilvl w:val="0"/>
          <w:numId w:val="19"/>
        </w:numPr>
        <w:spacing w:line="360" w:lineRule="auto"/>
        <w:rPr>
          <w:rFonts w:ascii="Aptos" w:hAnsi="Aptos"/>
          <w:sz w:val="28"/>
          <w:szCs w:val="28"/>
        </w:rPr>
      </w:pPr>
      <w:r w:rsidRPr="25A68C54" w:rsidR="7E79A41D">
        <w:rPr>
          <w:rFonts w:ascii="Aptos" w:hAnsi="Aptos"/>
          <w:sz w:val="28"/>
          <w:szCs w:val="28"/>
        </w:rPr>
        <w:t xml:space="preserve">Prioritize self-care by staying hydrated, exercising, sleeping, and </w:t>
      </w:r>
      <w:r w:rsidRPr="25A68C54" w:rsidR="7E79A41D">
        <w:rPr>
          <w:rFonts w:ascii="Aptos" w:hAnsi="Aptos"/>
          <w:sz w:val="28"/>
          <w:szCs w:val="28"/>
        </w:rPr>
        <w:t>participating</w:t>
      </w:r>
      <w:r w:rsidRPr="25A68C54" w:rsidR="7E79A41D">
        <w:rPr>
          <w:rFonts w:ascii="Aptos" w:hAnsi="Aptos"/>
          <w:sz w:val="28"/>
          <w:szCs w:val="28"/>
        </w:rPr>
        <w:t xml:space="preserve"> in hobbies.</w:t>
      </w:r>
    </w:p>
    <w:p w:rsidRPr="00E2051D" w:rsidR="00E2051D" w:rsidP="25A68C54" w:rsidRDefault="00E2051D" w14:paraId="603EA1A8" w14:textId="6B64372F">
      <w:pPr>
        <w:pStyle w:val="Normal"/>
        <w:suppressLineNumbers w:val="0"/>
        <w:bidi w:val="0"/>
        <w:spacing w:before="200" w:beforeAutospacing="off" w:after="0" w:afterAutospacing="off" w:line="360" w:lineRule="auto"/>
        <w:ind w:left="0" w:right="0"/>
        <w:jc w:val="left"/>
        <w:rPr>
          <w:rFonts w:ascii="Aptos" w:hAnsi="Aptos" w:eastAsia="ＭＳ ゴシック" w:cs="" w:eastAsiaTheme="majorEastAsia" w:cstheme="majorBidi"/>
          <w:b w:val="1"/>
          <w:bCs w:val="1"/>
          <w:color w:val="0070C0"/>
          <w:sz w:val="32"/>
          <w:szCs w:val="32"/>
        </w:rPr>
      </w:pPr>
      <w:r w:rsidRPr="25A68C54" w:rsidR="7F77F326">
        <w:rPr>
          <w:rFonts w:ascii="Aptos" w:hAnsi="Aptos" w:eastAsia="ＭＳ ゴシック" w:cs="" w:eastAsiaTheme="majorEastAsia" w:cstheme="majorBidi"/>
          <w:b w:val="1"/>
          <w:bCs w:val="1"/>
          <w:color w:val="0070C0"/>
          <w:sz w:val="32"/>
          <w:szCs w:val="32"/>
        </w:rPr>
        <w:t>Mind Over Chatter</w:t>
      </w:r>
      <w:r w:rsidRPr="25A68C54" w:rsidR="3409F5DD">
        <w:rPr>
          <w:rFonts w:ascii="Aptos" w:hAnsi="Aptos" w:eastAsia="ＭＳ ゴシック" w:cs="" w:eastAsiaTheme="majorEastAsia" w:cstheme="majorBidi"/>
          <w:b w:val="1"/>
          <w:bCs w:val="1"/>
          <w:color w:val="0070C0"/>
          <w:sz w:val="32"/>
          <w:szCs w:val="32"/>
        </w:rPr>
        <w:t xml:space="preserve">: </w:t>
      </w:r>
      <w:r w:rsidRPr="25A68C54" w:rsidR="3409F5DD">
        <w:rPr>
          <w:rFonts w:ascii="Aptos" w:hAnsi="Aptos" w:eastAsia="ＭＳ ゴシック" w:cs="" w:eastAsiaTheme="majorEastAsia" w:cstheme="majorBidi"/>
          <w:b w:val="1"/>
          <w:bCs w:val="1"/>
          <w:color w:val="0070C0"/>
          <w:sz w:val="32"/>
          <w:szCs w:val="32"/>
        </w:rPr>
        <w:t>Stress Less, Live More</w:t>
      </w:r>
    </w:p>
    <w:p w:rsidR="01FB779F" w:rsidP="25A68C54" w:rsidRDefault="01FB779F" w14:paraId="5B40C4C6" w14:textId="0C9A974B">
      <w:pPr>
        <w:spacing w:line="360" w:lineRule="auto"/>
        <w:rPr>
          <w:rFonts w:ascii="Aptos" w:hAnsi="Aptos"/>
          <w:sz w:val="28"/>
          <w:szCs w:val="28"/>
        </w:rPr>
      </w:pPr>
      <w:r w:rsidRPr="25A68C54" w:rsidR="01FB779F">
        <w:rPr>
          <w:rFonts w:ascii="Aptos" w:hAnsi="Aptos"/>
          <w:sz w:val="28"/>
          <w:szCs w:val="28"/>
        </w:rPr>
        <w:t>“Why is gratitude essential, and how can you practice it?”</w:t>
      </w:r>
    </w:p>
    <w:p w:rsidR="01FB779F" w:rsidP="25A68C54" w:rsidRDefault="01FB779F" w14:paraId="7E128E01" w14:textId="252B295F">
      <w:pPr>
        <w:pStyle w:val="Normal"/>
        <w:spacing w:line="360" w:lineRule="auto"/>
      </w:pPr>
      <w:r w:rsidRPr="25A68C54" w:rsidR="01FB779F">
        <w:rPr>
          <w:rFonts w:ascii="Aptos" w:hAnsi="Aptos"/>
          <w:sz w:val="28"/>
          <w:szCs w:val="28"/>
        </w:rPr>
        <w:t>Gratitude boosts well-being, fosters positive emotions, and strengthens relationships by shifting focus from what’s lacking to what’s abundant.</w:t>
      </w:r>
    </w:p>
    <w:p w:rsidR="01FB779F" w:rsidP="25A68C54" w:rsidRDefault="01FB779F" w14:paraId="1DC8A44E" w14:textId="6F8E3D38">
      <w:pPr>
        <w:pStyle w:val="Normal"/>
        <w:spacing w:line="360" w:lineRule="auto"/>
      </w:pPr>
      <w:r w:rsidRPr="25A68C54" w:rsidR="01FB779F">
        <w:rPr>
          <w:rFonts w:ascii="Aptos" w:hAnsi="Aptos"/>
          <w:sz w:val="28"/>
          <w:szCs w:val="28"/>
        </w:rPr>
        <w:t>Ways to practice gratitude:</w:t>
      </w:r>
    </w:p>
    <w:p w:rsidR="01FB779F" w:rsidP="25A68C54" w:rsidRDefault="01FB779F" w14:paraId="6C2DA7B9" w14:textId="6BD4866E">
      <w:pPr>
        <w:pStyle w:val="Normal"/>
        <w:spacing w:line="360" w:lineRule="auto"/>
      </w:pPr>
      <w:r w:rsidRPr="25A68C54" w:rsidR="01FB779F">
        <w:rPr>
          <w:rFonts w:ascii="Aptos" w:hAnsi="Aptos"/>
          <w:sz w:val="28"/>
          <w:szCs w:val="28"/>
        </w:rPr>
        <w:t xml:space="preserve"> Keep a gratitude journal – jot down 3 things </w:t>
      </w:r>
      <w:r w:rsidRPr="25A68C54" w:rsidR="01FB779F">
        <w:rPr>
          <w:rFonts w:ascii="Aptos" w:hAnsi="Aptos"/>
          <w:sz w:val="28"/>
          <w:szCs w:val="28"/>
        </w:rPr>
        <w:t>you’re</w:t>
      </w:r>
      <w:r w:rsidRPr="25A68C54" w:rsidR="01FB779F">
        <w:rPr>
          <w:rFonts w:ascii="Aptos" w:hAnsi="Aptos"/>
          <w:sz w:val="28"/>
          <w:szCs w:val="28"/>
        </w:rPr>
        <w:t xml:space="preserve"> thankful for.</w:t>
      </w:r>
    </w:p>
    <w:p w:rsidR="01FB779F" w:rsidP="25A68C54" w:rsidRDefault="01FB779F" w14:paraId="1A8CD143" w14:textId="56C170B8">
      <w:pPr>
        <w:pStyle w:val="Normal"/>
        <w:spacing w:line="360" w:lineRule="auto"/>
      </w:pPr>
      <w:r w:rsidRPr="25A68C54" w:rsidR="01FB779F">
        <w:rPr>
          <w:rFonts w:ascii="Aptos" w:hAnsi="Aptos"/>
          <w:sz w:val="28"/>
          <w:szCs w:val="28"/>
        </w:rPr>
        <w:t>Express appreciation to someone special.</w:t>
      </w:r>
    </w:p>
    <w:p w:rsidR="01FB779F" w:rsidP="25A68C54" w:rsidRDefault="01FB779F" w14:paraId="2A502D54" w14:textId="635251FF">
      <w:pPr>
        <w:pStyle w:val="Normal"/>
        <w:spacing w:line="360" w:lineRule="auto"/>
      </w:pPr>
      <w:r w:rsidRPr="25A68C54" w:rsidR="01FB779F">
        <w:rPr>
          <w:rFonts w:ascii="Aptos" w:hAnsi="Aptos"/>
          <w:sz w:val="28"/>
          <w:szCs w:val="28"/>
        </w:rPr>
        <w:t>Take a moment daily to reflect on life’s positives.</w:t>
      </w:r>
    </w:p>
    <w:p w:rsidR="01FB779F" w:rsidP="25A68C54" w:rsidRDefault="01FB779F" w14:paraId="1CE8F4E5" w14:textId="7A218852">
      <w:pPr>
        <w:pStyle w:val="Normal"/>
        <w:spacing w:line="360" w:lineRule="auto"/>
      </w:pPr>
      <w:r w:rsidRPr="25A68C54" w:rsidR="01FB779F">
        <w:rPr>
          <w:rFonts w:ascii="Aptos" w:hAnsi="Aptos"/>
          <w:sz w:val="28"/>
          <w:szCs w:val="28"/>
        </w:rPr>
        <w:t xml:space="preserve">Start </w:t>
      </w:r>
      <w:r w:rsidRPr="25A68C54" w:rsidR="01FB779F">
        <w:rPr>
          <w:rFonts w:ascii="Aptos" w:hAnsi="Aptos"/>
          <w:sz w:val="28"/>
          <w:szCs w:val="28"/>
        </w:rPr>
        <w:t>small, and</w:t>
      </w:r>
      <w:r w:rsidRPr="25A68C54" w:rsidR="01FB779F">
        <w:rPr>
          <w:rFonts w:ascii="Aptos" w:hAnsi="Aptos"/>
          <w:sz w:val="28"/>
          <w:szCs w:val="28"/>
        </w:rPr>
        <w:t xml:space="preserve"> watch your perspective grow! </w:t>
      </w:r>
    </w:p>
    <w:p w:rsidRPr="00F91F87" w:rsidR="00F91F87" w:rsidP="25A68C54" w:rsidRDefault="00F91F87" w14:paraId="4D50D863" w14:textId="6A0B18CC">
      <w:pPr>
        <w:spacing w:line="360" w:lineRule="auto"/>
        <w:rPr>
          <w:rFonts w:ascii="Aptos" w:hAnsi="Aptos"/>
          <w:b w:val="1"/>
          <w:bCs w:val="1"/>
          <w:color w:val="0070C0"/>
          <w:sz w:val="28"/>
          <w:szCs w:val="28"/>
        </w:rPr>
      </w:pPr>
      <w:r w:rsidRPr="25A68C54" w:rsidR="6FFB938F">
        <w:rPr>
          <w:rFonts w:ascii="Aptos" w:hAnsi="Aptos"/>
          <w:b w:val="1"/>
          <w:bCs w:val="1"/>
          <w:color w:val="0070C0"/>
          <w:sz w:val="28"/>
          <w:szCs w:val="28"/>
        </w:rPr>
        <w:t>SCSU Resources that can support your mental health:</w:t>
      </w:r>
      <w:r w:rsidRPr="25A68C54" w:rsidR="4C380456">
        <w:rPr>
          <w:rFonts w:ascii="Aptos" w:hAnsi="Aptos"/>
          <w:b w:val="1"/>
          <w:bCs w:val="1"/>
          <w:color w:val="0070C0"/>
          <w:sz w:val="28"/>
          <w:szCs w:val="28"/>
        </w:rPr>
        <w:t xml:space="preserve"> </w:t>
      </w:r>
    </w:p>
    <w:p w:rsidR="00F91F87" w:rsidP="25A68C54" w:rsidRDefault="00F91F87" w14:paraId="2C876BBD" w14:textId="77777777">
      <w:pPr>
        <w:pStyle w:val="ListParagraph"/>
        <w:numPr>
          <w:ilvl w:val="0"/>
          <w:numId w:val="15"/>
        </w:numPr>
        <w:spacing w:line="360" w:lineRule="auto"/>
        <w:rPr>
          <w:rFonts w:ascii="Aptos" w:hAnsi="Aptos"/>
          <w:sz w:val="28"/>
          <w:szCs w:val="28"/>
        </w:rPr>
      </w:pPr>
      <w:r w:rsidRPr="25A68C54" w:rsidR="6FFB938F">
        <w:rPr>
          <w:rFonts w:ascii="Aptos" w:hAnsi="Aptos"/>
          <w:sz w:val="28"/>
          <w:szCs w:val="28"/>
        </w:rPr>
        <w:t>Counseling Services (ENG B219)</w:t>
      </w:r>
    </w:p>
    <w:p w:rsidR="00F91F87" w:rsidP="25A68C54" w:rsidRDefault="00F91F87" w14:paraId="5D86A3CB" w14:textId="77777777">
      <w:pPr>
        <w:pStyle w:val="ListParagraph"/>
        <w:numPr>
          <w:ilvl w:val="0"/>
          <w:numId w:val="15"/>
        </w:numPr>
        <w:spacing w:line="360" w:lineRule="auto"/>
        <w:rPr>
          <w:rFonts w:ascii="Aptos" w:hAnsi="Aptos"/>
          <w:sz w:val="28"/>
          <w:szCs w:val="28"/>
        </w:rPr>
      </w:pPr>
      <w:r w:rsidRPr="25A68C54" w:rsidR="6FFB938F">
        <w:rPr>
          <w:rFonts w:ascii="Aptos" w:hAnsi="Aptos"/>
          <w:sz w:val="28"/>
          <w:szCs w:val="28"/>
        </w:rPr>
        <w:t>VPAS (SCHWARTZ 100)</w:t>
      </w:r>
    </w:p>
    <w:p w:rsidR="00F91F87" w:rsidP="25A68C54" w:rsidRDefault="00F91F87" w14:paraId="7AFE73DE" w14:textId="7976CC40">
      <w:pPr>
        <w:pStyle w:val="ListParagraph"/>
        <w:numPr>
          <w:ilvl w:val="0"/>
          <w:numId w:val="15"/>
        </w:numPr>
        <w:spacing w:line="360" w:lineRule="auto"/>
        <w:rPr>
          <w:rFonts w:ascii="Aptos" w:hAnsi="Aptos"/>
          <w:sz w:val="28"/>
          <w:szCs w:val="28"/>
        </w:rPr>
      </w:pPr>
      <w:r w:rsidRPr="25A68C54" w:rsidR="6FFB938F">
        <w:rPr>
          <w:rFonts w:ascii="Aptos" w:hAnsi="Aptos"/>
          <w:sz w:val="28"/>
          <w:szCs w:val="28"/>
        </w:rPr>
        <w:t>Alcohol and Other Drug Recovery Services (SCHWARTZ 101)</w:t>
      </w:r>
    </w:p>
    <w:p w:rsidRPr="00804D88" w:rsidR="00804D88" w:rsidP="25A68C54" w:rsidRDefault="00804D88" w14:paraId="4A1EE96C" w14:textId="067561F7">
      <w:pPr>
        <w:pStyle w:val="ListParagraph"/>
        <w:numPr>
          <w:ilvl w:val="0"/>
          <w:numId w:val="15"/>
        </w:numPr>
        <w:spacing w:line="360" w:lineRule="auto"/>
        <w:rPr>
          <w:rFonts w:ascii="Aptos" w:hAnsi="Aptos"/>
          <w:sz w:val="28"/>
          <w:szCs w:val="28"/>
        </w:rPr>
      </w:pPr>
      <w:r w:rsidRPr="25A68C54" w:rsidR="0807CA44">
        <w:rPr>
          <w:rFonts w:ascii="Aptos" w:hAnsi="Aptos"/>
          <w:sz w:val="28"/>
          <w:szCs w:val="28"/>
        </w:rPr>
        <w:t>CASAS (BULEY 303)</w:t>
      </w:r>
    </w:p>
    <w:p w:rsidRPr="00804D88" w:rsidR="00804D88" w:rsidP="25A68C54" w:rsidRDefault="00804D88" w14:paraId="5E04C8C7" w14:textId="29AE9700">
      <w:pPr>
        <w:pStyle w:val="Normal"/>
        <w:spacing w:line="360" w:lineRule="auto"/>
        <w:rPr>
          <w:rFonts w:ascii="Aptos" w:hAnsi="Aptos" w:eastAsia="ＭＳ ゴシック" w:cs="" w:eastAsiaTheme="majorEastAsia" w:cstheme="majorBidi"/>
          <w:b w:val="1"/>
          <w:bCs w:val="1"/>
          <w:color w:val="4F80BD"/>
          <w:sz w:val="28"/>
          <w:szCs w:val="28"/>
        </w:rPr>
      </w:pPr>
      <w:r w:rsidRPr="25A68C54" w:rsidR="57C84FDD">
        <w:rPr>
          <w:rFonts w:ascii="Aptos" w:hAnsi="Aptos"/>
          <w:b w:val="1"/>
          <w:bCs w:val="1"/>
          <w:color w:val="0070C0"/>
          <w:sz w:val="28"/>
          <w:szCs w:val="28"/>
        </w:rPr>
        <w:t>Rise &amp; Shine</w:t>
      </w:r>
    </w:p>
    <w:p w:rsidRPr="00E2051D" w:rsidR="00E2051D" w:rsidP="25A68C54" w:rsidRDefault="00E2051D" w14:paraId="265616A5" w14:textId="490F65A0">
      <w:pPr>
        <w:pStyle w:val="Normal"/>
        <w:spacing w:line="360" w:lineRule="auto"/>
      </w:pPr>
      <w:r w:rsidRPr="25A68C54" w:rsidR="574D0558">
        <w:rPr>
          <w:rFonts w:ascii="Aptos" w:hAnsi="Aptos" w:eastAsia="Aptos" w:cs="Aptos"/>
          <w:b w:val="0"/>
          <w:bCs w:val="0"/>
          <w:i w:val="0"/>
          <w:iCs w:val="0"/>
          <w:noProof w:val="0"/>
          <w:sz w:val="28"/>
          <w:szCs w:val="28"/>
          <w:lang w:val="en-US"/>
        </w:rPr>
        <w:t>Wake up every morning with the thought that something wonderful is about to happen.</w:t>
      </w:r>
    </w:p>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c291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d9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9">
    <w:abstractNumId w:val="18"/>
  </w:num>
  <w:num w:numId="18">
    <w:abstractNumId w:val="17"/>
  </w: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A3DF1"/>
    <w:rsid w:val="004A4DDA"/>
    <w:rsid w:val="004D1438"/>
    <w:rsid w:val="00520D59"/>
    <w:rsid w:val="005377A8"/>
    <w:rsid w:val="005475C0"/>
    <w:rsid w:val="00565E2E"/>
    <w:rsid w:val="005A764D"/>
    <w:rsid w:val="005B0148"/>
    <w:rsid w:val="005B778B"/>
    <w:rsid w:val="006054BC"/>
    <w:rsid w:val="00612B19"/>
    <w:rsid w:val="00623C53"/>
    <w:rsid w:val="006322A9"/>
    <w:rsid w:val="006652BE"/>
    <w:rsid w:val="00671CD2"/>
    <w:rsid w:val="00692100"/>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134A4F4"/>
    <w:rsid w:val="01FB779F"/>
    <w:rsid w:val="03389BA1"/>
    <w:rsid w:val="03651454"/>
    <w:rsid w:val="0426A37A"/>
    <w:rsid w:val="07056997"/>
    <w:rsid w:val="07AA8E82"/>
    <w:rsid w:val="0807CA44"/>
    <w:rsid w:val="0B49B850"/>
    <w:rsid w:val="0CEACB1E"/>
    <w:rsid w:val="0CF7A040"/>
    <w:rsid w:val="0D8099B8"/>
    <w:rsid w:val="0DC7E6E1"/>
    <w:rsid w:val="0E395199"/>
    <w:rsid w:val="0FBA8E90"/>
    <w:rsid w:val="109CA8A7"/>
    <w:rsid w:val="11C221DB"/>
    <w:rsid w:val="11CDBAD1"/>
    <w:rsid w:val="13B13730"/>
    <w:rsid w:val="1438E1E7"/>
    <w:rsid w:val="18C0F17D"/>
    <w:rsid w:val="18EC0FAE"/>
    <w:rsid w:val="1ADB458B"/>
    <w:rsid w:val="1AF399CB"/>
    <w:rsid w:val="1B1BDCC6"/>
    <w:rsid w:val="1B3BABFF"/>
    <w:rsid w:val="1B6CE6B1"/>
    <w:rsid w:val="1BFF152D"/>
    <w:rsid w:val="1C307B0A"/>
    <w:rsid w:val="1D99F96E"/>
    <w:rsid w:val="23043CF2"/>
    <w:rsid w:val="2306FB48"/>
    <w:rsid w:val="238A58BB"/>
    <w:rsid w:val="243638B3"/>
    <w:rsid w:val="257DBFEC"/>
    <w:rsid w:val="25A68C54"/>
    <w:rsid w:val="26535957"/>
    <w:rsid w:val="2BB75C3B"/>
    <w:rsid w:val="2BE6FAA9"/>
    <w:rsid w:val="2CCDA9ED"/>
    <w:rsid w:val="2F741D71"/>
    <w:rsid w:val="315294B1"/>
    <w:rsid w:val="3317C848"/>
    <w:rsid w:val="3368EDB8"/>
    <w:rsid w:val="33C7E70C"/>
    <w:rsid w:val="3409F5DD"/>
    <w:rsid w:val="341095F9"/>
    <w:rsid w:val="3482FF23"/>
    <w:rsid w:val="34C46780"/>
    <w:rsid w:val="35287978"/>
    <w:rsid w:val="357BEC8B"/>
    <w:rsid w:val="35EFC600"/>
    <w:rsid w:val="36C183A7"/>
    <w:rsid w:val="37FC1EBA"/>
    <w:rsid w:val="3922F6AB"/>
    <w:rsid w:val="393BB82E"/>
    <w:rsid w:val="398C686F"/>
    <w:rsid w:val="3B2414E7"/>
    <w:rsid w:val="3DEB3E52"/>
    <w:rsid w:val="416170A3"/>
    <w:rsid w:val="42811A17"/>
    <w:rsid w:val="42984E84"/>
    <w:rsid w:val="433BAB50"/>
    <w:rsid w:val="44B46CD7"/>
    <w:rsid w:val="456FE658"/>
    <w:rsid w:val="46210F11"/>
    <w:rsid w:val="46C06FD9"/>
    <w:rsid w:val="4B0EB38A"/>
    <w:rsid w:val="4C380456"/>
    <w:rsid w:val="4DF2113A"/>
    <w:rsid w:val="4E71AE23"/>
    <w:rsid w:val="4E94685C"/>
    <w:rsid w:val="4ECD8D66"/>
    <w:rsid w:val="50E88A10"/>
    <w:rsid w:val="514FAECA"/>
    <w:rsid w:val="522973F1"/>
    <w:rsid w:val="5287E843"/>
    <w:rsid w:val="53A2773D"/>
    <w:rsid w:val="55E4A7F9"/>
    <w:rsid w:val="574D0558"/>
    <w:rsid w:val="57C84FDD"/>
    <w:rsid w:val="57D70ECE"/>
    <w:rsid w:val="57EB9D00"/>
    <w:rsid w:val="580B5771"/>
    <w:rsid w:val="5828AE19"/>
    <w:rsid w:val="5870D379"/>
    <w:rsid w:val="58BDB873"/>
    <w:rsid w:val="5C4565B1"/>
    <w:rsid w:val="5CA1710A"/>
    <w:rsid w:val="5EA0130D"/>
    <w:rsid w:val="5F235596"/>
    <w:rsid w:val="5F381CA1"/>
    <w:rsid w:val="5F40F65B"/>
    <w:rsid w:val="5FC44FBD"/>
    <w:rsid w:val="60B6BEDE"/>
    <w:rsid w:val="615CABA4"/>
    <w:rsid w:val="6160A414"/>
    <w:rsid w:val="638D5963"/>
    <w:rsid w:val="6870A2B5"/>
    <w:rsid w:val="6875A5E8"/>
    <w:rsid w:val="69AD1C54"/>
    <w:rsid w:val="6E69521E"/>
    <w:rsid w:val="6F9E4E17"/>
    <w:rsid w:val="6FFB938F"/>
    <w:rsid w:val="71111D12"/>
    <w:rsid w:val="71BED2D1"/>
    <w:rsid w:val="75A71DF3"/>
    <w:rsid w:val="771A27ED"/>
    <w:rsid w:val="78EDD5C1"/>
    <w:rsid w:val="79B99DB3"/>
    <w:rsid w:val="7A5DF124"/>
    <w:rsid w:val="7AE177CF"/>
    <w:rsid w:val="7AE886A3"/>
    <w:rsid w:val="7C45A510"/>
    <w:rsid w:val="7CBC10E1"/>
    <w:rsid w:val="7D933C46"/>
    <w:rsid w:val="7E79A41D"/>
    <w:rsid w:val="7F77F326"/>
    <w:rsid w:val="7FEE0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1BD66E8-4146-40D3-96D6-C18EFC18FAC4}"/>
</file>

<file path=customXml/itemProps3.xml><?xml version="1.0" encoding="utf-8"?>
<ds:datastoreItem xmlns:ds="http://schemas.openxmlformats.org/officeDocument/2006/customXml" ds:itemID="{0186BDF1-8D79-4B1B-B6DB-A24870CCB92A}"/>
</file>

<file path=customXml/itemProps4.xml><?xml version="1.0" encoding="utf-8"?>
<ds:datastoreItem xmlns:ds="http://schemas.openxmlformats.org/officeDocument/2006/customXml" ds:itemID="{BA252359-9C83-4B2C-89D8-55B7E374DF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1, Issue 3, Dec 2024</dc:subject>
  <dc:creator>SCSU Wellbeing Center</dc:creator>
  <cp:keywords/>
  <cp:lastModifiedBy>Simon, Ashley</cp:lastModifiedBy>
  <cp:revision>38</cp:revision>
  <dcterms:created xsi:type="dcterms:W3CDTF">2026-06-16T19:28:00Z</dcterms:created>
  <dcterms:modified xsi:type="dcterms:W3CDTF">2026-07-08T19:23:40Z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