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373B" w:rsidR="00D03508" w:rsidP="25A68C54" w:rsidRDefault="00000000" w14:paraId="247F389A" w14:textId="6B6D98DA">
      <w:pPr>
        <w:pStyle w:val="Heading1"/>
        <w:spacing w:line="360" w:lineRule="auto"/>
        <w:rPr>
          <w:rFonts w:ascii="Aptos" w:hAnsi="Aptos"/>
          <w:color w:val="0070C0"/>
          <w:sz w:val="36"/>
          <w:szCs w:val="36"/>
        </w:rPr>
      </w:pPr>
      <w:r w:rsidRPr="5B5531D0" w:rsidR="3BD5E509">
        <w:rPr>
          <w:rFonts w:ascii="Aptos" w:hAnsi="Aptos"/>
          <w:color w:val="0070C0"/>
          <w:sz w:val="36"/>
          <w:szCs w:val="36"/>
        </w:rPr>
        <w:t xml:space="preserve">The </w:t>
      </w:r>
      <w:r w:rsidRPr="5B5531D0" w:rsidR="3BD5E509">
        <w:rPr>
          <w:rFonts w:ascii="Aptos" w:hAnsi="Aptos"/>
          <w:color w:val="0070C0"/>
          <w:sz w:val="36"/>
          <w:szCs w:val="36"/>
        </w:rPr>
        <w:t>WellStreet</w:t>
      </w:r>
      <w:r w:rsidRPr="5B5531D0" w:rsidR="3BD5E509">
        <w:rPr>
          <w:rFonts w:ascii="Aptos" w:hAnsi="Aptos"/>
          <w:color w:val="0070C0"/>
          <w:sz w:val="36"/>
          <w:szCs w:val="36"/>
        </w:rPr>
        <w:t xml:space="preserve"> Journal </w:t>
      </w:r>
      <w:r w:rsidRPr="5B5531D0" w:rsidR="126CDC12">
        <w:rPr>
          <w:rFonts w:ascii="Aptos" w:hAnsi="Aptos"/>
          <w:color w:val="0070C0"/>
          <w:sz w:val="36"/>
          <w:szCs w:val="36"/>
        </w:rPr>
        <w:t>from</w:t>
      </w:r>
      <w:r w:rsidRPr="5B5531D0" w:rsidR="5DF8AA75">
        <w:rPr>
          <w:rFonts w:ascii="Aptos" w:hAnsi="Aptos"/>
          <w:color w:val="0070C0"/>
          <w:sz w:val="36"/>
          <w:szCs w:val="36"/>
        </w:rPr>
        <w:t xml:space="preserve"> </w:t>
      </w:r>
      <w:r w:rsidRPr="5B5531D0" w:rsidR="0CECE0C2">
        <w:rPr>
          <w:rFonts w:ascii="Aptos" w:hAnsi="Aptos"/>
          <w:color w:val="0070C0"/>
          <w:sz w:val="36"/>
          <w:szCs w:val="36"/>
        </w:rPr>
        <w:t xml:space="preserve">April </w:t>
      </w:r>
      <w:r w:rsidRPr="5B5531D0" w:rsidR="3BD5E509">
        <w:rPr>
          <w:rFonts w:ascii="Aptos" w:hAnsi="Aptos"/>
          <w:color w:val="0070C0"/>
          <w:sz w:val="36"/>
          <w:szCs w:val="36"/>
        </w:rPr>
        <w:t>202</w:t>
      </w:r>
      <w:r w:rsidRPr="5B5531D0" w:rsidR="17A86786">
        <w:rPr>
          <w:rFonts w:ascii="Aptos" w:hAnsi="Aptos"/>
          <w:color w:val="0070C0"/>
          <w:sz w:val="36"/>
          <w:szCs w:val="36"/>
        </w:rPr>
        <w:t>5</w:t>
      </w:r>
    </w:p>
    <w:p w:rsidRPr="00A0373B" w:rsidR="00D03508" w:rsidP="25A68C54" w:rsidRDefault="00000000" w14:paraId="3FAB37D9" w14:textId="085BEBA6">
      <w:pPr>
        <w:spacing w:line="360" w:lineRule="auto"/>
        <w:rPr>
          <w:rFonts w:ascii="Aptos" w:hAnsi="Aptos"/>
          <w:sz w:val="28"/>
          <w:szCs w:val="28"/>
        </w:rPr>
      </w:pPr>
      <w:r w:rsidRPr="25A68C54" w:rsidR="07AA8E82">
        <w:rPr>
          <w:rFonts w:ascii="Aptos" w:hAnsi="Aptos"/>
          <w:sz w:val="28"/>
          <w:szCs w:val="28"/>
        </w:rPr>
        <w:t>Th</w:t>
      </w:r>
      <w:r w:rsidRPr="25A68C54" w:rsidR="46210F11">
        <w:rPr>
          <w:rFonts w:ascii="Aptos" w:hAnsi="Aptos"/>
          <w:sz w:val="28"/>
          <w:szCs w:val="28"/>
        </w:rPr>
        <w:t xml:space="preserve">is month on </w:t>
      </w:r>
      <w:r w:rsidRPr="25A68C54" w:rsidR="46210F11">
        <w:rPr>
          <w:rFonts w:ascii="Aptos" w:hAnsi="Aptos"/>
          <w:sz w:val="28"/>
          <w:szCs w:val="28"/>
        </w:rPr>
        <w:t>WellStreet</w:t>
      </w:r>
      <w:r w:rsidRPr="25A68C54" w:rsidR="46210F11">
        <w:rPr>
          <w:rFonts w:ascii="Aptos" w:hAnsi="Aptos"/>
          <w:sz w:val="28"/>
          <w:szCs w:val="28"/>
        </w:rPr>
        <w:t xml:space="preserve"> Journal</w:t>
      </w:r>
    </w:p>
    <w:p w:rsidRPr="00A0373B" w:rsidR="00D03508" w:rsidP="25A68C54" w:rsidRDefault="00000000" w14:paraId="268A59BF" w14:textId="77777777">
      <w:pPr>
        <w:pStyle w:val="Heading2"/>
        <w:spacing w:line="360" w:lineRule="auto"/>
        <w:rPr>
          <w:rFonts w:ascii="Aptos" w:hAnsi="Aptos"/>
          <w:color w:val="0070C0"/>
          <w:sz w:val="32"/>
          <w:szCs w:val="32"/>
        </w:rPr>
      </w:pPr>
      <w:r w:rsidRPr="5B5531D0" w:rsidR="1AD37820">
        <w:rPr>
          <w:rFonts w:ascii="Aptos" w:hAnsi="Aptos"/>
          <w:color w:val="0070C0"/>
          <w:sz w:val="32"/>
          <w:szCs w:val="32"/>
        </w:rPr>
        <w:t>Quote of the Day</w:t>
      </w:r>
    </w:p>
    <w:p w:rsidR="6F9E4E17" w:rsidP="5B5531D0" w:rsidRDefault="6F9E4E17" w14:paraId="3049D985" w14:textId="3229ACAE">
      <w:pPr>
        <w:spacing w:before="240" w:beforeAutospacing="off" w:after="240" w:afterAutospacing="off" w:line="360" w:lineRule="auto"/>
      </w:pPr>
      <w:r w:rsidRPr="5B5531D0" w:rsidR="79A17070">
        <w:rPr>
          <w:rFonts w:ascii="Aptos" w:hAnsi="Aptos" w:eastAsia="Aptos" w:cs="Aptos"/>
          <w:b w:val="1"/>
          <w:bCs w:val="1"/>
          <w:i w:val="0"/>
          <w:iCs w:val="0"/>
          <w:noProof w:val="0"/>
          <w:sz w:val="28"/>
          <w:szCs w:val="28"/>
          <w:lang w:val="en-US"/>
        </w:rPr>
        <w:t>“Of all the forms of inequality, injustice in health is the most shocking and inhuman.” Quote by Dr. Martin Luther King Jr</w:t>
      </w:r>
    </w:p>
    <w:p w:rsidR="6F9E4E17" w:rsidP="25A68C54" w:rsidRDefault="6F9E4E17" w14:paraId="0F405E78" w14:textId="3ECF962A">
      <w:pPr>
        <w:pStyle w:val="Heading2"/>
        <w:spacing w:line="360" w:lineRule="auto"/>
        <w:rPr>
          <w:rFonts w:ascii="Aptos" w:hAnsi="Aptos"/>
          <w:color w:val="0070C0"/>
          <w:sz w:val="32"/>
          <w:szCs w:val="32"/>
        </w:rPr>
      </w:pPr>
      <w:r w:rsidRPr="5B5531D0" w:rsidR="1D6C79B4">
        <w:rPr>
          <w:rFonts w:ascii="Aptos" w:hAnsi="Aptos"/>
          <w:color w:val="0070C0"/>
          <w:sz w:val="32"/>
          <w:szCs w:val="32"/>
        </w:rPr>
        <w:t>Wellness on the Way: Upcoming Events</w:t>
      </w:r>
    </w:p>
    <w:p w:rsidR="03D8D686" w:rsidP="5B5531D0" w:rsidRDefault="03D8D686" w14:paraId="1A56999C" w14:textId="1097F253">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03D8D686">
        <w:rPr>
          <w:rFonts w:ascii="Aptos" w:hAnsi="Aptos" w:eastAsia="Aptos" w:cs="Aptos"/>
          <w:b w:val="1"/>
          <w:bCs w:val="1"/>
          <w:i w:val="0"/>
          <w:iCs w:val="0"/>
          <w:caps w:val="0"/>
          <w:smallCaps w:val="0"/>
          <w:noProof w:val="0"/>
          <w:color w:val="0070C0"/>
          <w:sz w:val="28"/>
          <w:szCs w:val="28"/>
          <w:lang w:val="en-US"/>
        </w:rPr>
        <w:t xml:space="preserve">Take Back </w:t>
      </w:r>
      <w:r w:rsidRPr="5B5531D0" w:rsidR="03D8D686">
        <w:rPr>
          <w:rFonts w:ascii="Aptos" w:hAnsi="Aptos" w:eastAsia="Aptos" w:cs="Aptos"/>
          <w:b w:val="1"/>
          <w:bCs w:val="1"/>
          <w:i w:val="0"/>
          <w:iCs w:val="0"/>
          <w:caps w:val="0"/>
          <w:smallCaps w:val="0"/>
          <w:noProof w:val="0"/>
          <w:color w:val="0070C0"/>
          <w:sz w:val="28"/>
          <w:szCs w:val="28"/>
          <w:lang w:val="en-US"/>
        </w:rPr>
        <w:t>the</w:t>
      </w:r>
      <w:r w:rsidRPr="5B5531D0" w:rsidR="03D8D686">
        <w:rPr>
          <w:rFonts w:ascii="Aptos" w:hAnsi="Aptos" w:eastAsia="Aptos" w:cs="Aptos"/>
          <w:b w:val="1"/>
          <w:bCs w:val="1"/>
          <w:i w:val="0"/>
          <w:iCs w:val="0"/>
          <w:caps w:val="0"/>
          <w:smallCaps w:val="0"/>
          <w:noProof w:val="0"/>
          <w:color w:val="0070C0"/>
          <w:sz w:val="28"/>
          <w:szCs w:val="28"/>
          <w:lang w:val="en-US"/>
        </w:rPr>
        <w:t xml:space="preserve"> Night Tabling</w:t>
      </w:r>
    </w:p>
    <w:p w:rsidR="03D8D686" w:rsidP="5B5531D0" w:rsidRDefault="03D8D686" w14:paraId="7714617D" w14:textId="6964770A">
      <w:pPr>
        <w:pStyle w:val="Normal"/>
        <w:spacing w:before="240" w:beforeAutospacing="off" w:after="240" w:afterAutospacing="off" w:line="360" w:lineRule="auto"/>
      </w:pPr>
      <w:r w:rsidRPr="5B5531D0" w:rsidR="03D8D686">
        <w:rPr>
          <w:rFonts w:ascii="Aptos" w:hAnsi="Aptos" w:eastAsia="Aptos" w:cs="Aptos"/>
          <w:b w:val="0"/>
          <w:bCs w:val="0"/>
          <w:i w:val="0"/>
          <w:iCs w:val="0"/>
          <w:caps w:val="0"/>
          <w:smallCaps w:val="0"/>
          <w:noProof w:val="0"/>
          <w:sz w:val="28"/>
          <w:szCs w:val="28"/>
          <w:lang w:val="en-US"/>
        </w:rPr>
        <w:t xml:space="preserve">Wednesday, April 2nd from </w:t>
      </w:r>
      <w:r w:rsidRPr="5B5531D0" w:rsidR="03D8D686">
        <w:rPr>
          <w:rFonts w:ascii="Aptos" w:hAnsi="Aptos" w:eastAsia="Aptos" w:cs="Aptos"/>
          <w:noProof w:val="0"/>
          <w:sz w:val="28"/>
          <w:szCs w:val="28"/>
          <w:lang w:val="en-US"/>
        </w:rPr>
        <w:t>12:00 to</w:t>
      </w:r>
      <w:r w:rsidRPr="5B5531D0" w:rsidR="03D8D686">
        <w:rPr>
          <w:rFonts w:ascii="Aptos" w:hAnsi="Aptos" w:eastAsia="Aptos" w:cs="Aptos"/>
          <w:b w:val="0"/>
          <w:bCs w:val="0"/>
          <w:i w:val="0"/>
          <w:iCs w:val="0"/>
          <w:caps w:val="0"/>
          <w:smallCaps w:val="0"/>
          <w:noProof w:val="0"/>
          <w:sz w:val="28"/>
          <w:szCs w:val="28"/>
          <w:lang w:val="en-US"/>
        </w:rPr>
        <w:t xml:space="preserve"> 2:00 pm in the ASC Plaza</w:t>
      </w:r>
    </w:p>
    <w:p w:rsidR="03D8D686" w:rsidP="5B5531D0" w:rsidRDefault="03D8D686" w14:paraId="020313C2" w14:textId="7398BCCD">
      <w:pPr>
        <w:pStyle w:val="Normal"/>
        <w:spacing w:before="240" w:beforeAutospacing="off" w:after="240" w:afterAutospacing="off" w:line="360" w:lineRule="auto"/>
      </w:pPr>
      <w:r w:rsidRPr="5B5531D0" w:rsidR="03D8D686">
        <w:rPr>
          <w:rFonts w:ascii="Aptos" w:hAnsi="Aptos" w:eastAsia="Aptos" w:cs="Aptos"/>
          <w:b w:val="0"/>
          <w:bCs w:val="0"/>
          <w:i w:val="0"/>
          <w:iCs w:val="0"/>
          <w:caps w:val="0"/>
          <w:smallCaps w:val="0"/>
          <w:noProof w:val="0"/>
          <w:sz w:val="28"/>
          <w:szCs w:val="28"/>
          <w:lang w:val="en-US"/>
        </w:rPr>
        <w:t xml:space="preserve">Wednesday, April 9th from </w:t>
      </w:r>
      <w:r w:rsidRPr="5B5531D0" w:rsidR="03D8D686">
        <w:rPr>
          <w:rFonts w:ascii="Aptos" w:hAnsi="Aptos" w:eastAsia="Aptos" w:cs="Aptos"/>
          <w:noProof w:val="0"/>
          <w:sz w:val="28"/>
          <w:szCs w:val="28"/>
          <w:lang w:val="en-US"/>
        </w:rPr>
        <w:t>12:00 to</w:t>
      </w:r>
      <w:r w:rsidRPr="5B5531D0" w:rsidR="03D8D686">
        <w:rPr>
          <w:rFonts w:ascii="Aptos" w:hAnsi="Aptos" w:eastAsia="Aptos" w:cs="Aptos"/>
          <w:b w:val="0"/>
          <w:bCs w:val="0"/>
          <w:i w:val="0"/>
          <w:iCs w:val="0"/>
          <w:caps w:val="0"/>
          <w:smallCaps w:val="0"/>
          <w:noProof w:val="0"/>
          <w:sz w:val="28"/>
          <w:szCs w:val="28"/>
          <w:lang w:val="en-US"/>
        </w:rPr>
        <w:t xml:space="preserve"> 2:00 pm in the Health &amp; Human Services Building</w:t>
      </w:r>
    </w:p>
    <w:p w:rsidR="03D8D686" w:rsidP="5B5531D0" w:rsidRDefault="03D8D686" w14:paraId="2E454AEC" w14:textId="1FB0AB48">
      <w:pPr>
        <w:spacing w:before="240" w:beforeAutospacing="off" w:after="240" w:afterAutospacing="off" w:line="360" w:lineRule="auto"/>
      </w:pPr>
      <w:r w:rsidRPr="5B5531D0" w:rsidR="03D8D686">
        <w:rPr>
          <w:rFonts w:ascii="Aptos" w:hAnsi="Aptos" w:eastAsia="Aptos" w:cs="Aptos"/>
          <w:b w:val="0"/>
          <w:bCs w:val="0"/>
          <w:i w:val="0"/>
          <w:iCs w:val="0"/>
          <w:caps w:val="0"/>
          <w:smallCaps w:val="0"/>
          <w:noProof w:val="0"/>
          <w:sz w:val="28"/>
          <w:szCs w:val="28"/>
          <w:lang w:val="en-US"/>
        </w:rPr>
        <w:t xml:space="preserve">Join V.P.A.S. to learn more about </w:t>
      </w:r>
      <w:r w:rsidRPr="5B5531D0" w:rsidR="03D8D686">
        <w:rPr>
          <w:rFonts w:ascii="Aptos" w:hAnsi="Aptos" w:eastAsia="Aptos" w:cs="Aptos"/>
          <w:b w:val="1"/>
          <w:bCs w:val="1"/>
          <w:i w:val="0"/>
          <w:iCs w:val="0"/>
          <w:caps w:val="0"/>
          <w:smallCaps w:val="0"/>
          <w:noProof w:val="0"/>
          <w:sz w:val="28"/>
          <w:szCs w:val="28"/>
          <w:lang w:val="en-US"/>
        </w:rPr>
        <w:t>speaking or volunteering at Take Back the Night</w:t>
      </w:r>
      <w:r w:rsidRPr="5B5531D0" w:rsidR="03D8D686">
        <w:rPr>
          <w:rFonts w:ascii="Aptos" w:hAnsi="Aptos" w:eastAsia="Aptos" w:cs="Aptos"/>
          <w:b w:val="0"/>
          <w:bCs w:val="0"/>
          <w:i w:val="0"/>
          <w:iCs w:val="0"/>
          <w:caps w:val="0"/>
          <w:smallCaps w:val="0"/>
          <w:noProof w:val="0"/>
          <w:sz w:val="28"/>
          <w:szCs w:val="28"/>
          <w:lang w:val="en-US"/>
        </w:rPr>
        <w:t>, an upcoming event focused on ending sexual and gender-based violence and supporting survivors!</w:t>
      </w:r>
    </w:p>
    <w:p w:rsidR="338E08EC" w:rsidP="5B5531D0" w:rsidRDefault="338E08EC" w14:paraId="2458DE86" w14:textId="18A48D5F">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5B5531D0" w:rsidR="338E08EC">
        <w:rPr>
          <w:rFonts w:ascii="Aptos" w:hAnsi="Aptos" w:eastAsia="Aptos" w:cs="Aptos"/>
          <w:b w:val="1"/>
          <w:bCs w:val="1"/>
          <w:i w:val="0"/>
          <w:iCs w:val="0"/>
          <w:caps w:val="0"/>
          <w:smallCaps w:val="0"/>
          <w:noProof w:val="0"/>
          <w:color w:val="0070C0"/>
          <w:sz w:val="28"/>
          <w:szCs w:val="28"/>
          <w:lang w:val="en-US"/>
        </w:rPr>
        <w:t>Blood Drive</w:t>
      </w:r>
    </w:p>
    <w:p w:rsidR="338E08EC" w:rsidP="5B5531D0" w:rsidRDefault="338E08EC" w14:paraId="1AE36D59" w14:textId="7EF2795C">
      <w:pPr>
        <w:pStyle w:val="Normal"/>
        <w:spacing w:before="240" w:beforeAutospacing="off" w:after="240" w:afterAutospacing="off" w:line="360" w:lineRule="auto"/>
      </w:pPr>
      <w:r w:rsidRPr="5B5531D0" w:rsidR="338E08EC">
        <w:rPr>
          <w:rFonts w:ascii="Aptos" w:hAnsi="Aptos" w:eastAsia="Aptos" w:cs="Aptos"/>
          <w:b w:val="0"/>
          <w:bCs w:val="0"/>
          <w:i w:val="0"/>
          <w:iCs w:val="0"/>
          <w:caps w:val="0"/>
          <w:smallCaps w:val="0"/>
          <w:noProof w:val="0"/>
          <w:sz w:val="28"/>
          <w:szCs w:val="28"/>
          <w:lang w:val="en-US"/>
        </w:rPr>
        <w:t xml:space="preserve">Thursday, April 3rd from </w:t>
      </w:r>
      <w:r w:rsidRPr="5B5531D0" w:rsidR="338E08EC">
        <w:rPr>
          <w:rFonts w:ascii="Aptos" w:hAnsi="Aptos" w:eastAsia="Aptos" w:cs="Aptos"/>
          <w:noProof w:val="0"/>
          <w:sz w:val="28"/>
          <w:szCs w:val="28"/>
          <w:lang w:val="en-US"/>
        </w:rPr>
        <w:t>12:00 to 5:00</w:t>
      </w:r>
      <w:r w:rsidRPr="5B5531D0" w:rsidR="338E08EC">
        <w:rPr>
          <w:rFonts w:ascii="Aptos" w:hAnsi="Aptos" w:eastAsia="Aptos" w:cs="Aptos"/>
          <w:b w:val="0"/>
          <w:bCs w:val="0"/>
          <w:i w:val="0"/>
          <w:iCs w:val="0"/>
          <w:caps w:val="0"/>
          <w:smallCaps w:val="0"/>
          <w:noProof w:val="0"/>
          <w:sz w:val="28"/>
          <w:szCs w:val="28"/>
          <w:lang w:val="en-US"/>
        </w:rPr>
        <w:t xml:space="preserve"> PM in </w:t>
      </w:r>
      <w:r w:rsidRPr="5B5531D0" w:rsidR="338E08EC">
        <w:rPr>
          <w:rFonts w:ascii="Aptos" w:hAnsi="Aptos" w:eastAsia="Aptos" w:cs="Aptos"/>
          <w:noProof w:val="0"/>
          <w:sz w:val="28"/>
          <w:szCs w:val="28"/>
          <w:lang w:val="en-US"/>
        </w:rPr>
        <w:t>Engleman</w:t>
      </w:r>
      <w:r w:rsidRPr="5B5531D0" w:rsidR="338E08EC">
        <w:rPr>
          <w:rFonts w:ascii="Aptos" w:hAnsi="Aptos" w:eastAsia="Aptos" w:cs="Aptos"/>
          <w:b w:val="0"/>
          <w:bCs w:val="0"/>
          <w:i w:val="0"/>
          <w:iCs w:val="0"/>
          <w:caps w:val="0"/>
          <w:smallCaps w:val="0"/>
          <w:noProof w:val="0"/>
          <w:sz w:val="28"/>
          <w:szCs w:val="28"/>
          <w:lang w:val="en-US"/>
        </w:rPr>
        <w:t xml:space="preserve"> B121</w:t>
      </w:r>
    </w:p>
    <w:p w:rsidR="338E08EC" w:rsidP="5B5531D0" w:rsidRDefault="338E08EC" w14:paraId="3B76D3EC" w14:textId="114A6E16">
      <w:pPr>
        <w:spacing w:before="240" w:beforeAutospacing="off" w:after="240" w:afterAutospacing="off" w:line="360" w:lineRule="auto"/>
      </w:pPr>
      <w:r w:rsidRPr="5B5531D0" w:rsidR="338E08EC">
        <w:rPr>
          <w:rFonts w:ascii="Aptos" w:hAnsi="Aptos" w:eastAsia="Aptos" w:cs="Aptos"/>
          <w:b w:val="0"/>
          <w:bCs w:val="0"/>
          <w:i w:val="0"/>
          <w:iCs w:val="0"/>
          <w:caps w:val="0"/>
          <w:smallCaps w:val="0"/>
          <w:noProof w:val="0"/>
          <w:sz w:val="28"/>
          <w:szCs w:val="28"/>
          <w:lang w:val="en-US"/>
        </w:rPr>
        <w:t>In partnership with The American Red Cross, we invite you to give blood and help save lives. Your donation can make a significant impact on the lives of those in need.</w:t>
      </w:r>
    </w:p>
    <w:p w:rsidR="338E08EC" w:rsidP="5B5531D0" w:rsidRDefault="338E08EC" w14:paraId="603B056D" w14:textId="1ADE4C27">
      <w:pPr>
        <w:spacing w:before="240" w:beforeAutospacing="off" w:after="240" w:afterAutospacing="off" w:line="360" w:lineRule="auto"/>
      </w:pPr>
      <w:r w:rsidRPr="5B5531D0" w:rsidR="338E08EC">
        <w:rPr>
          <w:rFonts w:ascii="Aptos" w:hAnsi="Aptos" w:eastAsia="Aptos" w:cs="Aptos"/>
          <w:b w:val="1"/>
          <w:bCs w:val="1"/>
          <w:i w:val="0"/>
          <w:iCs w:val="0"/>
          <w:caps w:val="0"/>
          <w:smallCaps w:val="0"/>
          <w:noProof w:val="0"/>
          <w:sz w:val="28"/>
          <w:szCs w:val="28"/>
          <w:lang w:val="en-US"/>
        </w:rPr>
        <w:t xml:space="preserve">Go to </w:t>
      </w:r>
      <w:hyperlink r:id="Rd7f324030ab64eb8">
        <w:r w:rsidRPr="5B5531D0" w:rsidR="338E08EC">
          <w:rPr>
            <w:rStyle w:val="Hyperlink"/>
            <w:rFonts w:ascii="Aptos" w:hAnsi="Aptos" w:eastAsia="Aptos" w:cs="Aptos"/>
            <w:b w:val="1"/>
            <w:bCs w:val="1"/>
            <w:i w:val="0"/>
            <w:iCs w:val="0"/>
            <w:caps w:val="0"/>
            <w:smallCaps w:val="0"/>
            <w:noProof w:val="0"/>
            <w:sz w:val="28"/>
            <w:szCs w:val="28"/>
            <w:lang w:val="en-US"/>
          </w:rPr>
          <w:t>RedCrossBlood.org</w:t>
        </w:r>
      </w:hyperlink>
      <w:r w:rsidRPr="5B5531D0" w:rsidR="338E08EC">
        <w:rPr>
          <w:rFonts w:ascii="Aptos" w:hAnsi="Aptos" w:eastAsia="Aptos" w:cs="Aptos"/>
          <w:b w:val="1"/>
          <w:bCs w:val="1"/>
          <w:i w:val="0"/>
          <w:iCs w:val="0"/>
          <w:caps w:val="0"/>
          <w:smallCaps w:val="0"/>
          <w:noProof w:val="0"/>
          <w:sz w:val="28"/>
          <w:szCs w:val="28"/>
          <w:lang w:val="en-US"/>
        </w:rPr>
        <w:t xml:space="preserve"> </w:t>
      </w:r>
      <w:r w:rsidRPr="5B5531D0" w:rsidR="338E08EC">
        <w:rPr>
          <w:rFonts w:ascii="Aptos" w:hAnsi="Aptos" w:eastAsia="Aptos" w:cs="Aptos"/>
          <w:b w:val="1"/>
          <w:bCs w:val="1"/>
          <w:i w:val="0"/>
          <w:iCs w:val="0"/>
          <w:caps w:val="0"/>
          <w:smallCaps w:val="0"/>
          <w:noProof w:val="0"/>
          <w:sz w:val="28"/>
          <w:szCs w:val="28"/>
          <w:lang w:val="en-US"/>
        </w:rPr>
        <w:t>and use Sponsor Code SCSUNH to make an appointment.</w:t>
      </w:r>
    </w:p>
    <w:p w:rsidR="7F5B623B" w:rsidP="5B5531D0" w:rsidRDefault="7F5B623B" w14:paraId="5F591FE1" w14:textId="6E1D7A97">
      <w:pPr>
        <w:spacing w:before="240" w:beforeAutospacing="off" w:after="240" w:afterAutospacing="off" w:line="360" w:lineRule="auto"/>
      </w:pPr>
      <w:r w:rsidRPr="5B5531D0" w:rsidR="7F5B623B">
        <w:rPr>
          <w:rFonts w:ascii="Aptos" w:hAnsi="Aptos" w:eastAsia="Aptos" w:cs="Aptos"/>
          <w:b w:val="1"/>
          <w:bCs w:val="1"/>
          <w:i w:val="0"/>
          <w:iCs w:val="0"/>
          <w:caps w:val="0"/>
          <w:smallCaps w:val="0"/>
          <w:noProof w:val="0"/>
          <w:color w:val="0070C0"/>
          <w:sz w:val="28"/>
          <w:szCs w:val="28"/>
          <w:lang w:val="en-US"/>
        </w:rPr>
        <w:t>Mindfulness Walk</w:t>
      </w:r>
    </w:p>
    <w:p w:rsidR="7F5B623B" w:rsidP="5B5531D0" w:rsidRDefault="7F5B623B" w14:paraId="4246AD13" w14:textId="61E4F346">
      <w:pPr>
        <w:pStyle w:val="Normal"/>
        <w:spacing w:before="240" w:beforeAutospacing="off" w:after="240" w:afterAutospacing="off" w:line="360" w:lineRule="auto"/>
      </w:pPr>
      <w:r w:rsidRPr="5B5531D0" w:rsidR="7F5B623B">
        <w:rPr>
          <w:rFonts w:ascii="Aptos" w:hAnsi="Aptos" w:eastAsia="Aptos" w:cs="Aptos"/>
          <w:b w:val="0"/>
          <w:bCs w:val="0"/>
          <w:i w:val="0"/>
          <w:iCs w:val="0"/>
          <w:caps w:val="0"/>
          <w:smallCaps w:val="0"/>
          <w:noProof w:val="0"/>
          <w:sz w:val="28"/>
          <w:szCs w:val="28"/>
          <w:lang w:val="en-US"/>
        </w:rPr>
        <w:t xml:space="preserve">Wednesday, April 9th from </w:t>
      </w:r>
      <w:r w:rsidRPr="5B5531D0" w:rsidR="7F5B623B">
        <w:rPr>
          <w:rFonts w:ascii="Aptos" w:hAnsi="Aptos" w:eastAsia="Aptos" w:cs="Aptos"/>
          <w:noProof w:val="0"/>
          <w:sz w:val="28"/>
          <w:szCs w:val="28"/>
          <w:lang w:val="en-US"/>
        </w:rPr>
        <w:t>12:00 to 1:00</w:t>
      </w:r>
      <w:r w:rsidRPr="5B5531D0" w:rsidR="7F5B623B">
        <w:rPr>
          <w:rFonts w:ascii="Aptos" w:hAnsi="Aptos" w:eastAsia="Aptos" w:cs="Aptos"/>
          <w:b w:val="0"/>
          <w:bCs w:val="0"/>
          <w:i w:val="0"/>
          <w:iCs w:val="0"/>
          <w:caps w:val="0"/>
          <w:smallCaps w:val="0"/>
          <w:noProof w:val="0"/>
          <w:sz w:val="28"/>
          <w:szCs w:val="28"/>
          <w:lang w:val="en-US"/>
        </w:rPr>
        <w:t xml:space="preserve"> PM starting at the Buley Patio</w:t>
      </w:r>
    </w:p>
    <w:p w:rsidR="7F5B623B" w:rsidP="5B5531D0" w:rsidRDefault="7F5B623B" w14:paraId="4DA071BE" w14:textId="17D57535">
      <w:pPr>
        <w:pStyle w:val="Normal"/>
        <w:spacing w:before="240" w:beforeAutospacing="off" w:after="240" w:afterAutospacing="off" w:line="360" w:lineRule="auto"/>
      </w:pPr>
      <w:r w:rsidRPr="5B5531D0" w:rsidR="7F5B623B">
        <w:rPr>
          <w:rFonts w:ascii="Aptos" w:hAnsi="Aptos" w:eastAsia="Aptos" w:cs="Aptos"/>
          <w:b w:val="0"/>
          <w:bCs w:val="0"/>
          <w:i w:val="0"/>
          <w:iCs w:val="0"/>
          <w:caps w:val="0"/>
          <w:smallCaps w:val="0"/>
          <w:noProof w:val="0"/>
          <w:sz w:val="28"/>
          <w:szCs w:val="28"/>
          <w:lang w:val="en-US"/>
        </w:rPr>
        <w:t xml:space="preserve">Join the Wellbeing Center &amp; SCSU Recreation &amp; </w:t>
      </w:r>
      <w:r w:rsidRPr="5B5531D0" w:rsidR="5EA08475">
        <w:rPr>
          <w:rFonts w:ascii="Aptos" w:hAnsi="Aptos" w:eastAsia="Aptos" w:cs="Aptos"/>
          <w:noProof w:val="0"/>
          <w:sz w:val="28"/>
          <w:szCs w:val="28"/>
          <w:lang w:val="en-US"/>
        </w:rPr>
        <w:t>Fitness for</w:t>
      </w:r>
      <w:r w:rsidRPr="5B5531D0" w:rsidR="7F5B623B">
        <w:rPr>
          <w:rFonts w:ascii="Aptos" w:hAnsi="Aptos" w:eastAsia="Aptos" w:cs="Aptos"/>
          <w:b w:val="0"/>
          <w:bCs w:val="0"/>
          <w:i w:val="0"/>
          <w:iCs w:val="0"/>
          <w:caps w:val="0"/>
          <w:smallCaps w:val="0"/>
          <w:noProof w:val="0"/>
          <w:sz w:val="28"/>
          <w:szCs w:val="28"/>
          <w:lang w:val="en-US"/>
        </w:rPr>
        <w:t xml:space="preserve"> this opportunity to</w:t>
      </w:r>
      <w:r w:rsidRPr="5B5531D0" w:rsidR="7F5B623B">
        <w:rPr>
          <w:rFonts w:ascii="Aptos" w:hAnsi="Aptos" w:eastAsia="Aptos" w:cs="Aptos"/>
          <w:b w:val="1"/>
          <w:bCs w:val="1"/>
          <w:i w:val="0"/>
          <w:iCs w:val="0"/>
          <w:caps w:val="0"/>
          <w:smallCaps w:val="0"/>
          <w:noProof w:val="0"/>
          <w:sz w:val="28"/>
          <w:szCs w:val="28"/>
          <w:lang w:val="en-US"/>
        </w:rPr>
        <w:t xml:space="preserve"> slow down, breathe, and simply be presen</w:t>
      </w:r>
      <w:r w:rsidRPr="5B5531D0" w:rsidR="7F5B623B">
        <w:rPr>
          <w:rFonts w:ascii="Aptos" w:hAnsi="Aptos" w:eastAsia="Aptos" w:cs="Aptos"/>
          <w:b w:val="0"/>
          <w:bCs w:val="0"/>
          <w:i w:val="0"/>
          <w:iCs w:val="0"/>
          <w:caps w:val="0"/>
          <w:smallCaps w:val="0"/>
          <w:noProof w:val="0"/>
          <w:sz w:val="28"/>
          <w:szCs w:val="28"/>
          <w:lang w:val="en-US"/>
        </w:rPr>
        <w:t>t as you move through nature. No agenda, no pressure — just a moment to reset.</w:t>
      </w:r>
    </w:p>
    <w:p w:rsidR="0A984BFC" w:rsidP="5B5531D0" w:rsidRDefault="0A984BFC" w14:paraId="725F656B" w14:textId="6A8757DA">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5B5531D0" w:rsidR="0A984BFC">
        <w:rPr>
          <w:rFonts w:ascii="Aptos" w:hAnsi="Aptos" w:eastAsia="Aptos" w:cs="Aptos"/>
          <w:b w:val="1"/>
          <w:bCs w:val="1"/>
          <w:i w:val="0"/>
          <w:iCs w:val="0"/>
          <w:caps w:val="0"/>
          <w:smallCaps w:val="0"/>
          <w:noProof w:val="0"/>
          <w:color w:val="0070C0"/>
          <w:sz w:val="28"/>
          <w:szCs w:val="28"/>
          <w:lang w:val="en-US"/>
        </w:rPr>
        <w:t xml:space="preserve">Take Back </w:t>
      </w:r>
      <w:r w:rsidRPr="5B5531D0" w:rsidR="687D3217">
        <w:rPr>
          <w:rFonts w:ascii="Aptos" w:hAnsi="Aptos" w:eastAsia="Aptos" w:cs="Aptos"/>
          <w:b w:val="1"/>
          <w:bCs w:val="1"/>
          <w:i w:val="0"/>
          <w:iCs w:val="0"/>
          <w:caps w:val="0"/>
          <w:smallCaps w:val="0"/>
          <w:noProof w:val="0"/>
          <w:color w:val="0070C0"/>
          <w:sz w:val="28"/>
          <w:szCs w:val="28"/>
          <w:lang w:val="en-US"/>
        </w:rPr>
        <w:t>the</w:t>
      </w:r>
      <w:r w:rsidRPr="5B5531D0" w:rsidR="0A984BFC">
        <w:rPr>
          <w:rFonts w:ascii="Aptos" w:hAnsi="Aptos" w:eastAsia="Aptos" w:cs="Aptos"/>
          <w:b w:val="1"/>
          <w:bCs w:val="1"/>
          <w:i w:val="0"/>
          <w:iCs w:val="0"/>
          <w:caps w:val="0"/>
          <w:smallCaps w:val="0"/>
          <w:noProof w:val="0"/>
          <w:color w:val="0070C0"/>
          <w:sz w:val="28"/>
          <w:szCs w:val="28"/>
          <w:lang w:val="en-US"/>
        </w:rPr>
        <w:t xml:space="preserve"> Night Banner Signing</w:t>
      </w:r>
    </w:p>
    <w:p w:rsidR="0A984BFC" w:rsidP="5B5531D0" w:rsidRDefault="0A984BFC" w14:paraId="635367C7" w14:textId="59E6C74C">
      <w:pPr>
        <w:pStyle w:val="Normal"/>
        <w:spacing w:before="240" w:beforeAutospacing="off" w:after="240" w:afterAutospacing="off" w:line="360" w:lineRule="auto"/>
      </w:pPr>
      <w:r w:rsidRPr="5B5531D0" w:rsidR="0A984BFC">
        <w:rPr>
          <w:rFonts w:ascii="Aptos" w:hAnsi="Aptos" w:eastAsia="Aptos" w:cs="Aptos"/>
          <w:b w:val="0"/>
          <w:bCs w:val="0"/>
          <w:i w:val="0"/>
          <w:iCs w:val="0"/>
          <w:caps w:val="0"/>
          <w:smallCaps w:val="0"/>
          <w:noProof w:val="0"/>
          <w:sz w:val="28"/>
          <w:szCs w:val="28"/>
          <w:lang w:val="en-US"/>
        </w:rPr>
        <w:t xml:space="preserve">Wednesday, </w:t>
      </w:r>
      <w:r w:rsidRPr="5B5531D0" w:rsidR="0A984BFC">
        <w:rPr>
          <w:rFonts w:ascii="Aptos" w:hAnsi="Aptos" w:eastAsia="Aptos" w:cs="Aptos"/>
          <w:noProof w:val="0"/>
          <w:sz w:val="28"/>
          <w:szCs w:val="28"/>
          <w:lang w:val="en-US"/>
        </w:rPr>
        <w:t>April 16th,</w:t>
      </w:r>
      <w:r w:rsidRPr="5B5531D0" w:rsidR="0A984BFC">
        <w:rPr>
          <w:rFonts w:ascii="Aptos" w:hAnsi="Aptos" w:eastAsia="Aptos" w:cs="Aptos"/>
          <w:b w:val="0"/>
          <w:bCs w:val="0"/>
          <w:i w:val="0"/>
          <w:iCs w:val="0"/>
          <w:caps w:val="0"/>
          <w:smallCaps w:val="0"/>
          <w:noProof w:val="0"/>
          <w:sz w:val="28"/>
          <w:szCs w:val="28"/>
          <w:lang w:val="en-US"/>
        </w:rPr>
        <w:t xml:space="preserve"> from </w:t>
      </w:r>
      <w:r w:rsidRPr="5B5531D0" w:rsidR="0A984BFC">
        <w:rPr>
          <w:rFonts w:ascii="Aptos" w:hAnsi="Aptos" w:eastAsia="Aptos" w:cs="Aptos"/>
          <w:noProof w:val="0"/>
          <w:sz w:val="28"/>
          <w:szCs w:val="28"/>
          <w:lang w:val="en-US"/>
        </w:rPr>
        <w:t>12:00 to</w:t>
      </w:r>
      <w:r w:rsidRPr="5B5531D0" w:rsidR="0A984BFC">
        <w:rPr>
          <w:rFonts w:ascii="Aptos" w:hAnsi="Aptos" w:eastAsia="Aptos" w:cs="Aptos"/>
          <w:b w:val="0"/>
          <w:bCs w:val="0"/>
          <w:i w:val="0"/>
          <w:iCs w:val="0"/>
          <w:caps w:val="0"/>
          <w:smallCaps w:val="0"/>
          <w:noProof w:val="0"/>
          <w:sz w:val="28"/>
          <w:szCs w:val="28"/>
          <w:lang w:val="en-US"/>
        </w:rPr>
        <w:t xml:space="preserve"> 2:00 PM in </w:t>
      </w:r>
      <w:r w:rsidRPr="5B5531D0" w:rsidR="0A984BFC">
        <w:rPr>
          <w:rFonts w:ascii="Aptos" w:hAnsi="Aptos" w:eastAsia="Aptos" w:cs="Aptos"/>
          <w:noProof w:val="0"/>
          <w:sz w:val="28"/>
          <w:szCs w:val="28"/>
          <w:lang w:val="en-US"/>
        </w:rPr>
        <w:t>the Buley</w:t>
      </w:r>
      <w:r w:rsidRPr="5B5531D0" w:rsidR="0A984BFC">
        <w:rPr>
          <w:rFonts w:ascii="Aptos" w:hAnsi="Aptos" w:eastAsia="Aptos" w:cs="Aptos"/>
          <w:b w:val="0"/>
          <w:bCs w:val="0"/>
          <w:i w:val="0"/>
          <w:iCs w:val="0"/>
          <w:caps w:val="0"/>
          <w:smallCaps w:val="0"/>
          <w:noProof w:val="0"/>
          <w:sz w:val="28"/>
          <w:szCs w:val="28"/>
          <w:lang w:val="en-US"/>
        </w:rPr>
        <w:t xml:space="preserve"> Patio</w:t>
      </w:r>
    </w:p>
    <w:p w:rsidR="0A984BFC" w:rsidP="5B5531D0" w:rsidRDefault="0A984BFC" w14:paraId="79275BC5" w14:textId="2195C013">
      <w:pPr>
        <w:spacing w:before="240" w:beforeAutospacing="off" w:after="240" w:afterAutospacing="off" w:line="360" w:lineRule="auto"/>
      </w:pPr>
      <w:r w:rsidRPr="5B5531D0" w:rsidR="0A984BFC">
        <w:rPr>
          <w:rFonts w:ascii="Aptos" w:hAnsi="Aptos" w:eastAsia="Aptos" w:cs="Aptos"/>
          <w:b w:val="0"/>
          <w:bCs w:val="0"/>
          <w:i w:val="0"/>
          <w:iCs w:val="0"/>
          <w:caps w:val="0"/>
          <w:smallCaps w:val="0"/>
          <w:noProof w:val="0"/>
          <w:sz w:val="28"/>
          <w:szCs w:val="28"/>
          <w:lang w:val="en-US"/>
        </w:rPr>
        <w:t>Join V.P.A.S. and sign the banner in support of survivors of violence. The banner will be displayed at Take Back the Night!</w:t>
      </w:r>
    </w:p>
    <w:p w:rsidR="2739AA06" w:rsidP="5B5531D0" w:rsidRDefault="2739AA06" w14:paraId="71B34CF5" w14:textId="3A291AD9">
      <w:pPr>
        <w:spacing w:before="240" w:beforeAutospacing="off" w:after="240" w:afterAutospacing="off" w:line="360" w:lineRule="auto"/>
      </w:pPr>
      <w:r w:rsidRPr="5B5531D0" w:rsidR="2739AA06">
        <w:rPr>
          <w:rFonts w:ascii="Aptos" w:hAnsi="Aptos" w:eastAsia="Aptos" w:cs="Aptos"/>
          <w:b w:val="1"/>
          <w:bCs w:val="1"/>
          <w:i w:val="0"/>
          <w:iCs w:val="0"/>
          <w:caps w:val="0"/>
          <w:smallCaps w:val="0"/>
          <w:noProof w:val="0"/>
          <w:color w:val="0070C0"/>
          <w:sz w:val="28"/>
          <w:szCs w:val="28"/>
          <w:lang w:val="en-US"/>
        </w:rPr>
        <w:t>Declutter for Less Stress</w:t>
      </w:r>
    </w:p>
    <w:p w:rsidR="2739AA06" w:rsidP="5B5531D0" w:rsidRDefault="2739AA06" w14:paraId="6D8C9F12" w14:textId="4A704C4D">
      <w:pPr>
        <w:pStyle w:val="Normal"/>
        <w:spacing w:before="240" w:beforeAutospacing="off" w:after="240" w:afterAutospacing="off" w:line="360" w:lineRule="auto"/>
      </w:pPr>
      <w:r w:rsidRPr="5B5531D0" w:rsidR="2739AA06">
        <w:rPr>
          <w:rFonts w:ascii="Aptos" w:hAnsi="Aptos" w:eastAsia="Aptos" w:cs="Aptos"/>
          <w:b w:val="0"/>
          <w:bCs w:val="0"/>
          <w:i w:val="0"/>
          <w:iCs w:val="0"/>
          <w:caps w:val="0"/>
          <w:smallCaps w:val="0"/>
          <w:noProof w:val="0"/>
          <w:color w:val="auto"/>
          <w:sz w:val="28"/>
          <w:szCs w:val="28"/>
          <w:lang w:val="en-US"/>
        </w:rPr>
        <w:t>Tuesday, April 29th from 1</w:t>
      </w:r>
      <w:r w:rsidRPr="5B5531D0" w:rsidR="2739AA06">
        <w:rPr>
          <w:rFonts w:ascii="Aptos" w:hAnsi="Aptos" w:eastAsia="Aptos" w:cs="Aptos"/>
          <w:noProof w:val="0"/>
          <w:sz w:val="28"/>
          <w:szCs w:val="28"/>
          <w:lang w:val="en-US"/>
        </w:rPr>
        <w:t>:00 to</w:t>
      </w:r>
      <w:r w:rsidRPr="5B5531D0" w:rsidR="2739AA06">
        <w:rPr>
          <w:rFonts w:ascii="Aptos" w:hAnsi="Aptos" w:eastAsia="Aptos" w:cs="Aptos"/>
          <w:b w:val="0"/>
          <w:bCs w:val="0"/>
          <w:i w:val="0"/>
          <w:iCs w:val="0"/>
          <w:caps w:val="0"/>
          <w:smallCaps w:val="0"/>
          <w:noProof w:val="0"/>
          <w:color w:val="auto"/>
          <w:sz w:val="28"/>
          <w:szCs w:val="28"/>
          <w:lang w:val="en-US"/>
        </w:rPr>
        <w:t xml:space="preserve"> 2:00 PM in ASC 201</w:t>
      </w:r>
    </w:p>
    <w:p w:rsidR="2739AA06" w:rsidP="5B5531D0" w:rsidRDefault="2739AA06" w14:paraId="63E82FDF" w14:textId="073803C6">
      <w:pPr>
        <w:pStyle w:val="Normal"/>
        <w:spacing w:before="240" w:beforeAutospacing="off" w:after="240" w:afterAutospacing="off" w:line="360" w:lineRule="auto"/>
      </w:pPr>
      <w:r w:rsidRPr="5B5531D0" w:rsidR="2739AA06">
        <w:rPr>
          <w:rFonts w:ascii="Aptos" w:hAnsi="Aptos" w:eastAsia="Aptos" w:cs="Aptos"/>
          <w:b w:val="0"/>
          <w:bCs w:val="0"/>
          <w:i w:val="0"/>
          <w:iCs w:val="0"/>
          <w:noProof w:val="0"/>
          <w:sz w:val="28"/>
          <w:szCs w:val="28"/>
          <w:lang w:val="en-US"/>
        </w:rPr>
        <w:t xml:space="preserve">A cluttered space can lead to a cluttered mind. Join us for a hands-on workshop where </w:t>
      </w:r>
      <w:bookmarkStart w:name="_Int_YNljpkv4" w:id="1411550588"/>
      <w:r w:rsidRPr="5B5531D0" w:rsidR="2739AA06">
        <w:rPr>
          <w:rFonts w:ascii="Aptos" w:hAnsi="Aptos" w:eastAsia="Aptos" w:cs="Aptos"/>
          <w:b w:val="0"/>
          <w:bCs w:val="0"/>
          <w:i w:val="0"/>
          <w:iCs w:val="0"/>
          <w:noProof w:val="0"/>
          <w:sz w:val="28"/>
          <w:szCs w:val="28"/>
          <w:lang w:val="en-US"/>
        </w:rPr>
        <w:t>you'll</w:t>
      </w:r>
      <w:bookmarkEnd w:id="1411550588"/>
      <w:r w:rsidRPr="5B5531D0" w:rsidR="2739AA06">
        <w:rPr>
          <w:rFonts w:ascii="Aptos" w:hAnsi="Aptos" w:eastAsia="Aptos" w:cs="Aptos"/>
          <w:b w:val="0"/>
          <w:bCs w:val="0"/>
          <w:i w:val="0"/>
          <w:iCs w:val="0"/>
          <w:noProof w:val="0"/>
          <w:sz w:val="28"/>
          <w:szCs w:val="28"/>
          <w:lang w:val="en-US"/>
        </w:rPr>
        <w:t xml:space="preserve"> explore </w:t>
      </w:r>
      <w:r w:rsidRPr="5B5531D0" w:rsidR="2739AA06">
        <w:rPr>
          <w:rFonts w:ascii="Aptos" w:hAnsi="Aptos" w:eastAsia="Aptos" w:cs="Aptos"/>
          <w:b w:val="1"/>
          <w:bCs w:val="1"/>
          <w:i w:val="0"/>
          <w:iCs w:val="0"/>
          <w:noProof w:val="0"/>
          <w:sz w:val="28"/>
          <w:szCs w:val="28"/>
          <w:lang w:val="en-US"/>
        </w:rPr>
        <w:t>simple strategies to organize your surroundings and reduce mental overwhelm</w:t>
      </w:r>
      <w:r w:rsidRPr="5B5531D0" w:rsidR="2739AA06">
        <w:rPr>
          <w:rFonts w:ascii="Aptos" w:hAnsi="Aptos" w:eastAsia="Aptos" w:cs="Aptos"/>
          <w:b w:val="0"/>
          <w:bCs w:val="0"/>
          <w:i w:val="0"/>
          <w:iCs w:val="0"/>
          <w:noProof w:val="0"/>
          <w:sz w:val="28"/>
          <w:szCs w:val="28"/>
          <w:lang w:val="en-US"/>
        </w:rPr>
        <w:t>, helping you feel more focused, refreshed, and in control.</w:t>
      </w:r>
    </w:p>
    <w:p w:rsidR="2739AA06" w:rsidP="5B5531D0" w:rsidRDefault="2739AA06" w14:paraId="5927B366" w14:textId="2026AFFA">
      <w:pPr>
        <w:pStyle w:val="Heading2"/>
        <w:spacing w:line="360" w:lineRule="auto"/>
        <w:rPr>
          <w:rFonts w:ascii="Aptos" w:hAnsi="Aptos"/>
          <w:color w:val="0070C0"/>
          <w:sz w:val="32"/>
          <w:szCs w:val="32"/>
        </w:rPr>
      </w:pPr>
      <w:r w:rsidRPr="5B5531D0" w:rsidR="2739AA06">
        <w:rPr>
          <w:rFonts w:ascii="Aptos" w:hAnsi="Aptos"/>
          <w:color w:val="0070C0"/>
          <w:sz w:val="32"/>
          <w:szCs w:val="32"/>
        </w:rPr>
        <w:t>Wellness on the Way: Recurring Trainings &amp; Groups</w:t>
      </w:r>
    </w:p>
    <w:p w:rsidR="6EC27793" w:rsidP="5B5531D0" w:rsidRDefault="6EC27793" w14:paraId="04FFB1B6" w14:textId="01C281D4">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6EC27793">
        <w:rPr>
          <w:rFonts w:ascii="Aptos" w:hAnsi="Aptos" w:eastAsia="Aptos" w:cs="Aptos"/>
          <w:b w:val="1"/>
          <w:bCs w:val="1"/>
          <w:i w:val="0"/>
          <w:iCs w:val="0"/>
          <w:caps w:val="0"/>
          <w:smallCaps w:val="0"/>
          <w:noProof w:val="0"/>
          <w:color w:val="0070C0"/>
          <w:sz w:val="28"/>
          <w:szCs w:val="28"/>
          <w:lang w:val="en-US"/>
        </w:rPr>
        <w:t>QPR Suicide Prevention Training</w:t>
      </w:r>
    </w:p>
    <w:p w:rsidR="6EC27793" w:rsidP="5B5531D0" w:rsidRDefault="6EC27793" w14:paraId="3BBBB7B8" w14:textId="05976C92">
      <w:pPr>
        <w:spacing w:before="240" w:beforeAutospacing="off" w:after="240" w:afterAutospacing="off" w:line="360" w:lineRule="auto"/>
      </w:pPr>
      <w:r w:rsidRPr="5B5531D0" w:rsidR="6EC27793">
        <w:rPr>
          <w:rFonts w:ascii="Aptos" w:hAnsi="Aptos" w:eastAsia="Aptos" w:cs="Aptos"/>
          <w:b w:val="1"/>
          <w:bCs w:val="1"/>
          <w:i w:val="0"/>
          <w:iCs w:val="0"/>
          <w:caps w:val="0"/>
          <w:smallCaps w:val="0"/>
          <w:noProof w:val="0"/>
          <w:sz w:val="28"/>
          <w:szCs w:val="28"/>
          <w:lang w:val="en-US"/>
        </w:rPr>
        <w:t xml:space="preserve">90 Minutes, in person | </w:t>
      </w:r>
      <w:r w:rsidRPr="5B5531D0" w:rsidR="6EC27793">
        <w:rPr>
          <w:rFonts w:ascii="Aptos" w:hAnsi="Aptos" w:eastAsia="Aptos" w:cs="Aptos"/>
          <w:b w:val="0"/>
          <w:bCs w:val="0"/>
          <w:i w:val="0"/>
          <w:iCs w:val="0"/>
          <w:caps w:val="0"/>
          <w:smallCaps w:val="0"/>
          <w:noProof w:val="0"/>
          <w:sz w:val="28"/>
          <w:szCs w:val="28"/>
          <w:lang w:val="en-US"/>
        </w:rPr>
        <w:t xml:space="preserve">All dates are posted on </w:t>
      </w:r>
      <w:r w:rsidRPr="5B5531D0" w:rsidR="6EC27793">
        <w:rPr>
          <w:rFonts w:ascii="Aptos" w:hAnsi="Aptos" w:eastAsia="Aptos" w:cs="Aptos"/>
          <w:b w:val="0"/>
          <w:bCs w:val="0"/>
          <w:i w:val="0"/>
          <w:iCs w:val="0"/>
          <w:caps w:val="0"/>
          <w:smallCaps w:val="0"/>
          <w:noProof w:val="0"/>
          <w:sz w:val="28"/>
          <w:szCs w:val="28"/>
          <w:lang w:val="en-US"/>
        </w:rPr>
        <w:t>OwlConnect</w:t>
      </w:r>
    </w:p>
    <w:p w:rsidR="6EC27793" w:rsidP="5B5531D0" w:rsidRDefault="6EC27793" w14:paraId="7B499750" w14:textId="68A71660">
      <w:pPr>
        <w:spacing w:before="240" w:beforeAutospacing="off" w:after="240" w:afterAutospacing="off" w:line="360" w:lineRule="auto"/>
      </w:pPr>
      <w:r w:rsidRPr="5B5531D0" w:rsidR="6EC27793">
        <w:rPr>
          <w:rFonts w:ascii="Aptos" w:hAnsi="Aptos" w:eastAsia="Aptos" w:cs="Aptos"/>
          <w:b w:val="0"/>
          <w:bCs w:val="0"/>
          <w:i w:val="0"/>
          <w:iCs w:val="0"/>
          <w:caps w:val="0"/>
          <w:smallCaps w:val="0"/>
          <w:noProof w:val="0"/>
          <w:sz w:val="28"/>
          <w:szCs w:val="28"/>
          <w:lang w:val="en-US"/>
        </w:rPr>
        <w:t xml:space="preserve">QPR's mission is to reduce suicidal behaviors and save lives through effective suicide prevention training. By </w:t>
      </w:r>
      <w:r w:rsidRPr="5B5531D0" w:rsidR="6EC27793">
        <w:rPr>
          <w:rFonts w:ascii="Aptos" w:hAnsi="Aptos" w:eastAsia="Aptos" w:cs="Aptos"/>
          <w:b w:val="1"/>
          <w:bCs w:val="1"/>
          <w:i w:val="0"/>
          <w:iCs w:val="0"/>
          <w:caps w:val="0"/>
          <w:smallCaps w:val="0"/>
          <w:noProof w:val="0"/>
          <w:sz w:val="28"/>
          <w:szCs w:val="28"/>
          <w:lang w:val="en-US"/>
        </w:rPr>
        <w:t>recognizing signs of crisis</w:t>
      </w:r>
      <w:r w:rsidRPr="5B5531D0" w:rsidR="6EC27793">
        <w:rPr>
          <w:rFonts w:ascii="Aptos" w:hAnsi="Aptos" w:eastAsia="Aptos" w:cs="Aptos"/>
          <w:b w:val="0"/>
          <w:bCs w:val="0"/>
          <w:i w:val="0"/>
          <w:iCs w:val="0"/>
          <w:caps w:val="0"/>
          <w:smallCaps w:val="0"/>
          <w:noProof w:val="0"/>
          <w:sz w:val="28"/>
          <w:szCs w:val="28"/>
          <w:lang w:val="en-US"/>
        </w:rPr>
        <w:t>, anyone can be empowered to make a positive difference in someone's life.</w:t>
      </w:r>
    </w:p>
    <w:p w:rsidR="648B5CB7" w:rsidP="385611CD" w:rsidRDefault="648B5CB7" w14:paraId="05037AA2" w14:textId="1782341A">
      <w:pPr>
        <w:pStyle w:val="Normal"/>
        <w:spacing w:line="360" w:lineRule="auto"/>
      </w:pPr>
      <w:r w:rsidRPr="385611CD" w:rsidR="648B5CB7">
        <w:rPr>
          <w:rFonts w:ascii="Aptos" w:hAnsi="Aptos"/>
          <w:b w:val="1"/>
          <w:bCs w:val="1"/>
          <w:color w:val="0070C0"/>
          <w:sz w:val="28"/>
          <w:szCs w:val="28"/>
        </w:rPr>
        <w:t>Mental Health First Aid Training</w:t>
      </w:r>
    </w:p>
    <w:p w:rsidR="648B5CB7" w:rsidP="385611CD" w:rsidRDefault="648B5CB7" w14:paraId="586E163A" w14:textId="4AA1A7AE">
      <w:pPr>
        <w:pStyle w:val="Normal"/>
        <w:spacing w:line="360" w:lineRule="auto"/>
      </w:pPr>
      <w:r w:rsidRPr="385611CD" w:rsidR="648B5CB7">
        <w:rPr>
          <w:rFonts w:ascii="Aptos" w:hAnsi="Aptos" w:eastAsia="Aptos" w:cs="Aptos"/>
          <w:b w:val="0"/>
          <w:bCs w:val="0"/>
          <w:i w:val="0"/>
          <w:iCs w:val="0"/>
          <w:noProof w:val="0"/>
          <w:sz w:val="28"/>
          <w:szCs w:val="28"/>
          <w:lang w:val="en-US"/>
        </w:rPr>
        <w:t xml:space="preserve">8 hours, in person | All dates are posted on </w:t>
      </w:r>
      <w:r w:rsidRPr="385611CD" w:rsidR="648B5CB7">
        <w:rPr>
          <w:rFonts w:ascii="Aptos" w:hAnsi="Aptos" w:eastAsia="Aptos" w:cs="Aptos"/>
          <w:noProof w:val="0"/>
          <w:sz w:val="28"/>
          <w:szCs w:val="28"/>
          <w:lang w:val="en-US"/>
        </w:rPr>
        <w:t>OwlConnect.</w:t>
      </w:r>
    </w:p>
    <w:p w:rsidR="648B5CB7" w:rsidP="385611CD" w:rsidRDefault="648B5CB7" w14:paraId="735C7E3A" w14:textId="63699F56">
      <w:pPr>
        <w:pStyle w:val="Normal"/>
        <w:spacing w:line="360" w:lineRule="auto"/>
      </w:pPr>
      <w:r w:rsidRPr="385611CD" w:rsidR="648B5CB7">
        <w:rPr>
          <w:rFonts w:ascii="Aptos" w:hAnsi="Aptos"/>
          <w:sz w:val="28"/>
          <w:szCs w:val="28"/>
        </w:rPr>
        <w:t xml:space="preserve">This nationally recognized certification teaches you how to </w:t>
      </w:r>
      <w:r w:rsidRPr="385611CD" w:rsidR="648B5CB7">
        <w:rPr>
          <w:rFonts w:ascii="Aptos" w:hAnsi="Aptos"/>
          <w:sz w:val="28"/>
          <w:szCs w:val="28"/>
        </w:rPr>
        <w:t>identify</w:t>
      </w:r>
      <w:r w:rsidRPr="385611CD" w:rsidR="648B5CB7">
        <w:rPr>
          <w:rFonts w:ascii="Aptos" w:hAnsi="Aptos"/>
          <w:sz w:val="28"/>
          <w:szCs w:val="28"/>
        </w:rPr>
        <w:t xml:space="preserve">, understand, and respond to signs of mental illness and substance use </w:t>
      </w:r>
      <w:r w:rsidRPr="385611CD" w:rsidR="648B5CB7">
        <w:rPr>
          <w:rFonts w:ascii="Aptos" w:hAnsi="Aptos" w:eastAsia="Aptos" w:cs="Aptos"/>
          <w:noProof w:val="0"/>
          <w:sz w:val="28"/>
          <w:szCs w:val="28"/>
          <w:lang w:val="en-US"/>
        </w:rPr>
        <w:t>disorders—equipping</w:t>
      </w:r>
      <w:r w:rsidRPr="385611CD" w:rsidR="648B5CB7">
        <w:rPr>
          <w:rFonts w:ascii="Aptos" w:hAnsi="Aptos"/>
          <w:sz w:val="28"/>
          <w:szCs w:val="28"/>
        </w:rPr>
        <w:t xml:space="preserve"> you with skills to offer initial help and support to someone in need or in crisis.</w:t>
      </w:r>
    </w:p>
    <w:p w:rsidR="648B5CB7" w:rsidP="5B5531D0" w:rsidRDefault="648B5CB7" w14:paraId="0308B833" w14:textId="721F41C8">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7FB42BEB">
        <w:rPr>
          <w:rFonts w:ascii="Aptos" w:hAnsi="Aptos" w:eastAsia="Aptos" w:cs="Aptos"/>
          <w:b w:val="1"/>
          <w:bCs w:val="1"/>
          <w:i w:val="0"/>
          <w:iCs w:val="0"/>
          <w:caps w:val="0"/>
          <w:smallCaps w:val="0"/>
          <w:noProof w:val="0"/>
          <w:color w:val="0070C0"/>
          <w:sz w:val="28"/>
          <w:szCs w:val="28"/>
          <w:lang w:val="en-US"/>
        </w:rPr>
        <w:t>Wellbeing Wednesdays (Tabling)</w:t>
      </w:r>
    </w:p>
    <w:p w:rsidR="648B5CB7" w:rsidP="5B5531D0" w:rsidRDefault="648B5CB7" w14:paraId="5B8F873E" w14:textId="3EF675CC">
      <w:pPr>
        <w:spacing w:before="240" w:beforeAutospacing="off" w:after="240" w:afterAutospacing="off" w:line="360" w:lineRule="auto"/>
      </w:pPr>
      <w:r w:rsidRPr="5B5531D0" w:rsidR="7FB42BEB">
        <w:rPr>
          <w:rFonts w:ascii="Aptos" w:hAnsi="Aptos" w:eastAsia="Aptos" w:cs="Aptos"/>
          <w:b w:val="0"/>
          <w:bCs w:val="0"/>
          <w:i w:val="0"/>
          <w:iCs w:val="0"/>
          <w:caps w:val="0"/>
          <w:smallCaps w:val="0"/>
          <w:noProof w:val="0"/>
          <w:sz w:val="28"/>
          <w:szCs w:val="28"/>
          <w:lang w:val="en-US"/>
        </w:rPr>
        <w:t xml:space="preserve">Every </w:t>
      </w:r>
      <w:r w:rsidRPr="5B5531D0" w:rsidR="7FB42BEB">
        <w:rPr>
          <w:rFonts w:ascii="Aptos" w:hAnsi="Aptos" w:eastAsia="Aptos" w:cs="Aptos"/>
          <w:b w:val="0"/>
          <w:bCs w:val="0"/>
          <w:i w:val="0"/>
          <w:iCs w:val="0"/>
          <w:caps w:val="0"/>
          <w:smallCaps w:val="0"/>
          <w:noProof w:val="0"/>
          <w:sz w:val="28"/>
          <w:szCs w:val="28"/>
          <w:lang w:val="en-US"/>
        </w:rPr>
        <w:t>Wednesday</w:t>
      </w:r>
      <w:r w:rsidRPr="5B5531D0" w:rsidR="7FB42BEB">
        <w:rPr>
          <w:rFonts w:ascii="Aptos" w:hAnsi="Aptos" w:eastAsia="Aptos" w:cs="Aptos"/>
          <w:b w:val="0"/>
          <w:bCs w:val="0"/>
          <w:i w:val="0"/>
          <w:iCs w:val="0"/>
          <w:caps w:val="0"/>
          <w:smallCaps w:val="0"/>
          <w:noProof w:val="0"/>
          <w:sz w:val="28"/>
          <w:szCs w:val="28"/>
          <w:lang w:val="en-US"/>
        </w:rPr>
        <w:t xml:space="preserve">, 11AM-1PM, </w:t>
      </w:r>
      <w:r w:rsidRPr="5B5531D0" w:rsidR="1B6F3149">
        <w:rPr>
          <w:rFonts w:ascii="Aptos" w:hAnsi="Aptos" w:eastAsia="Aptos" w:cs="Aptos"/>
          <w:b w:val="0"/>
          <w:bCs w:val="0"/>
          <w:i w:val="0"/>
          <w:iCs w:val="0"/>
          <w:caps w:val="0"/>
          <w:smallCaps w:val="0"/>
          <w:noProof w:val="0"/>
          <w:sz w:val="28"/>
          <w:szCs w:val="28"/>
          <w:lang w:val="en-US"/>
        </w:rPr>
        <w:t xml:space="preserve">in the </w:t>
      </w:r>
      <w:r w:rsidRPr="5B5531D0" w:rsidR="7FB42BEB">
        <w:rPr>
          <w:rFonts w:ascii="Aptos" w:hAnsi="Aptos" w:eastAsia="Aptos" w:cs="Aptos"/>
          <w:b w:val="0"/>
          <w:bCs w:val="0"/>
          <w:i w:val="0"/>
          <w:iCs w:val="0"/>
          <w:caps w:val="0"/>
          <w:smallCaps w:val="0"/>
          <w:noProof w:val="0"/>
          <w:sz w:val="28"/>
          <w:szCs w:val="28"/>
          <w:lang w:val="en-US"/>
        </w:rPr>
        <w:t>Engleman Rotunda</w:t>
      </w:r>
    </w:p>
    <w:p w:rsidR="648B5CB7" w:rsidP="5B5531D0" w:rsidRDefault="648B5CB7" w14:paraId="22CB90BE" w14:textId="13E8B4F1">
      <w:pPr>
        <w:pStyle w:val="Normal"/>
        <w:spacing w:before="240" w:beforeAutospacing="off" w:after="240" w:afterAutospacing="off" w:line="360" w:lineRule="auto"/>
      </w:pPr>
      <w:r w:rsidRPr="5B5531D0" w:rsidR="7FB42BEB">
        <w:rPr>
          <w:rFonts w:ascii="Aptos" w:hAnsi="Aptos" w:eastAsia="Aptos" w:cs="Aptos"/>
          <w:b w:val="0"/>
          <w:bCs w:val="0"/>
          <w:i w:val="0"/>
          <w:iCs w:val="0"/>
          <w:caps w:val="0"/>
          <w:smallCaps w:val="0"/>
          <w:noProof w:val="0"/>
          <w:sz w:val="28"/>
          <w:szCs w:val="28"/>
          <w:lang w:val="en-US"/>
        </w:rPr>
        <w:t xml:space="preserve">Join the Wellbeing Center’s weekly </w:t>
      </w:r>
      <w:r w:rsidRPr="5B5531D0" w:rsidR="1DCABE3D">
        <w:rPr>
          <w:rFonts w:ascii="Aptos" w:hAnsi="Aptos" w:eastAsia="Aptos" w:cs="Aptos"/>
          <w:noProof w:val="0"/>
          <w:sz w:val="28"/>
          <w:szCs w:val="28"/>
          <w:lang w:val="en-US"/>
        </w:rPr>
        <w:t>table,</w:t>
      </w:r>
      <w:r w:rsidRPr="5B5531D0" w:rsidR="7FB42BEB">
        <w:rPr>
          <w:rFonts w:ascii="Aptos" w:hAnsi="Aptos" w:eastAsia="Aptos" w:cs="Aptos"/>
          <w:b w:val="0"/>
          <w:bCs w:val="0"/>
          <w:i w:val="0"/>
          <w:iCs w:val="0"/>
          <w:caps w:val="0"/>
          <w:smallCaps w:val="0"/>
          <w:noProof w:val="0"/>
          <w:sz w:val="28"/>
          <w:szCs w:val="28"/>
          <w:lang w:val="en-US"/>
        </w:rPr>
        <w:t xml:space="preserve"> where we </w:t>
      </w:r>
      <w:r w:rsidRPr="5B5531D0" w:rsidR="7FB42BEB">
        <w:rPr>
          <w:rFonts w:ascii="Aptos" w:hAnsi="Aptos" w:eastAsia="Aptos" w:cs="Aptos"/>
          <w:b w:val="1"/>
          <w:bCs w:val="1"/>
          <w:i w:val="0"/>
          <w:iCs w:val="0"/>
          <w:caps w:val="0"/>
          <w:smallCaps w:val="0"/>
          <w:noProof w:val="0"/>
          <w:sz w:val="28"/>
          <w:szCs w:val="28"/>
          <w:lang w:val="en-US"/>
        </w:rPr>
        <w:t xml:space="preserve">share the </w:t>
      </w:r>
      <w:r w:rsidRPr="5B5531D0" w:rsidR="7FB42BEB">
        <w:rPr>
          <w:rFonts w:ascii="Aptos" w:hAnsi="Aptos" w:eastAsia="Aptos" w:cs="Aptos"/>
          <w:b w:val="1"/>
          <w:bCs w:val="1"/>
          <w:i w:val="0"/>
          <w:iCs w:val="0"/>
          <w:caps w:val="0"/>
          <w:smallCaps w:val="0"/>
          <w:noProof w:val="0"/>
          <w:sz w:val="28"/>
          <w:szCs w:val="28"/>
          <w:lang w:val="en-US"/>
        </w:rPr>
        <w:t>resources</w:t>
      </w:r>
      <w:r w:rsidRPr="5B5531D0" w:rsidR="7FB42BEB">
        <w:rPr>
          <w:rFonts w:ascii="Aptos" w:hAnsi="Aptos" w:eastAsia="Aptos" w:cs="Aptos"/>
          <w:b w:val="0"/>
          <w:bCs w:val="0"/>
          <w:i w:val="0"/>
          <w:iCs w:val="0"/>
          <w:caps w:val="0"/>
          <w:smallCaps w:val="0"/>
          <w:noProof w:val="0"/>
          <w:sz w:val="28"/>
          <w:szCs w:val="28"/>
          <w:lang w:val="en-US"/>
        </w:rPr>
        <w:t xml:space="preserve"> our office has to offer.</w:t>
      </w:r>
      <w:r w:rsidRPr="5B5531D0" w:rsidR="7FB42BEB">
        <w:rPr>
          <w:rFonts w:ascii="Aptos" w:hAnsi="Aptos" w:eastAsia="Aptos" w:cs="Aptos"/>
          <w:b w:val="0"/>
          <w:bCs w:val="0"/>
          <w:i w:val="0"/>
          <w:iCs w:val="0"/>
          <w:caps w:val="0"/>
          <w:smallCaps w:val="0"/>
          <w:noProof w:val="0"/>
          <w:sz w:val="28"/>
          <w:szCs w:val="28"/>
          <w:lang w:val="en-US"/>
        </w:rPr>
        <w:t xml:space="preserve"> Interact with our Graduate Interns and grab some goodies for </w:t>
      </w:r>
      <w:r w:rsidRPr="5B5531D0" w:rsidR="078FC6E6">
        <w:rPr>
          <w:rFonts w:ascii="Aptos" w:hAnsi="Aptos" w:eastAsia="Aptos" w:cs="Aptos"/>
          <w:noProof w:val="0"/>
          <w:sz w:val="28"/>
          <w:szCs w:val="28"/>
          <w:lang w:val="en-US"/>
        </w:rPr>
        <w:t>self-care!</w:t>
      </w:r>
    </w:p>
    <w:p w:rsidR="0475A08D" w:rsidP="5B5531D0" w:rsidRDefault="0475A08D" w14:paraId="3ED0D512" w14:textId="67AC51F3">
      <w:pPr>
        <w:spacing w:before="240" w:beforeAutospacing="off" w:after="240" w:afterAutospacing="off" w:line="360" w:lineRule="auto"/>
      </w:pPr>
      <w:r w:rsidRPr="5B5531D0" w:rsidR="0475A08D">
        <w:rPr>
          <w:rFonts w:ascii="Aptos" w:hAnsi="Aptos" w:eastAsia="Aptos" w:cs="Aptos"/>
          <w:b w:val="1"/>
          <w:bCs w:val="1"/>
          <w:i w:val="0"/>
          <w:iCs w:val="0"/>
          <w:caps w:val="0"/>
          <w:smallCaps w:val="0"/>
          <w:noProof w:val="0"/>
          <w:color w:val="0070C0"/>
          <w:sz w:val="28"/>
          <w:szCs w:val="28"/>
          <w:lang w:val="en-US"/>
        </w:rPr>
        <w:t xml:space="preserve">First Generation Student Support </w:t>
      </w:r>
      <w:r w:rsidRPr="5B5531D0" w:rsidR="1EAE69A4">
        <w:rPr>
          <w:rFonts w:ascii="Aptos" w:hAnsi="Aptos" w:eastAsia="Aptos" w:cs="Aptos"/>
          <w:b w:val="1"/>
          <w:bCs w:val="1"/>
          <w:i w:val="0"/>
          <w:iCs w:val="0"/>
          <w:caps w:val="0"/>
          <w:smallCaps w:val="0"/>
          <w:noProof w:val="0"/>
          <w:color w:val="0070C0"/>
          <w:sz w:val="28"/>
          <w:szCs w:val="28"/>
          <w:lang w:val="en-US"/>
        </w:rPr>
        <w:t>Group</w:t>
      </w:r>
    </w:p>
    <w:p w:rsidR="63278D2B" w:rsidP="5B5531D0" w:rsidRDefault="63278D2B" w14:paraId="47185B35" w14:textId="35CF2061">
      <w:pPr>
        <w:pStyle w:val="Normal"/>
        <w:spacing w:before="240" w:beforeAutospacing="off" w:after="240" w:afterAutospacing="off" w:line="360" w:lineRule="auto"/>
        <w:rPr>
          <w:rFonts w:ascii="Aptos" w:hAnsi="Aptos" w:eastAsia="Aptos" w:cs="Aptos"/>
          <w:b w:val="0"/>
          <w:bCs w:val="0"/>
          <w:i w:val="0"/>
          <w:iCs w:val="0"/>
          <w:noProof w:val="0"/>
          <w:sz w:val="28"/>
          <w:szCs w:val="28"/>
          <w:lang w:val="en-US"/>
        </w:rPr>
      </w:pPr>
      <w:r w:rsidRPr="5B5531D0" w:rsidR="63278D2B">
        <w:rPr>
          <w:rFonts w:ascii="Aptos" w:hAnsi="Aptos" w:eastAsia="Aptos" w:cs="Aptos"/>
          <w:b w:val="0"/>
          <w:bCs w:val="0"/>
          <w:i w:val="0"/>
          <w:iCs w:val="0"/>
          <w:noProof w:val="0"/>
          <w:sz w:val="28"/>
          <w:szCs w:val="28"/>
          <w:lang w:val="en-US"/>
        </w:rPr>
        <w:t>This group provides a space to discuss the unique challenges first-generation college students encounter, offering guidance and peer support to help you thrive at SCSU.</w:t>
      </w:r>
    </w:p>
    <w:p w:rsidR="1EAE69A4" w:rsidP="5B5531D0" w:rsidRDefault="1EAE69A4" w14:paraId="21818062" w14:textId="68435A35">
      <w:pPr>
        <w:pStyle w:val="Normal"/>
        <w:spacing w:before="240" w:beforeAutospacing="off" w:after="240" w:afterAutospacing="off" w:line="360" w:lineRule="auto"/>
        <w:rPr>
          <w:rFonts w:ascii="Aptos" w:hAnsi="Aptos" w:eastAsia="Aptos" w:cs="Aptos"/>
          <w:b w:val="0"/>
          <w:bCs w:val="0"/>
          <w:sz w:val="28"/>
          <w:szCs w:val="28"/>
        </w:rPr>
      </w:pPr>
      <w:r w:rsidRPr="5B5531D0" w:rsidR="1EAE69A4">
        <w:rPr>
          <w:rFonts w:ascii="Aptos" w:hAnsi="Aptos" w:eastAsia="Aptos" w:cs="Aptos"/>
          <w:b w:val="0"/>
          <w:bCs w:val="0"/>
          <w:i w:val="0"/>
          <w:iCs w:val="0"/>
          <w:caps w:val="0"/>
          <w:smallCaps w:val="0"/>
          <w:noProof w:val="0"/>
          <w:sz w:val="28"/>
          <w:szCs w:val="28"/>
          <w:lang w:val="en-US"/>
        </w:rPr>
        <w:t xml:space="preserve">To join, contact </w:t>
      </w:r>
      <w:r w:rsidRPr="5B5531D0" w:rsidR="1EAE69A4">
        <w:rPr>
          <w:rFonts w:ascii="Aptos" w:hAnsi="Aptos" w:eastAsia="Aptos" w:cs="Aptos"/>
          <w:noProof w:val="0"/>
          <w:sz w:val="28"/>
          <w:szCs w:val="28"/>
          <w:lang w:val="en-US"/>
        </w:rPr>
        <w:t>Chrystal Long</w:t>
      </w:r>
      <w:r w:rsidRPr="5B5531D0" w:rsidR="1EAE69A4">
        <w:rPr>
          <w:rFonts w:ascii="Aptos" w:hAnsi="Aptos" w:eastAsia="Aptos" w:cs="Aptos"/>
          <w:b w:val="0"/>
          <w:bCs w:val="0"/>
          <w:i w:val="0"/>
          <w:iCs w:val="0"/>
          <w:caps w:val="0"/>
          <w:smallCaps w:val="0"/>
          <w:noProof w:val="0"/>
          <w:sz w:val="28"/>
          <w:szCs w:val="28"/>
          <w:lang w:val="en-US"/>
        </w:rPr>
        <w:t xml:space="preserve"> at </w:t>
      </w:r>
      <w:hyperlink r:id="R3e86fb516e304e11">
        <w:r w:rsidRPr="5B5531D0" w:rsidR="1EAE69A4">
          <w:rPr>
            <w:rStyle w:val="Hyperlink"/>
            <w:rFonts w:ascii="Aptos" w:hAnsi="Aptos" w:eastAsia="Aptos" w:cs="Aptos"/>
            <w:b w:val="0"/>
            <w:bCs w:val="0"/>
            <w:i w:val="0"/>
            <w:iCs w:val="0"/>
            <w:caps w:val="0"/>
            <w:smallCaps w:val="0"/>
            <w:noProof w:val="0"/>
            <w:sz w:val="28"/>
            <w:szCs w:val="28"/>
            <w:lang w:val="en-US"/>
          </w:rPr>
          <w:t>Longc3@southernct.edu</w:t>
        </w:r>
      </w:hyperlink>
    </w:p>
    <w:p w:rsidR="1AE25ABD" w:rsidP="5B5531D0" w:rsidRDefault="1AE25ABD" w14:paraId="2CB019D9" w14:textId="7D7C9609">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5B5531D0" w:rsidR="1AE25ABD">
        <w:rPr>
          <w:rFonts w:ascii="Aptos" w:hAnsi="Aptos" w:eastAsia="Aptos" w:cs="Aptos"/>
          <w:b w:val="1"/>
          <w:bCs w:val="1"/>
          <w:i w:val="0"/>
          <w:iCs w:val="0"/>
          <w:caps w:val="0"/>
          <w:smallCaps w:val="0"/>
          <w:noProof w:val="0"/>
          <w:color w:val="0070C0"/>
          <w:sz w:val="28"/>
          <w:szCs w:val="28"/>
          <w:lang w:val="en-US"/>
        </w:rPr>
        <w:t xml:space="preserve">Cultural Connections Support </w:t>
      </w:r>
      <w:r w:rsidRPr="5B5531D0" w:rsidR="5079D232">
        <w:rPr>
          <w:rFonts w:ascii="Aptos" w:hAnsi="Aptos" w:eastAsia="Aptos" w:cs="Aptos"/>
          <w:b w:val="1"/>
          <w:bCs w:val="1"/>
          <w:i w:val="0"/>
          <w:iCs w:val="0"/>
          <w:caps w:val="0"/>
          <w:smallCaps w:val="0"/>
          <w:noProof w:val="0"/>
          <w:color w:val="0070C0"/>
          <w:sz w:val="28"/>
          <w:szCs w:val="28"/>
          <w:lang w:val="en-US"/>
        </w:rPr>
        <w:t>Group</w:t>
      </w:r>
    </w:p>
    <w:p w:rsidR="0975D916" w:rsidP="5B5531D0" w:rsidRDefault="0975D916" w14:paraId="12D5A0A1" w14:textId="531B5F62">
      <w:pPr>
        <w:pStyle w:val="Normal"/>
        <w:spacing w:before="240" w:beforeAutospacing="off" w:after="240" w:afterAutospacing="off" w:line="360" w:lineRule="auto"/>
        <w:rPr>
          <w:rFonts w:ascii="Aptos" w:hAnsi="Aptos" w:eastAsia="Aptos" w:cs="Aptos"/>
          <w:b w:val="0"/>
          <w:bCs w:val="0"/>
          <w:i w:val="0"/>
          <w:iCs w:val="0"/>
          <w:noProof w:val="0"/>
          <w:sz w:val="28"/>
          <w:szCs w:val="28"/>
          <w:lang w:val="en-US"/>
        </w:rPr>
      </w:pPr>
      <w:r w:rsidRPr="5B5531D0" w:rsidR="0975D916">
        <w:rPr>
          <w:rFonts w:ascii="Aptos" w:hAnsi="Aptos" w:eastAsia="Aptos" w:cs="Aptos"/>
          <w:b w:val="0"/>
          <w:bCs w:val="0"/>
          <w:i w:val="0"/>
          <w:iCs w:val="0"/>
          <w:noProof w:val="0"/>
          <w:sz w:val="28"/>
          <w:szCs w:val="28"/>
          <w:lang w:val="en-US"/>
        </w:rPr>
        <w:t>This group provides a welcoming space for students from diverse backgrounds to share experiences, discuss challenges, and celebrate cultural identities. Topics may include navigating cultural dynamics in academic settings, family expectations, and building a</w:t>
      </w:r>
    </w:p>
    <w:p w:rsidR="5079D232" w:rsidP="5B5531D0" w:rsidRDefault="5079D232" w14:paraId="358440E8" w14:textId="4FC3F7DD">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5079D232">
        <w:rPr>
          <w:rFonts w:ascii="Aptos" w:hAnsi="Aptos" w:eastAsia="Aptos" w:cs="Aptos"/>
          <w:b w:val="0"/>
          <w:bCs w:val="0"/>
          <w:i w:val="0"/>
          <w:iCs w:val="0"/>
          <w:caps w:val="0"/>
          <w:smallCaps w:val="0"/>
          <w:noProof w:val="0"/>
          <w:sz w:val="28"/>
          <w:szCs w:val="28"/>
          <w:lang w:val="en-US"/>
        </w:rPr>
        <w:t>To join, contact Stephanie Perez at perezs10@southernctedu</w:t>
      </w:r>
    </w:p>
    <w:p w:rsidR="5079D232" w:rsidP="5B5531D0" w:rsidRDefault="5079D232" w14:paraId="23E9378D" w14:textId="7AB23757">
      <w:pPr>
        <w:pStyle w:val="Normal"/>
        <w:spacing w:before="240" w:beforeAutospacing="off" w:after="240" w:afterAutospacing="off" w:line="360" w:lineRule="auto"/>
        <w:rPr>
          <w:rFonts w:ascii="Aptos" w:hAnsi="Aptos" w:eastAsia="Aptos" w:cs="Aptos"/>
          <w:b w:val="0"/>
          <w:bCs w:val="0"/>
          <w:i w:val="0"/>
          <w:iCs w:val="0"/>
          <w:caps w:val="1"/>
          <w:noProof w:val="0"/>
          <w:sz w:val="28"/>
          <w:szCs w:val="28"/>
          <w:lang w:val="en-US"/>
        </w:rPr>
      </w:pPr>
      <w:r w:rsidRPr="5B5531D0" w:rsidR="5079D232">
        <w:rPr>
          <w:rFonts w:ascii="Aptos" w:hAnsi="Aptos" w:eastAsia="Aptos" w:cs="Aptos"/>
          <w:b w:val="0"/>
          <w:bCs w:val="0"/>
          <w:i w:val="0"/>
          <w:iCs w:val="0"/>
          <w:caps w:val="0"/>
          <w:smallCaps w:val="0"/>
          <w:noProof w:val="0"/>
          <w:sz w:val="28"/>
          <w:szCs w:val="28"/>
          <w:lang w:val="en-US"/>
        </w:rPr>
        <w:t xml:space="preserve">Wednesdays starting from </w:t>
      </w:r>
      <w:r w:rsidRPr="5B5531D0" w:rsidR="5079D232">
        <w:rPr>
          <w:rFonts w:ascii="Aptos" w:hAnsi="Aptos" w:eastAsia="Aptos" w:cs="Aptos"/>
          <w:noProof w:val="0"/>
          <w:sz w:val="28"/>
          <w:szCs w:val="28"/>
          <w:lang w:val="en-US"/>
        </w:rPr>
        <w:t>1 to 2pm</w:t>
      </w:r>
      <w:r w:rsidRPr="5B5531D0" w:rsidR="5079D232">
        <w:rPr>
          <w:rFonts w:ascii="Aptos" w:hAnsi="Aptos" w:eastAsia="Aptos" w:cs="Aptos"/>
          <w:b w:val="0"/>
          <w:bCs w:val="0"/>
          <w:i w:val="0"/>
          <w:iCs w:val="0"/>
          <w:caps w:val="0"/>
          <w:smallCaps w:val="0"/>
          <w:noProof w:val="0"/>
          <w:sz w:val="28"/>
          <w:szCs w:val="28"/>
          <w:lang w:val="en-US"/>
        </w:rPr>
        <w:t xml:space="preserve"> in Engleman B-106</w:t>
      </w:r>
    </w:p>
    <w:p w:rsidR="06F24FCE" w:rsidP="5B5531D0" w:rsidRDefault="06F24FCE" w14:paraId="0E031210" w14:textId="65E59B87">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5B5531D0" w:rsidR="06F24FCE">
        <w:rPr>
          <w:rFonts w:ascii="Aptos" w:hAnsi="Aptos" w:eastAsia="Aptos" w:cs="Aptos"/>
          <w:b w:val="1"/>
          <w:bCs w:val="1"/>
          <w:i w:val="0"/>
          <w:iCs w:val="0"/>
          <w:caps w:val="0"/>
          <w:smallCaps w:val="0"/>
          <w:noProof w:val="0"/>
          <w:color w:val="0070C0"/>
          <w:sz w:val="28"/>
          <w:szCs w:val="28"/>
          <w:lang w:val="en-US"/>
        </w:rPr>
        <w:t>Get Yourself Tested (G</w:t>
      </w:r>
      <w:r w:rsidRPr="5B5531D0" w:rsidR="03178E58">
        <w:rPr>
          <w:rFonts w:ascii="Aptos" w:hAnsi="Aptos" w:eastAsia="Aptos" w:cs="Aptos"/>
          <w:b w:val="1"/>
          <w:bCs w:val="1"/>
          <w:i w:val="0"/>
          <w:iCs w:val="0"/>
          <w:caps w:val="0"/>
          <w:smallCaps w:val="0"/>
          <w:noProof w:val="0"/>
          <w:color w:val="0070C0"/>
          <w:sz w:val="28"/>
          <w:szCs w:val="28"/>
          <w:lang w:val="en-US"/>
        </w:rPr>
        <w:t>YT</w:t>
      </w:r>
      <w:r w:rsidRPr="5B5531D0" w:rsidR="06F24FCE">
        <w:rPr>
          <w:rFonts w:ascii="Aptos" w:hAnsi="Aptos" w:eastAsia="Aptos" w:cs="Aptos"/>
          <w:b w:val="1"/>
          <w:bCs w:val="1"/>
          <w:i w:val="0"/>
          <w:iCs w:val="0"/>
          <w:caps w:val="0"/>
          <w:smallCaps w:val="0"/>
          <w:noProof w:val="0"/>
          <w:color w:val="0070C0"/>
          <w:sz w:val="28"/>
          <w:szCs w:val="28"/>
          <w:lang w:val="en-US"/>
        </w:rPr>
        <w:t>)</w:t>
      </w:r>
    </w:p>
    <w:p w:rsidR="06F24FCE" w:rsidP="5B5531D0" w:rsidRDefault="06F24FCE" w14:paraId="1087F056" w14:textId="552D03D5">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06F24FCE">
        <w:rPr>
          <w:rFonts w:ascii="Aptos" w:hAnsi="Aptos" w:eastAsia="Aptos" w:cs="Aptos"/>
          <w:b w:val="0"/>
          <w:bCs w:val="0"/>
          <w:i w:val="0"/>
          <w:iCs w:val="0"/>
          <w:caps w:val="0"/>
          <w:smallCaps w:val="0"/>
          <w:noProof w:val="0"/>
          <w:sz w:val="28"/>
          <w:szCs w:val="28"/>
          <w:lang w:val="en-US"/>
        </w:rPr>
        <w:t xml:space="preserve">Come down to Student Health Services to get STD tested. Available to all students, appointments are recommended and can be made by scanning the QR code or by visiting </w:t>
      </w:r>
      <w:hyperlink r:id="R5185630de3aa40a3">
        <w:r w:rsidRPr="5B5531D0" w:rsidR="06F24FCE">
          <w:rPr>
            <w:rStyle w:val="Hyperlink"/>
            <w:rFonts w:ascii="Aptos" w:hAnsi="Aptos" w:eastAsia="Aptos" w:cs="Aptos"/>
            <w:b w:val="0"/>
            <w:bCs w:val="0"/>
            <w:i w:val="0"/>
            <w:iCs w:val="0"/>
            <w:caps w:val="0"/>
            <w:smallCaps w:val="0"/>
            <w:noProof w:val="0"/>
            <w:sz w:val="28"/>
            <w:szCs w:val="28"/>
            <w:lang w:val="en-US"/>
          </w:rPr>
          <w:t>StudenthealthEHR.southernct.edu.</w:t>
        </w:r>
      </w:hyperlink>
      <w:r w:rsidRPr="5B5531D0" w:rsidR="06F24FCE">
        <w:rPr>
          <w:rFonts w:ascii="Aptos" w:hAnsi="Aptos" w:eastAsia="Aptos" w:cs="Aptos"/>
          <w:b w:val="0"/>
          <w:bCs w:val="0"/>
          <w:i w:val="0"/>
          <w:iCs w:val="0"/>
          <w:caps w:val="0"/>
          <w:smallCaps w:val="0"/>
          <w:noProof w:val="0"/>
          <w:sz w:val="28"/>
          <w:szCs w:val="28"/>
          <w:lang w:val="en-US"/>
        </w:rPr>
        <w:t xml:space="preserve"> </w:t>
      </w:r>
      <w:r w:rsidRPr="5B5531D0" w:rsidR="06F24FCE">
        <w:rPr>
          <w:rFonts w:ascii="Aptos" w:hAnsi="Aptos" w:eastAsia="Aptos" w:cs="Aptos"/>
          <w:b w:val="0"/>
          <w:bCs w:val="0"/>
          <w:i w:val="0"/>
          <w:iCs w:val="0"/>
          <w:caps w:val="0"/>
          <w:smallCaps w:val="0"/>
          <w:noProof w:val="0"/>
          <w:sz w:val="28"/>
          <w:szCs w:val="28"/>
          <w:lang w:val="en-US"/>
        </w:rPr>
        <w:t>Walk-ins are also available.</w:t>
      </w:r>
      <w:r w:rsidRPr="5B5531D0" w:rsidR="06F24FCE">
        <w:rPr>
          <w:rFonts w:ascii="Aptos" w:hAnsi="Aptos" w:eastAsia="Aptos" w:cs="Aptos"/>
          <w:b w:val="0"/>
          <w:bCs w:val="0"/>
          <w:i w:val="0"/>
          <w:iCs w:val="0"/>
          <w:caps w:val="0"/>
          <w:smallCaps w:val="0"/>
          <w:noProof w:val="0"/>
          <w:sz w:val="28"/>
          <w:szCs w:val="28"/>
          <w:lang w:val="en-US"/>
        </w:rPr>
        <w:t xml:space="preserve"> </w:t>
      </w:r>
    </w:p>
    <w:p w:rsidR="06F24FCE" w:rsidP="5B5531D0" w:rsidRDefault="06F24FCE" w14:paraId="27C4BC47" w14:textId="53A34338">
      <w:pPr>
        <w:pStyle w:val="Normal"/>
        <w:spacing w:before="240" w:beforeAutospacing="off" w:after="240" w:afterAutospacing="off" w:line="360" w:lineRule="auto"/>
      </w:pPr>
      <w:r w:rsidRPr="5B5531D0" w:rsidR="06F24FCE">
        <w:rPr>
          <w:rFonts w:ascii="Aptos" w:hAnsi="Aptos" w:eastAsia="Aptos" w:cs="Aptos"/>
          <w:b w:val="0"/>
          <w:bCs w:val="0"/>
          <w:i w:val="0"/>
          <w:iCs w:val="0"/>
          <w:caps w:val="0"/>
          <w:smallCaps w:val="0"/>
          <w:noProof w:val="0"/>
          <w:sz w:val="28"/>
          <w:szCs w:val="28"/>
          <w:lang w:val="en-US"/>
        </w:rPr>
        <w:t xml:space="preserve">Dates: 4/16, 5/5 from </w:t>
      </w:r>
      <w:r w:rsidRPr="5B5531D0" w:rsidR="06F24FCE">
        <w:rPr>
          <w:rFonts w:ascii="Aptos" w:hAnsi="Aptos" w:eastAsia="Aptos" w:cs="Aptos"/>
          <w:noProof w:val="0"/>
          <w:sz w:val="28"/>
          <w:szCs w:val="28"/>
          <w:lang w:val="en-US"/>
        </w:rPr>
        <w:t>10am to 2pm</w:t>
      </w:r>
    </w:p>
    <w:p w:rsidR="53C99CD8" w:rsidP="5B5531D0" w:rsidRDefault="53C99CD8" w14:paraId="758F796C" w14:textId="0581ED13">
      <w:pPr>
        <w:spacing w:before="240" w:beforeAutospacing="off" w:after="240" w:afterAutospacing="off" w:line="360" w:lineRule="auto"/>
      </w:pPr>
      <w:r w:rsidRPr="5B5531D0" w:rsidR="53C99CD8">
        <w:rPr>
          <w:rFonts w:ascii="Aptos" w:hAnsi="Aptos" w:eastAsia="Aptos" w:cs="Aptos"/>
          <w:b w:val="0"/>
          <w:bCs w:val="0"/>
          <w:i w:val="0"/>
          <w:iCs w:val="0"/>
          <w:caps w:val="0"/>
          <w:smallCaps w:val="0"/>
          <w:noProof w:val="0"/>
          <w:sz w:val="28"/>
          <w:szCs w:val="28"/>
          <w:lang w:val="en-US"/>
        </w:rPr>
        <w:t>Located at SCSU Health Services</w:t>
      </w:r>
    </w:p>
    <w:p w:rsidR="6B59CC8C" w:rsidP="5B5531D0" w:rsidRDefault="6B59CC8C" w14:paraId="2DBC5EEB" w14:textId="19CC164A">
      <w:pPr>
        <w:spacing w:before="240" w:beforeAutospacing="off" w:after="240" w:afterAutospacing="off" w:line="360" w:lineRule="auto"/>
      </w:pPr>
      <w:r w:rsidRPr="5B5531D0" w:rsidR="3C13D383">
        <w:rPr>
          <w:rFonts w:ascii="Aptos" w:hAnsi="Aptos" w:eastAsia="Aptos" w:cs="Aptos"/>
          <w:b w:val="1"/>
          <w:bCs w:val="1"/>
          <w:i w:val="0"/>
          <w:iCs w:val="0"/>
          <w:caps w:val="0"/>
          <w:smallCaps w:val="0"/>
          <w:noProof w:val="0"/>
          <w:color w:val="0070C0"/>
          <w:sz w:val="28"/>
          <w:szCs w:val="28"/>
          <w:lang w:val="en-US"/>
        </w:rPr>
        <w:t xml:space="preserve">Quit Vaping/ Smoking </w:t>
      </w:r>
      <w:r w:rsidRPr="5B5531D0" w:rsidR="30FEC445">
        <w:rPr>
          <w:rFonts w:ascii="Aptos" w:hAnsi="Aptos" w:eastAsia="Aptos" w:cs="Aptos"/>
          <w:b w:val="1"/>
          <w:bCs w:val="1"/>
          <w:i w:val="0"/>
          <w:iCs w:val="0"/>
          <w:caps w:val="0"/>
          <w:smallCaps w:val="0"/>
          <w:noProof w:val="0"/>
          <w:color w:val="0070C0"/>
          <w:sz w:val="28"/>
          <w:szCs w:val="28"/>
          <w:lang w:val="en-US"/>
        </w:rPr>
        <w:t>Support – Freedom Fridays</w:t>
      </w:r>
    </w:p>
    <w:p w:rsidR="1CFEB98B" w:rsidP="5B5531D0" w:rsidRDefault="1CFEB98B" w14:paraId="3E57FF47" w14:textId="58421DE8">
      <w:pPr>
        <w:pStyle w:val="Normal"/>
        <w:spacing w:before="240" w:beforeAutospacing="off" w:after="240" w:afterAutospacing="off" w:line="360" w:lineRule="auto"/>
      </w:pPr>
      <w:r w:rsidRPr="5B5531D0" w:rsidR="1CFEB98B">
        <w:rPr>
          <w:rFonts w:ascii="Aptos" w:hAnsi="Aptos" w:eastAsia="Aptos" w:cs="Aptos"/>
          <w:b w:val="0"/>
          <w:bCs w:val="0"/>
          <w:i w:val="0"/>
          <w:iCs w:val="0"/>
          <w:caps w:val="0"/>
          <w:smallCaps w:val="0"/>
          <w:noProof w:val="0"/>
          <w:sz w:val="28"/>
          <w:szCs w:val="28"/>
          <w:lang w:val="en-US"/>
        </w:rPr>
        <w:t xml:space="preserve">Dates: 4/4 and 5/2 from </w:t>
      </w:r>
      <w:r w:rsidRPr="5B5531D0" w:rsidR="4397E64C">
        <w:rPr>
          <w:rFonts w:ascii="Aptos" w:hAnsi="Aptos" w:eastAsia="Aptos" w:cs="Aptos"/>
          <w:noProof w:val="0"/>
          <w:sz w:val="28"/>
          <w:szCs w:val="28"/>
          <w:lang w:val="en-US"/>
        </w:rPr>
        <w:t>10am to 2pm</w:t>
      </w:r>
      <w:r w:rsidRPr="5B5531D0" w:rsidR="1CFEB98B">
        <w:rPr>
          <w:rFonts w:ascii="Aptos" w:hAnsi="Aptos" w:eastAsia="Aptos" w:cs="Aptos"/>
          <w:noProof w:val="0"/>
          <w:sz w:val="28"/>
          <w:szCs w:val="28"/>
          <w:lang w:val="en-US"/>
        </w:rPr>
        <w:t xml:space="preserve"> </w:t>
      </w:r>
    </w:p>
    <w:p w:rsidR="51DA1BEF" w:rsidP="5B5531D0" w:rsidRDefault="51DA1BEF" w14:paraId="19557BF6" w14:textId="41D114B9">
      <w:pPr>
        <w:spacing w:before="240" w:beforeAutospacing="off" w:after="240" w:afterAutospacing="off" w:line="360" w:lineRule="auto"/>
      </w:pPr>
      <w:r w:rsidRPr="5B5531D0" w:rsidR="51DA1BEF">
        <w:rPr>
          <w:rFonts w:ascii="Aptos" w:hAnsi="Aptos" w:eastAsia="Aptos" w:cs="Aptos"/>
          <w:b w:val="0"/>
          <w:bCs w:val="0"/>
          <w:i w:val="0"/>
          <w:iCs w:val="0"/>
          <w:caps w:val="0"/>
          <w:smallCaps w:val="0"/>
          <w:noProof w:val="0"/>
          <w:sz w:val="28"/>
          <w:szCs w:val="28"/>
          <w:lang w:val="en-US"/>
        </w:rPr>
        <w:t xml:space="preserve">Stop by Health Services on the first Friday of each month for FREE quit vaping/smoking cessation medication. </w:t>
      </w:r>
    </w:p>
    <w:p w:rsidR="51DA1BEF" w:rsidP="5B5531D0" w:rsidRDefault="51DA1BEF" w14:paraId="6CF03515" w14:textId="131C7057">
      <w:pPr>
        <w:spacing w:before="240" w:beforeAutospacing="off" w:after="240" w:afterAutospacing="off" w:line="360" w:lineRule="auto"/>
      </w:pPr>
      <w:r w:rsidRPr="5B5531D0" w:rsidR="51DA1BEF">
        <w:rPr>
          <w:rFonts w:ascii="Aptos" w:hAnsi="Aptos" w:eastAsia="Aptos" w:cs="Aptos"/>
          <w:b w:val="0"/>
          <w:bCs w:val="0"/>
          <w:i w:val="0"/>
          <w:iCs w:val="0"/>
          <w:caps w:val="0"/>
          <w:smallCaps w:val="0"/>
          <w:noProof w:val="0"/>
          <w:sz w:val="28"/>
          <w:szCs w:val="28"/>
          <w:lang w:val="en-US"/>
        </w:rPr>
        <w:t>Know someone who vapes or smokes? Visit our Quit Bar for gum, candy, and resources to help them quit.</w:t>
      </w:r>
    </w:p>
    <w:p w:rsidR="51DA1BEF" w:rsidP="5B5531D0" w:rsidRDefault="51DA1BEF" w14:paraId="4C94726A" w14:textId="48121709">
      <w:pPr>
        <w:pStyle w:val="Normal"/>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51DA1BEF">
        <w:rPr>
          <w:rFonts w:ascii="Aptos" w:hAnsi="Aptos" w:eastAsia="Aptos" w:cs="Aptos"/>
          <w:b w:val="0"/>
          <w:bCs w:val="0"/>
          <w:i w:val="0"/>
          <w:iCs w:val="0"/>
          <w:caps w:val="0"/>
          <w:smallCaps w:val="0"/>
          <w:noProof w:val="0"/>
          <w:sz w:val="28"/>
          <w:szCs w:val="28"/>
          <w:lang w:val="en-US"/>
        </w:rPr>
        <w:t xml:space="preserve">Students: </w:t>
      </w:r>
      <w:r w:rsidRPr="5B5531D0" w:rsidR="78AF324E">
        <w:rPr>
          <w:rFonts w:ascii="Aptos" w:hAnsi="Aptos" w:eastAsia="Aptos" w:cs="Aptos"/>
          <w:noProof w:val="0"/>
          <w:sz w:val="28"/>
          <w:szCs w:val="28"/>
          <w:lang w:val="en-US"/>
        </w:rPr>
        <w:t>Email</w:t>
      </w:r>
      <w:r w:rsidRPr="5B5531D0" w:rsidR="51DA1BEF">
        <w:rPr>
          <w:rFonts w:ascii="Aptos" w:hAnsi="Aptos" w:eastAsia="Aptos" w:cs="Aptos"/>
          <w:b w:val="0"/>
          <w:bCs w:val="0"/>
          <w:i w:val="0"/>
          <w:iCs w:val="0"/>
          <w:caps w:val="0"/>
          <w:smallCaps w:val="0"/>
          <w:noProof w:val="0"/>
          <w:sz w:val="28"/>
          <w:szCs w:val="28"/>
          <w:lang w:val="en-US"/>
        </w:rPr>
        <w:t xml:space="preserve"> </w:t>
      </w:r>
      <w:hyperlink r:id="R4ea1d40ef22a4945">
        <w:r w:rsidRPr="5B5531D0" w:rsidR="51DA1BEF">
          <w:rPr>
            <w:rStyle w:val="Hyperlink"/>
            <w:rFonts w:ascii="Aptos" w:hAnsi="Aptos" w:eastAsia="Aptos" w:cs="Aptos"/>
            <w:b w:val="0"/>
            <w:bCs w:val="0"/>
            <w:i w:val="0"/>
            <w:iCs w:val="0"/>
            <w:caps w:val="0"/>
            <w:smallCaps w:val="0"/>
            <w:noProof w:val="0"/>
            <w:sz w:val="28"/>
            <w:szCs w:val="28"/>
            <w:lang w:val="en-US"/>
          </w:rPr>
          <w:t>healthservices@southernct.edu</w:t>
        </w:r>
      </w:hyperlink>
      <w:r w:rsidRPr="5B5531D0" w:rsidR="51DA1BEF">
        <w:rPr>
          <w:rFonts w:ascii="Aptos" w:hAnsi="Aptos" w:eastAsia="Aptos" w:cs="Aptos"/>
          <w:b w:val="0"/>
          <w:bCs w:val="0"/>
          <w:i w:val="0"/>
          <w:iCs w:val="0"/>
          <w:caps w:val="0"/>
          <w:smallCaps w:val="0"/>
          <w:noProof w:val="0"/>
          <w:sz w:val="28"/>
          <w:szCs w:val="28"/>
          <w:lang w:val="en-US"/>
        </w:rPr>
        <w:t xml:space="preserve"> for more info.</w:t>
      </w:r>
    </w:p>
    <w:p w:rsidR="51DA1BEF" w:rsidP="5B5531D0" w:rsidRDefault="51DA1BEF" w14:paraId="20E57F08" w14:textId="3F56FE79">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51DA1BEF">
        <w:rPr>
          <w:rFonts w:ascii="Aptos" w:hAnsi="Aptos" w:eastAsia="Aptos" w:cs="Aptos"/>
          <w:b w:val="0"/>
          <w:bCs w:val="0"/>
          <w:i w:val="0"/>
          <w:iCs w:val="0"/>
          <w:caps w:val="0"/>
          <w:smallCaps w:val="0"/>
          <w:noProof w:val="0"/>
          <w:sz w:val="28"/>
          <w:szCs w:val="28"/>
          <w:lang w:val="en-US"/>
        </w:rPr>
        <w:t>Staff: Contact Victoria Adams (</w:t>
      </w:r>
      <w:hyperlink r:id="Re068a6b0d1ed41aa">
        <w:r w:rsidRPr="5B5531D0" w:rsidR="51DA1BEF">
          <w:rPr>
            <w:rStyle w:val="Hyperlink"/>
            <w:rFonts w:ascii="Aptos" w:hAnsi="Aptos" w:eastAsia="Aptos" w:cs="Aptos"/>
            <w:b w:val="0"/>
            <w:bCs w:val="0"/>
            <w:i w:val="0"/>
            <w:iCs w:val="0"/>
            <w:caps w:val="0"/>
            <w:smallCaps w:val="0"/>
            <w:noProof w:val="0"/>
            <w:sz w:val="28"/>
            <w:szCs w:val="28"/>
            <w:lang w:val="en-US"/>
          </w:rPr>
          <w:t>adamsv2@southernct.edu</w:t>
        </w:r>
      </w:hyperlink>
      <w:r w:rsidRPr="5B5531D0" w:rsidR="51DA1BEF">
        <w:rPr>
          <w:rFonts w:ascii="Aptos" w:hAnsi="Aptos" w:eastAsia="Aptos" w:cs="Aptos"/>
          <w:b w:val="0"/>
          <w:bCs w:val="0"/>
          <w:i w:val="0"/>
          <w:iCs w:val="0"/>
          <w:caps w:val="0"/>
          <w:smallCaps w:val="0"/>
          <w:noProof w:val="0"/>
          <w:sz w:val="28"/>
          <w:szCs w:val="28"/>
          <w:lang w:val="en-US"/>
        </w:rPr>
        <w:t>) for free quit medications.</w:t>
      </w:r>
    </w:p>
    <w:p w:rsidR="51DA1BEF" w:rsidP="5B5531D0" w:rsidRDefault="51DA1BEF" w14:paraId="6AABC856" w14:textId="17BE2EEC">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51DA1BEF">
        <w:rPr>
          <w:rFonts w:ascii="Aptos" w:hAnsi="Aptos" w:eastAsia="Aptos" w:cs="Aptos"/>
          <w:b w:val="1"/>
          <w:bCs w:val="1"/>
          <w:i w:val="0"/>
          <w:iCs w:val="0"/>
          <w:caps w:val="0"/>
          <w:smallCaps w:val="0"/>
          <w:noProof w:val="0"/>
          <w:color w:val="0070C0"/>
          <w:sz w:val="28"/>
          <w:szCs w:val="28"/>
          <w:lang w:val="en-US"/>
        </w:rPr>
        <w:t>Mindful Meditation Series</w:t>
      </w:r>
    </w:p>
    <w:p w:rsidR="51DA1BEF" w:rsidP="5B5531D0" w:rsidRDefault="51DA1BEF" w14:paraId="1EF305B2" w14:textId="2466B244">
      <w:pPr>
        <w:spacing w:before="240" w:beforeAutospacing="off" w:after="240" w:afterAutospacing="off" w:line="360" w:lineRule="auto"/>
      </w:pPr>
      <w:r w:rsidRPr="5B5531D0" w:rsidR="51DA1BEF">
        <w:rPr>
          <w:rFonts w:ascii="Aptos" w:hAnsi="Aptos" w:eastAsia="Aptos" w:cs="Aptos"/>
          <w:b w:val="0"/>
          <w:bCs w:val="0"/>
          <w:i w:val="0"/>
          <w:iCs w:val="0"/>
          <w:caps w:val="0"/>
          <w:smallCaps w:val="0"/>
          <w:noProof w:val="0"/>
          <w:sz w:val="28"/>
          <w:szCs w:val="28"/>
          <w:lang w:val="en-US"/>
        </w:rPr>
        <w:t>Join APRN Nurse Linda from Health Services, for her mindfulness meditation series and take an hour to decompress and reconnect</w:t>
      </w:r>
      <w:r w:rsidRPr="5B5531D0" w:rsidR="5F241839">
        <w:rPr>
          <w:rFonts w:ascii="Aptos" w:hAnsi="Aptos" w:eastAsia="Aptos" w:cs="Aptos"/>
          <w:b w:val="0"/>
          <w:bCs w:val="0"/>
          <w:i w:val="0"/>
          <w:iCs w:val="0"/>
          <w:caps w:val="0"/>
          <w:smallCaps w:val="0"/>
          <w:noProof w:val="0"/>
          <w:sz w:val="28"/>
          <w:szCs w:val="28"/>
          <w:lang w:val="en-US"/>
        </w:rPr>
        <w:t>.</w:t>
      </w:r>
      <w:r w:rsidRPr="5B5531D0" w:rsidR="51DA1BEF">
        <w:rPr>
          <w:rFonts w:ascii="Aptos" w:hAnsi="Aptos" w:eastAsia="Aptos" w:cs="Aptos"/>
          <w:b w:val="0"/>
          <w:bCs w:val="0"/>
          <w:i w:val="0"/>
          <w:iCs w:val="0"/>
          <w:caps w:val="0"/>
          <w:smallCaps w:val="0"/>
          <w:noProof w:val="0"/>
          <w:sz w:val="28"/>
          <w:szCs w:val="28"/>
          <w:lang w:val="en-US"/>
        </w:rPr>
        <w:t xml:space="preserve"> Embrace the power of stillness and find your calm</w:t>
      </w:r>
    </w:p>
    <w:p w:rsidR="60320381" w:rsidP="5B5531D0" w:rsidRDefault="60320381" w14:paraId="14415A47" w14:textId="2C6E0E62">
      <w:pPr>
        <w:pStyle w:val="Normal"/>
        <w:spacing w:before="240" w:beforeAutospacing="off" w:after="240" w:afterAutospacing="off" w:line="360" w:lineRule="auto"/>
      </w:pPr>
      <w:r w:rsidRPr="5B5531D0" w:rsidR="60320381">
        <w:rPr>
          <w:rFonts w:ascii="Aptos" w:hAnsi="Aptos" w:eastAsia="Aptos" w:cs="Aptos"/>
          <w:b w:val="0"/>
          <w:bCs w:val="0"/>
          <w:i w:val="0"/>
          <w:iCs w:val="0"/>
          <w:caps w:val="0"/>
          <w:smallCaps w:val="0"/>
          <w:noProof w:val="0"/>
          <w:sz w:val="28"/>
          <w:szCs w:val="28"/>
          <w:lang w:val="en-US"/>
        </w:rPr>
        <w:t xml:space="preserve">Dates: 4/4 and 5/2 from </w:t>
      </w:r>
      <w:r w:rsidRPr="5B5531D0" w:rsidR="668BC778">
        <w:rPr>
          <w:rFonts w:ascii="Aptos" w:hAnsi="Aptos" w:eastAsia="Aptos" w:cs="Aptos"/>
          <w:noProof w:val="0"/>
          <w:sz w:val="28"/>
          <w:szCs w:val="28"/>
          <w:lang w:val="en-US"/>
        </w:rPr>
        <w:t>12:15 pm</w:t>
      </w:r>
      <w:r w:rsidRPr="5B5531D0" w:rsidR="60320381">
        <w:rPr>
          <w:rFonts w:ascii="Aptos" w:hAnsi="Aptos" w:eastAsia="Aptos" w:cs="Aptos"/>
          <w:b w:val="0"/>
          <w:bCs w:val="0"/>
          <w:i w:val="0"/>
          <w:iCs w:val="0"/>
          <w:caps w:val="0"/>
          <w:smallCaps w:val="0"/>
          <w:noProof w:val="0"/>
          <w:sz w:val="28"/>
          <w:szCs w:val="28"/>
          <w:lang w:val="en-US"/>
        </w:rPr>
        <w:t xml:space="preserve"> to 1:00 </w:t>
      </w:r>
      <w:r w:rsidRPr="5B5531D0" w:rsidR="60320381">
        <w:rPr>
          <w:rFonts w:ascii="Aptos" w:hAnsi="Aptos" w:eastAsia="Aptos" w:cs="Aptos"/>
          <w:noProof w:val="0"/>
          <w:sz w:val="28"/>
          <w:szCs w:val="28"/>
          <w:lang w:val="en-US"/>
        </w:rPr>
        <w:t>pm,</w:t>
      </w:r>
      <w:r w:rsidRPr="5B5531D0" w:rsidR="2CFFC298">
        <w:rPr>
          <w:rFonts w:ascii="Aptos" w:hAnsi="Aptos" w:eastAsia="Aptos" w:cs="Aptos"/>
          <w:b w:val="0"/>
          <w:bCs w:val="0"/>
          <w:i w:val="0"/>
          <w:iCs w:val="0"/>
          <w:caps w:val="0"/>
          <w:smallCaps w:val="0"/>
          <w:noProof w:val="0"/>
          <w:sz w:val="28"/>
          <w:szCs w:val="28"/>
          <w:lang w:val="en-US"/>
        </w:rPr>
        <w:t xml:space="preserve"> </w:t>
      </w:r>
      <w:r w:rsidRPr="5B5531D0" w:rsidR="2CFFC298">
        <w:rPr>
          <w:rFonts w:ascii="Aptos" w:hAnsi="Aptos" w:eastAsia="Aptos" w:cs="Aptos"/>
          <w:b w:val="0"/>
          <w:bCs w:val="0"/>
          <w:i w:val="0"/>
          <w:iCs w:val="0"/>
          <w:caps w:val="0"/>
          <w:smallCaps w:val="0"/>
          <w:noProof w:val="0"/>
          <w:sz w:val="28"/>
          <w:szCs w:val="28"/>
          <w:lang w:val="en-US"/>
        </w:rPr>
        <w:t>located</w:t>
      </w:r>
      <w:r w:rsidRPr="5B5531D0" w:rsidR="2CFFC298">
        <w:rPr>
          <w:rFonts w:ascii="Aptos" w:hAnsi="Aptos" w:eastAsia="Aptos" w:cs="Aptos"/>
          <w:b w:val="0"/>
          <w:bCs w:val="0"/>
          <w:i w:val="0"/>
          <w:iCs w:val="0"/>
          <w:caps w:val="0"/>
          <w:smallCaps w:val="0"/>
          <w:noProof w:val="0"/>
          <w:sz w:val="28"/>
          <w:szCs w:val="28"/>
          <w:lang w:val="en-US"/>
        </w:rPr>
        <w:t xml:space="preserve"> in ASC 204 </w:t>
      </w:r>
      <w:r w:rsidRPr="5B5531D0" w:rsidR="10F3C8CE">
        <w:rPr>
          <w:rFonts w:ascii="Aptos" w:hAnsi="Aptos" w:eastAsia="Aptos" w:cs="Aptos"/>
          <w:noProof w:val="0"/>
          <w:sz w:val="28"/>
          <w:szCs w:val="28"/>
          <w:lang w:val="en-US"/>
        </w:rPr>
        <w:t>- The</w:t>
      </w:r>
      <w:r w:rsidRPr="5B5531D0" w:rsidR="2CFFC298">
        <w:rPr>
          <w:rFonts w:ascii="Aptos" w:hAnsi="Aptos" w:eastAsia="Aptos" w:cs="Aptos"/>
          <w:b w:val="0"/>
          <w:bCs w:val="0"/>
          <w:i w:val="0"/>
          <w:iCs w:val="0"/>
          <w:caps w:val="0"/>
          <w:smallCaps w:val="0"/>
          <w:noProof w:val="0"/>
          <w:sz w:val="28"/>
          <w:szCs w:val="28"/>
          <w:lang w:val="en-US"/>
        </w:rPr>
        <w:t xml:space="preserve"> Fitness Center</w:t>
      </w:r>
    </w:p>
    <w:p w:rsidR="6DF2144F" w:rsidP="5B5531D0" w:rsidRDefault="6DF2144F" w14:paraId="626C3FE2" w14:textId="3629D681">
      <w:pPr>
        <w:pStyle w:val="Heading2"/>
        <w:spacing w:line="360" w:lineRule="auto"/>
        <w:rPr>
          <w:rFonts w:ascii="Aptos" w:hAnsi="Aptos" w:eastAsia="Aptos" w:cs="Aptos"/>
          <w:b w:val="1"/>
          <w:bCs w:val="1"/>
          <w:i w:val="0"/>
          <w:iCs w:val="0"/>
          <w:caps w:val="0"/>
          <w:smallCaps w:val="0"/>
          <w:noProof w:val="0"/>
          <w:color w:val="0070C0"/>
          <w:sz w:val="32"/>
          <w:szCs w:val="32"/>
          <w:lang w:val="en-US"/>
        </w:rPr>
      </w:pPr>
      <w:r w:rsidRPr="5B5531D0" w:rsidR="6DF2144F">
        <w:rPr>
          <w:rFonts w:ascii="Aptos" w:hAnsi="Aptos"/>
          <w:color w:val="0070C0"/>
          <w:sz w:val="32"/>
          <w:szCs w:val="32"/>
        </w:rPr>
        <w:t>What’s Holding You Back?</w:t>
      </w:r>
    </w:p>
    <w:p w:rsidR="793A7089" w:rsidP="5B5531D0" w:rsidRDefault="793A7089" w14:paraId="74CA237B" w14:textId="6827406D">
      <w:pPr>
        <w:spacing w:before="240" w:beforeAutospacing="off" w:after="240" w:afterAutospacing="off" w:line="360" w:lineRule="auto"/>
      </w:pPr>
      <w:r w:rsidRPr="5B5531D0" w:rsidR="793A7089">
        <w:rPr>
          <w:rFonts w:ascii="Aptos" w:hAnsi="Aptos" w:eastAsia="Aptos" w:cs="Aptos"/>
          <w:b w:val="1"/>
          <w:bCs w:val="1"/>
          <w:i w:val="0"/>
          <w:iCs w:val="0"/>
          <w:caps w:val="0"/>
          <w:smallCaps w:val="0"/>
          <w:noProof w:val="0"/>
          <w:sz w:val="28"/>
          <w:szCs w:val="28"/>
          <w:lang w:val="en-US"/>
        </w:rPr>
        <w:t xml:space="preserve">Spring is the perfect time for a reset. </w:t>
      </w:r>
      <w:r w:rsidRPr="5B5531D0" w:rsidR="793A7089">
        <w:rPr>
          <w:rFonts w:ascii="Aptos" w:hAnsi="Aptos" w:eastAsia="Aptos" w:cs="Aptos"/>
          <w:b w:val="0"/>
          <w:bCs w:val="0"/>
          <w:i w:val="0"/>
          <w:iCs w:val="0"/>
          <w:caps w:val="0"/>
          <w:smallCaps w:val="0"/>
          <w:noProof w:val="0"/>
          <w:sz w:val="28"/>
          <w:szCs w:val="28"/>
          <w:lang w:val="en-US"/>
        </w:rPr>
        <w:t xml:space="preserve">As we refresh our spaces, </w:t>
      </w:r>
      <w:r w:rsidRPr="5B5531D0" w:rsidR="793A7089">
        <w:rPr>
          <w:rFonts w:ascii="Aptos" w:hAnsi="Aptos" w:eastAsia="Aptos" w:cs="Aptos"/>
          <w:b w:val="0"/>
          <w:bCs w:val="0"/>
          <w:i w:val="0"/>
          <w:iCs w:val="0"/>
          <w:caps w:val="0"/>
          <w:smallCaps w:val="0"/>
          <w:noProof w:val="0"/>
          <w:sz w:val="28"/>
          <w:szCs w:val="28"/>
          <w:lang w:val="en-US"/>
        </w:rPr>
        <w:t>it’s</w:t>
      </w:r>
      <w:r w:rsidRPr="5B5531D0" w:rsidR="793A7089">
        <w:rPr>
          <w:rFonts w:ascii="Aptos" w:hAnsi="Aptos" w:eastAsia="Aptos" w:cs="Aptos"/>
          <w:b w:val="0"/>
          <w:bCs w:val="0"/>
          <w:i w:val="0"/>
          <w:iCs w:val="0"/>
          <w:caps w:val="0"/>
          <w:smallCaps w:val="0"/>
          <w:noProof w:val="0"/>
          <w:sz w:val="28"/>
          <w:szCs w:val="28"/>
          <w:lang w:val="en-US"/>
        </w:rPr>
        <w:t xml:space="preserve"> also </w:t>
      </w:r>
      <w:r w:rsidRPr="5B5531D0" w:rsidR="793A7089">
        <w:rPr>
          <w:rFonts w:ascii="Aptos" w:hAnsi="Aptos" w:eastAsia="Aptos" w:cs="Aptos"/>
          <w:b w:val="0"/>
          <w:bCs w:val="0"/>
          <w:i w:val="0"/>
          <w:iCs w:val="0"/>
          <w:caps w:val="0"/>
          <w:smallCaps w:val="0"/>
          <w:noProof w:val="0"/>
          <w:sz w:val="28"/>
          <w:szCs w:val="28"/>
          <w:lang w:val="en-US"/>
        </w:rPr>
        <w:t>a great opportunity</w:t>
      </w:r>
      <w:r w:rsidRPr="5B5531D0" w:rsidR="793A7089">
        <w:rPr>
          <w:rFonts w:ascii="Aptos" w:hAnsi="Aptos" w:eastAsia="Aptos" w:cs="Aptos"/>
          <w:b w:val="0"/>
          <w:bCs w:val="0"/>
          <w:i w:val="0"/>
          <w:iCs w:val="0"/>
          <w:caps w:val="0"/>
          <w:smallCaps w:val="0"/>
          <w:noProof w:val="0"/>
          <w:sz w:val="28"/>
          <w:szCs w:val="28"/>
          <w:lang w:val="en-US"/>
        </w:rPr>
        <w:t xml:space="preserve"> to reflect on what </w:t>
      </w:r>
      <w:r w:rsidRPr="5B5531D0" w:rsidR="793A7089">
        <w:rPr>
          <w:rFonts w:ascii="Aptos" w:hAnsi="Aptos" w:eastAsia="Aptos" w:cs="Aptos"/>
          <w:b w:val="0"/>
          <w:bCs w:val="0"/>
          <w:i w:val="0"/>
          <w:iCs w:val="0"/>
          <w:caps w:val="0"/>
          <w:smallCaps w:val="0"/>
          <w:noProof w:val="0"/>
          <w:sz w:val="28"/>
          <w:szCs w:val="28"/>
          <w:lang w:val="en-US"/>
        </w:rPr>
        <w:t>we’re</w:t>
      </w:r>
      <w:r w:rsidRPr="5B5531D0" w:rsidR="793A7089">
        <w:rPr>
          <w:rFonts w:ascii="Aptos" w:hAnsi="Aptos" w:eastAsia="Aptos" w:cs="Aptos"/>
          <w:b w:val="0"/>
          <w:bCs w:val="0"/>
          <w:i w:val="0"/>
          <w:iCs w:val="0"/>
          <w:caps w:val="0"/>
          <w:smallCaps w:val="0"/>
          <w:noProof w:val="0"/>
          <w:sz w:val="28"/>
          <w:szCs w:val="28"/>
          <w:lang w:val="en-US"/>
        </w:rPr>
        <w:t xml:space="preserve"> holding onto. Clutter </w:t>
      </w:r>
      <w:r w:rsidRPr="5B5531D0" w:rsidR="793A7089">
        <w:rPr>
          <w:rFonts w:ascii="Aptos" w:hAnsi="Aptos" w:eastAsia="Aptos" w:cs="Aptos"/>
          <w:b w:val="0"/>
          <w:bCs w:val="0"/>
          <w:i w:val="0"/>
          <w:iCs w:val="0"/>
          <w:caps w:val="0"/>
          <w:smallCaps w:val="0"/>
          <w:noProof w:val="0"/>
          <w:sz w:val="28"/>
          <w:szCs w:val="28"/>
          <w:lang w:val="en-US"/>
        </w:rPr>
        <w:t>isn’t</w:t>
      </w:r>
      <w:r w:rsidRPr="5B5531D0" w:rsidR="793A7089">
        <w:rPr>
          <w:rFonts w:ascii="Aptos" w:hAnsi="Aptos" w:eastAsia="Aptos" w:cs="Aptos"/>
          <w:b w:val="0"/>
          <w:bCs w:val="0"/>
          <w:i w:val="0"/>
          <w:iCs w:val="0"/>
          <w:caps w:val="0"/>
          <w:smallCaps w:val="0"/>
          <w:noProof w:val="0"/>
          <w:sz w:val="28"/>
          <w:szCs w:val="28"/>
          <w:lang w:val="en-US"/>
        </w:rPr>
        <w:t xml:space="preserve"> just physical—it can show up in our thoughts, habits, and digital lives too. </w:t>
      </w:r>
      <w:r w:rsidRPr="5B5531D0" w:rsidR="793A7089">
        <w:rPr>
          <w:rFonts w:ascii="Aptos" w:hAnsi="Aptos" w:eastAsia="Aptos" w:cs="Aptos"/>
          <w:b w:val="1"/>
          <w:bCs w:val="1"/>
          <w:i w:val="0"/>
          <w:iCs w:val="0"/>
          <w:caps w:val="0"/>
          <w:smallCaps w:val="0"/>
          <w:noProof w:val="0"/>
          <w:sz w:val="28"/>
          <w:szCs w:val="28"/>
          <w:lang w:val="en-US"/>
        </w:rPr>
        <w:t>Take our quick quiz, consider your answers, and discover what kind of clutter might be holding you back!</w:t>
      </w:r>
    </w:p>
    <w:p w:rsidR="793A7089" w:rsidP="5B5531D0" w:rsidRDefault="793A7089" w14:paraId="1BF37ED6" w14:textId="70F9D0DC">
      <w:pPr>
        <w:spacing w:before="240" w:beforeAutospacing="off" w:after="240" w:afterAutospacing="off" w:line="360" w:lineRule="auto"/>
        <w:rPr>
          <w:rFonts w:ascii="Aptos" w:hAnsi="Aptos" w:eastAsia="Aptos" w:cs="Aptos"/>
          <w:b w:val="1"/>
          <w:bCs w:val="1"/>
          <w:i w:val="0"/>
          <w:iCs w:val="0"/>
          <w:caps w:val="1"/>
          <w:noProof w:val="0"/>
          <w:color w:val="0070C0"/>
          <w:sz w:val="32"/>
          <w:szCs w:val="32"/>
          <w:lang w:val="en-US"/>
        </w:rPr>
      </w:pPr>
      <w:r w:rsidRPr="5B5531D0" w:rsidR="793A7089">
        <w:rPr>
          <w:rFonts w:ascii="Aptos" w:hAnsi="Aptos" w:eastAsia="Aptos" w:cs="Aptos"/>
          <w:b w:val="1"/>
          <w:bCs w:val="1"/>
          <w:i w:val="0"/>
          <w:iCs w:val="0"/>
          <w:caps w:val="0"/>
          <w:smallCaps w:val="0"/>
          <w:noProof w:val="0"/>
          <w:color w:val="0070C0"/>
          <w:sz w:val="32"/>
          <w:szCs w:val="32"/>
          <w:lang w:val="en-US"/>
        </w:rPr>
        <w:t>A Declutter Quiz, pt.1</w:t>
      </w:r>
    </w:p>
    <w:p w:rsidR="793A7089" w:rsidP="5B5531D0" w:rsidRDefault="793A7089" w14:paraId="0D4B1718" w14:textId="1F5D74EC">
      <w:pPr>
        <w:spacing w:before="240" w:beforeAutospacing="off" w:after="240" w:afterAutospacing="off" w:line="360" w:lineRule="auto"/>
        <w:rPr>
          <w:rFonts w:ascii="Aptos" w:hAnsi="Aptos" w:eastAsia="Aptos" w:cs="Aptos"/>
          <w:b w:val="0"/>
          <w:bCs w:val="0"/>
          <w:i w:val="0"/>
          <w:iCs w:val="0"/>
          <w:caps w:val="0"/>
          <w:smallCaps w:val="0"/>
          <w:noProof w:val="0"/>
          <w:color w:val="0070C0"/>
          <w:sz w:val="28"/>
          <w:szCs w:val="28"/>
          <w:lang w:val="en-US"/>
        </w:rPr>
      </w:pPr>
      <w:r w:rsidRPr="5B5531D0" w:rsidR="793A7089">
        <w:rPr>
          <w:rFonts w:ascii="Aptos" w:hAnsi="Aptos" w:eastAsia="Aptos" w:cs="Aptos"/>
          <w:b w:val="0"/>
          <w:bCs w:val="0"/>
          <w:i w:val="0"/>
          <w:iCs w:val="0"/>
          <w:caps w:val="0"/>
          <w:smallCaps w:val="0"/>
          <w:noProof w:val="0"/>
          <w:color w:val="0070C0"/>
          <w:sz w:val="28"/>
          <w:szCs w:val="28"/>
          <w:lang w:val="en-US"/>
        </w:rPr>
        <w:t>1. How do you feel when you walk into your space?</w:t>
      </w:r>
    </w:p>
    <w:p w:rsidR="793A7089" w:rsidP="5B5531D0" w:rsidRDefault="793A7089" w14:paraId="72E39F9F" w14:textId="266C92E9">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Overwhelmed—there’s too much stuff everywhere! </w:t>
      </w:r>
    </w:p>
    <w:p w:rsidR="793A7089" w:rsidP="5B5531D0" w:rsidRDefault="793A7089" w14:paraId="17E304EB" w14:textId="4AD9765A">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Distracted—I can never focus on one thing at a time. </w:t>
      </w:r>
    </w:p>
    <w:p w:rsidR="793A7089" w:rsidP="5B5531D0" w:rsidRDefault="793A7089" w14:paraId="0D13C85F" w14:textId="743AF78E">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Emotionally drained—there are reminders of the past everywhere. </w:t>
      </w:r>
    </w:p>
    <w:p w:rsidR="793A7089" w:rsidP="5B5531D0" w:rsidRDefault="793A7089" w14:paraId="62494678" w14:textId="5EE41A0D">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Stressed—I have a million things to do and no time to do them. </w:t>
      </w:r>
    </w:p>
    <w:p w:rsidR="793A7089" w:rsidP="5B5531D0" w:rsidRDefault="793A7089" w14:paraId="29722062" w14:textId="36F8BD90">
      <w:pPr>
        <w:pStyle w:val="Normal"/>
        <w:spacing w:before="240" w:beforeAutospacing="off" w:after="240" w:afterAutospacing="off" w:line="360" w:lineRule="auto"/>
        <w:rPr>
          <w:rFonts w:ascii="Aptos" w:hAnsi="Aptos" w:eastAsia="Aptos" w:cs="Aptos"/>
          <w:b w:val="0"/>
          <w:bCs w:val="0"/>
          <w:i w:val="0"/>
          <w:iCs w:val="0"/>
          <w:caps w:val="0"/>
          <w:smallCaps w:val="0"/>
          <w:noProof w:val="0"/>
          <w:color w:val="0070C0"/>
          <w:sz w:val="28"/>
          <w:szCs w:val="28"/>
          <w:lang w:val="en-US"/>
        </w:rPr>
      </w:pPr>
      <w:r w:rsidRPr="5B5531D0" w:rsidR="793A7089">
        <w:rPr>
          <w:rFonts w:ascii="Aptos" w:hAnsi="Aptos" w:eastAsia="Aptos" w:cs="Aptos"/>
          <w:b w:val="0"/>
          <w:bCs w:val="0"/>
          <w:i w:val="0"/>
          <w:iCs w:val="0"/>
          <w:caps w:val="0"/>
          <w:smallCaps w:val="0"/>
          <w:noProof w:val="0"/>
          <w:color w:val="0070C0"/>
          <w:sz w:val="28"/>
          <w:szCs w:val="28"/>
          <w:lang w:val="en-US"/>
        </w:rPr>
        <w:t>2. What’s your biggest struggle when it comes to organization?</w:t>
      </w:r>
    </w:p>
    <w:p w:rsidR="793A7089" w:rsidP="5B5531D0" w:rsidRDefault="793A7089" w14:paraId="3755B45A" w14:textId="6892B554">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I don’t know where to start—it’s just too much. </w:t>
      </w:r>
    </w:p>
    <w:p w:rsidR="793A7089" w:rsidP="5B5531D0" w:rsidRDefault="793A7089" w14:paraId="7654562E" w14:textId="4B2E1AD0">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My mind is constantly running with thoughts and to-dos. </w:t>
      </w:r>
    </w:p>
    <w:p w:rsidR="793A7089" w:rsidP="5B5531D0" w:rsidRDefault="793A7089" w14:paraId="4CA271FF" w14:textId="2ACC1D54">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I have a hard time letting go of things (or people). </w:t>
      </w:r>
    </w:p>
    <w:p w:rsidR="793A7089" w:rsidP="5B5531D0" w:rsidRDefault="793A7089" w14:paraId="7DB340E2" w14:textId="784DD82C">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I’m always behind on my tasks and responsibilities. </w:t>
      </w:r>
    </w:p>
    <w:p w:rsidR="793A7089" w:rsidP="5B5531D0" w:rsidRDefault="793A7089" w14:paraId="34EF36B8" w14:textId="35DA7CDE">
      <w:pPr>
        <w:pStyle w:val="Normal"/>
        <w:spacing w:before="240" w:beforeAutospacing="off" w:after="240" w:afterAutospacing="off" w:line="360" w:lineRule="auto"/>
        <w:rPr>
          <w:rFonts w:ascii="Aptos" w:hAnsi="Aptos" w:eastAsia="Aptos" w:cs="Aptos"/>
          <w:b w:val="0"/>
          <w:bCs w:val="0"/>
          <w:i w:val="0"/>
          <w:iCs w:val="0"/>
          <w:caps w:val="0"/>
          <w:smallCaps w:val="0"/>
          <w:noProof w:val="0"/>
          <w:color w:val="0070C0"/>
          <w:sz w:val="28"/>
          <w:szCs w:val="28"/>
          <w:lang w:val="en-US"/>
        </w:rPr>
      </w:pPr>
      <w:r w:rsidRPr="5B5531D0" w:rsidR="793A7089">
        <w:rPr>
          <w:rFonts w:ascii="Aptos" w:hAnsi="Aptos" w:eastAsia="Aptos" w:cs="Aptos"/>
          <w:b w:val="0"/>
          <w:bCs w:val="0"/>
          <w:i w:val="0"/>
          <w:iCs w:val="0"/>
          <w:caps w:val="0"/>
          <w:smallCaps w:val="0"/>
          <w:noProof w:val="0"/>
          <w:color w:val="0070C0"/>
          <w:sz w:val="28"/>
          <w:szCs w:val="28"/>
          <w:lang w:val="en-US"/>
        </w:rPr>
        <w:t>3. When you open your phone, what do you see first?</w:t>
      </w:r>
    </w:p>
    <w:p w:rsidR="793A7089" w:rsidP="5B5531D0" w:rsidRDefault="793A7089" w14:paraId="63EF2CE8" w14:textId="4028683B">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A cluttered home screen with way too many apps. </w:t>
      </w:r>
    </w:p>
    <w:p w:rsidR="793A7089" w:rsidP="5B5531D0" w:rsidRDefault="793A7089" w14:paraId="1586AD7F" w14:textId="1A9AD74B">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Unread emails and endless notifications. </w:t>
      </w:r>
    </w:p>
    <w:p w:rsidR="793A7089" w:rsidP="5B5531D0" w:rsidRDefault="793A7089" w14:paraId="34795707" w14:textId="351D9080">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Old messages from people I no longer talk to. </w:t>
      </w:r>
    </w:p>
    <w:p w:rsidR="793A7089" w:rsidP="5B5531D0" w:rsidRDefault="793A7089" w14:paraId="14AB75AF" w14:textId="493FDD42">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My to-do list that keeps growing. </w:t>
      </w:r>
    </w:p>
    <w:p w:rsidR="793A7089" w:rsidP="5B5531D0" w:rsidRDefault="793A7089" w14:paraId="0F3D9882" w14:textId="33E1DF59">
      <w:pPr>
        <w:pStyle w:val="Normal"/>
        <w:spacing w:before="240" w:beforeAutospacing="off" w:after="240" w:afterAutospacing="off" w:line="360" w:lineRule="auto"/>
        <w:rPr>
          <w:rFonts w:ascii="Aptos" w:hAnsi="Aptos" w:eastAsia="Aptos" w:cs="Aptos"/>
          <w:b w:val="0"/>
          <w:bCs w:val="0"/>
          <w:i w:val="0"/>
          <w:iCs w:val="0"/>
          <w:caps w:val="0"/>
          <w:smallCaps w:val="0"/>
          <w:noProof w:val="0"/>
          <w:color w:val="0070C0"/>
          <w:sz w:val="28"/>
          <w:szCs w:val="28"/>
          <w:lang w:val="en-US"/>
        </w:rPr>
      </w:pPr>
      <w:r w:rsidRPr="5B5531D0" w:rsidR="793A7089">
        <w:rPr>
          <w:rFonts w:ascii="Aptos" w:hAnsi="Aptos" w:eastAsia="Aptos" w:cs="Aptos"/>
          <w:b w:val="0"/>
          <w:bCs w:val="0"/>
          <w:i w:val="0"/>
          <w:iCs w:val="0"/>
          <w:caps w:val="0"/>
          <w:smallCaps w:val="0"/>
          <w:noProof w:val="0"/>
          <w:color w:val="0070C0"/>
          <w:sz w:val="28"/>
          <w:szCs w:val="28"/>
          <w:lang w:val="en-US"/>
        </w:rPr>
        <w:t>4. How do you handle stress?</w:t>
      </w:r>
    </w:p>
    <w:p w:rsidR="793A7089" w:rsidP="5B5531D0" w:rsidRDefault="793A7089" w14:paraId="5B607723" w14:textId="1CFA2677">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I clean or organize things to feel in control. </w:t>
      </w:r>
    </w:p>
    <w:p w:rsidR="793A7089" w:rsidP="5B5531D0" w:rsidRDefault="793A7089" w14:paraId="18E39BDB" w14:textId="6AA0E03D">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I scroll social media or watch something to escape. </w:t>
      </w:r>
    </w:p>
    <w:p w:rsidR="793A7089" w:rsidP="5B5531D0" w:rsidRDefault="793A7089" w14:paraId="63F0F8F4" w14:textId="4920EF94">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I withdraw and overthink everything. </w:t>
      </w:r>
    </w:p>
    <w:p w:rsidR="793A7089" w:rsidP="5B5531D0" w:rsidRDefault="793A7089" w14:paraId="74E3E6CD" w14:textId="54E85438">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I keep pushing through, even when I’m exhausted. </w:t>
      </w:r>
    </w:p>
    <w:p w:rsidR="793A7089" w:rsidP="5B5531D0" w:rsidRDefault="793A7089" w14:paraId="334C4AD3" w14:textId="7D14853F">
      <w:pPr>
        <w:pStyle w:val="Normal"/>
        <w:spacing w:before="240" w:beforeAutospacing="off" w:after="240" w:afterAutospacing="off" w:line="360" w:lineRule="auto"/>
        <w:rPr>
          <w:rFonts w:ascii="Aptos" w:hAnsi="Aptos" w:eastAsia="Aptos" w:cs="Aptos"/>
          <w:b w:val="0"/>
          <w:bCs w:val="0"/>
          <w:i w:val="0"/>
          <w:iCs w:val="0"/>
          <w:caps w:val="0"/>
          <w:smallCaps w:val="0"/>
          <w:noProof w:val="0"/>
          <w:color w:val="0070C0"/>
          <w:sz w:val="28"/>
          <w:szCs w:val="28"/>
          <w:lang w:val="en-US"/>
        </w:rPr>
      </w:pPr>
      <w:r w:rsidRPr="5B5531D0" w:rsidR="793A7089">
        <w:rPr>
          <w:rFonts w:ascii="Aptos" w:hAnsi="Aptos" w:eastAsia="Aptos" w:cs="Aptos"/>
          <w:b w:val="0"/>
          <w:bCs w:val="0"/>
          <w:i w:val="0"/>
          <w:iCs w:val="0"/>
          <w:caps w:val="0"/>
          <w:smallCaps w:val="0"/>
          <w:noProof w:val="0"/>
          <w:color w:val="0070C0"/>
          <w:sz w:val="28"/>
          <w:szCs w:val="28"/>
          <w:lang w:val="en-US"/>
        </w:rPr>
        <w:t>5. What’s your relationship with your schedule like?</w:t>
      </w:r>
    </w:p>
    <w:p w:rsidR="793A7089" w:rsidP="5B5531D0" w:rsidRDefault="793A7089" w14:paraId="63BE896E" w14:textId="134AA3D3">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I don’t really have one—I just go with the flow. </w:t>
      </w:r>
    </w:p>
    <w:p w:rsidR="793A7089" w:rsidP="5B5531D0" w:rsidRDefault="793A7089" w14:paraId="32712FFA" w14:textId="23A0AA0F">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I overbook myself and struggle to find balance. </w:t>
      </w:r>
    </w:p>
    <w:p w:rsidR="793A7089" w:rsidP="5B5531D0" w:rsidRDefault="793A7089" w14:paraId="3C51E14A" w14:textId="6D02A2FE">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I hesitate to make plans because I get overwhelmed. </w:t>
      </w:r>
    </w:p>
    <w:p w:rsidR="793A7089" w:rsidP="5B5531D0" w:rsidRDefault="793A7089" w14:paraId="4FCC8935" w14:textId="53EA77C8">
      <w:pPr>
        <w:pStyle w:val="Normal"/>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D) I always feel like I’m racing against time.</w:t>
      </w:r>
    </w:p>
    <w:p w:rsidR="793A7089" w:rsidP="5B5531D0" w:rsidRDefault="793A7089" w14:paraId="2DA67DD2" w14:textId="5D710545">
      <w:pPr>
        <w:spacing w:before="240" w:beforeAutospacing="off" w:after="240" w:afterAutospacing="off" w:line="360" w:lineRule="auto"/>
        <w:rPr>
          <w:rFonts w:ascii="Aptos" w:hAnsi="Aptos" w:eastAsia="Aptos" w:cs="Aptos"/>
          <w:b w:val="1"/>
          <w:bCs w:val="1"/>
          <w:i w:val="0"/>
          <w:iCs w:val="0"/>
          <w:caps w:val="1"/>
          <w:noProof w:val="0"/>
          <w:color w:val="0070C0"/>
          <w:sz w:val="32"/>
          <w:szCs w:val="32"/>
          <w:lang w:val="en-US"/>
        </w:rPr>
      </w:pPr>
      <w:r w:rsidRPr="5B5531D0" w:rsidR="793A7089">
        <w:rPr>
          <w:rFonts w:ascii="Aptos" w:hAnsi="Aptos" w:eastAsia="Aptos" w:cs="Aptos"/>
          <w:b w:val="1"/>
          <w:bCs w:val="1"/>
          <w:i w:val="0"/>
          <w:iCs w:val="0"/>
          <w:caps w:val="0"/>
          <w:smallCaps w:val="0"/>
          <w:noProof w:val="0"/>
          <w:color w:val="0070C0"/>
          <w:sz w:val="32"/>
          <w:szCs w:val="32"/>
          <w:lang w:val="en-US"/>
        </w:rPr>
        <w:t>A Declutter Quiz, pt. 2</w:t>
      </w:r>
    </w:p>
    <w:p w:rsidR="793A7089" w:rsidP="5B5531D0" w:rsidRDefault="793A7089" w14:paraId="0A544C54" w14:textId="0CFA6255">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793A7089">
        <w:rPr>
          <w:rFonts w:ascii="Aptos" w:hAnsi="Aptos" w:eastAsia="Aptos" w:cs="Aptos"/>
          <w:b w:val="1"/>
          <w:bCs w:val="1"/>
          <w:i w:val="0"/>
          <w:iCs w:val="0"/>
          <w:caps w:val="0"/>
          <w:smallCaps w:val="0"/>
          <w:noProof w:val="0"/>
          <w:color w:val="0070C0"/>
          <w:sz w:val="28"/>
          <w:szCs w:val="28"/>
          <w:lang w:val="en-US"/>
        </w:rPr>
        <w:t>6. How do you feel about your digital life?</w:t>
      </w:r>
    </w:p>
    <w:p w:rsidR="793A7089" w:rsidP="5B5531D0" w:rsidRDefault="793A7089" w14:paraId="6AFBB187" w14:textId="5BB743A0">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My camera roll has 10,000+ photos I never delete. </w:t>
      </w:r>
    </w:p>
    <w:p w:rsidR="793A7089" w:rsidP="5B5531D0" w:rsidRDefault="793A7089" w14:paraId="1CF949F4" w14:textId="22A41CFA">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My email inbox is a disaster—I don’t even want to check it. </w:t>
      </w:r>
    </w:p>
    <w:p w:rsidR="793A7089" w:rsidP="5B5531D0" w:rsidRDefault="793A7089" w14:paraId="206B3B7A" w14:textId="103FEBA0">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I keep old conversations and texts, even if they don’t serve me. </w:t>
      </w:r>
    </w:p>
    <w:p w:rsidR="793A7089" w:rsidP="5B5531D0" w:rsidRDefault="793A7089" w14:paraId="0C670987" w14:textId="229B963E">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I rely too much on digital tools, but they also stress me out. </w:t>
      </w:r>
    </w:p>
    <w:p w:rsidR="793A7089" w:rsidP="5B5531D0" w:rsidRDefault="793A7089" w14:paraId="65CDDAA0" w14:textId="73A27184">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793A7089">
        <w:rPr>
          <w:rFonts w:ascii="Aptos" w:hAnsi="Aptos" w:eastAsia="Aptos" w:cs="Aptos"/>
          <w:b w:val="1"/>
          <w:bCs w:val="1"/>
          <w:i w:val="0"/>
          <w:iCs w:val="0"/>
          <w:caps w:val="0"/>
          <w:smallCaps w:val="0"/>
          <w:noProof w:val="0"/>
          <w:color w:val="0070C0"/>
          <w:sz w:val="28"/>
          <w:szCs w:val="28"/>
          <w:lang w:val="en-US"/>
        </w:rPr>
        <w:t>7. When you think about the past, what comes to mind?</w:t>
      </w:r>
    </w:p>
    <w:p w:rsidR="793A7089" w:rsidP="5B5531D0" w:rsidRDefault="793A7089" w14:paraId="404EFE92" w14:textId="086870A5">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I have too many sentimental items that I can’t part with. </w:t>
      </w:r>
    </w:p>
    <w:p w:rsidR="793A7089" w:rsidP="5B5531D0" w:rsidRDefault="793A7089" w14:paraId="679EDDAC" w14:textId="04AF3BDF">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I dwell on things I should have done differently. </w:t>
      </w:r>
    </w:p>
    <w:p w:rsidR="793A7089" w:rsidP="5B5531D0" w:rsidRDefault="793A7089" w14:paraId="3950EABD" w14:textId="4E065BE4">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I hold onto emotional baggage from relationships or experiences. </w:t>
      </w:r>
    </w:p>
    <w:p w:rsidR="793A7089" w:rsidP="5B5531D0" w:rsidRDefault="793A7089" w14:paraId="18ED7323" w14:textId="699F2531">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I don’t have time to reflect—I’m always moving forward. </w:t>
      </w:r>
    </w:p>
    <w:p w:rsidR="793A7089" w:rsidP="5B5531D0" w:rsidRDefault="793A7089" w14:paraId="42200756" w14:textId="3DBA2C8C">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793A7089">
        <w:rPr>
          <w:rFonts w:ascii="Aptos" w:hAnsi="Aptos" w:eastAsia="Aptos" w:cs="Aptos"/>
          <w:b w:val="1"/>
          <w:bCs w:val="1"/>
          <w:i w:val="0"/>
          <w:iCs w:val="0"/>
          <w:caps w:val="0"/>
          <w:smallCaps w:val="0"/>
          <w:noProof w:val="0"/>
          <w:color w:val="0070C0"/>
          <w:sz w:val="28"/>
          <w:szCs w:val="28"/>
          <w:lang w:val="en-US"/>
        </w:rPr>
        <w:t>8. What’s your biggest obstacle to decluttering?</w:t>
      </w:r>
    </w:p>
    <w:p w:rsidR="793A7089" w:rsidP="5B5531D0" w:rsidRDefault="793A7089" w14:paraId="3F669D24" w14:textId="20AF9BE5">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I don’t know how to start—it’s too overwhelming. </w:t>
      </w:r>
    </w:p>
    <w:p w:rsidR="793A7089" w:rsidP="5B5531D0" w:rsidRDefault="793A7089" w14:paraId="21288F46" w14:textId="150E73D0">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I feel mentally exhausted and can’t focus. </w:t>
      </w:r>
    </w:p>
    <w:p w:rsidR="793A7089" w:rsidP="5B5531D0" w:rsidRDefault="793A7089" w14:paraId="68120343" w14:textId="765C59C1">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I get emotionally attached to things and memories. </w:t>
      </w:r>
    </w:p>
    <w:p w:rsidR="793A7089" w:rsidP="5B5531D0" w:rsidRDefault="793A7089" w14:paraId="6074239C" w14:textId="3A45FA0B">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I don’t have the time—I’m too busy. </w:t>
      </w:r>
    </w:p>
    <w:p w:rsidR="793A7089" w:rsidP="5B5531D0" w:rsidRDefault="793A7089" w14:paraId="49ADEA45" w14:textId="4C0F235F">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793A7089">
        <w:rPr>
          <w:rFonts w:ascii="Aptos" w:hAnsi="Aptos" w:eastAsia="Aptos" w:cs="Aptos"/>
          <w:b w:val="1"/>
          <w:bCs w:val="1"/>
          <w:i w:val="0"/>
          <w:iCs w:val="0"/>
          <w:caps w:val="0"/>
          <w:smallCaps w:val="0"/>
          <w:noProof w:val="0"/>
          <w:color w:val="0070C0"/>
          <w:sz w:val="28"/>
          <w:szCs w:val="28"/>
          <w:lang w:val="en-US"/>
        </w:rPr>
        <w:t>9. What’s your ideal version of “decluttering” your life?</w:t>
      </w:r>
    </w:p>
    <w:p w:rsidR="793A7089" w:rsidP="5B5531D0" w:rsidRDefault="793A7089" w14:paraId="1359A1EE" w14:textId="04643EBC">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A clean and minimalist home. </w:t>
      </w:r>
    </w:p>
    <w:p w:rsidR="793A7089" w:rsidP="5B5531D0" w:rsidRDefault="793A7089" w14:paraId="148BE9F6" w14:textId="6AE99395">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A clear mind with no racing thoughts. </w:t>
      </w:r>
    </w:p>
    <w:p w:rsidR="793A7089" w:rsidP="5B5531D0" w:rsidRDefault="793A7089" w14:paraId="7DAF2843" w14:textId="37D78881">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Emotional peace and healthy relationships. </w:t>
      </w:r>
    </w:p>
    <w:p w:rsidR="793A7089" w:rsidP="5B5531D0" w:rsidRDefault="793A7089" w14:paraId="6205C675" w14:textId="3F0CDC35">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D) A well-organized schedule with time for myself. </w:t>
      </w:r>
    </w:p>
    <w:p w:rsidR="793A7089" w:rsidP="5B5531D0" w:rsidRDefault="793A7089" w14:paraId="2F7609A2" w14:textId="24941D40">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793A7089">
        <w:rPr>
          <w:rFonts w:ascii="Aptos" w:hAnsi="Aptos" w:eastAsia="Aptos" w:cs="Aptos"/>
          <w:b w:val="1"/>
          <w:bCs w:val="1"/>
          <w:i w:val="0"/>
          <w:iCs w:val="0"/>
          <w:caps w:val="0"/>
          <w:smallCaps w:val="0"/>
          <w:noProof w:val="0"/>
          <w:color w:val="0070C0"/>
          <w:sz w:val="28"/>
          <w:szCs w:val="28"/>
          <w:lang w:val="en-US"/>
        </w:rPr>
        <w:t>10. How do you want to feel at the end of this month?</w:t>
      </w:r>
    </w:p>
    <w:p w:rsidR="793A7089" w:rsidP="5B5531D0" w:rsidRDefault="793A7089" w14:paraId="529866C4" w14:textId="48303025">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A) Lighter—like I finally have space to breathe. </w:t>
      </w:r>
    </w:p>
    <w:p w:rsidR="793A7089" w:rsidP="5B5531D0" w:rsidRDefault="793A7089" w14:paraId="129603CE" w14:textId="392C352F">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B) Clear-headed—without all the mental noise. </w:t>
      </w:r>
    </w:p>
    <w:p w:rsidR="793A7089" w:rsidP="5B5531D0" w:rsidRDefault="793A7089" w14:paraId="7C9CF0FF" w14:textId="68F738EE">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 xml:space="preserve">C) Free—from emotional baggage and past regrets. </w:t>
      </w:r>
    </w:p>
    <w:p w:rsidR="793A7089" w:rsidP="5B5531D0" w:rsidRDefault="793A7089" w14:paraId="2560FBF8" w14:textId="32B72036">
      <w:pPr>
        <w:spacing w:before="240" w:beforeAutospacing="off" w:after="240" w:afterAutospacing="off" w:line="360" w:lineRule="auto"/>
      </w:pPr>
      <w:r w:rsidRPr="5B5531D0" w:rsidR="793A7089">
        <w:rPr>
          <w:rFonts w:ascii="Aptos" w:hAnsi="Aptos" w:eastAsia="Aptos" w:cs="Aptos"/>
          <w:b w:val="0"/>
          <w:bCs w:val="0"/>
          <w:i w:val="0"/>
          <w:iCs w:val="0"/>
          <w:caps w:val="0"/>
          <w:smallCaps w:val="0"/>
          <w:noProof w:val="0"/>
          <w:sz w:val="28"/>
          <w:szCs w:val="28"/>
          <w:lang w:val="en-US"/>
        </w:rPr>
        <w:t>D) Balanced—where I can manage my time without burnout.</w:t>
      </w:r>
    </w:p>
    <w:p w:rsidR="28C79971" w:rsidP="5B5531D0" w:rsidRDefault="28C79971" w14:paraId="56C1F2F7" w14:textId="679EC734">
      <w:pPr>
        <w:pStyle w:val="Heading2"/>
        <w:suppressLineNumbers w:val="0"/>
        <w:spacing w:before="200" w:beforeAutospacing="off" w:after="0" w:afterAutospacing="off" w:line="360" w:lineRule="auto"/>
        <w:ind w:left="0" w:right="0"/>
        <w:jc w:val="left"/>
      </w:pPr>
      <w:r w:rsidRPr="5B5531D0" w:rsidR="28C79971">
        <w:rPr>
          <w:rFonts w:ascii="Aptos" w:hAnsi="Aptos"/>
          <w:color w:val="0070C0"/>
          <w:sz w:val="32"/>
          <w:szCs w:val="32"/>
        </w:rPr>
        <w:t xml:space="preserve">Results </w:t>
      </w:r>
    </w:p>
    <w:p w:rsidR="28C79971" w:rsidP="5B5531D0" w:rsidRDefault="28C79971" w14:paraId="11C98916" w14:textId="11D1C3F6">
      <w:pPr>
        <w:pStyle w:val="Heading2"/>
        <w:suppressLineNumbers w:val="0"/>
        <w:bidi w:val="0"/>
        <w:spacing w:before="200" w:beforeAutospacing="off" w:after="0" w:afterAutospacing="off" w:line="360" w:lineRule="auto"/>
        <w:ind w:left="0" w:right="0"/>
        <w:jc w:val="left"/>
        <w:rPr>
          <w:rFonts w:ascii="Aptos" w:hAnsi="Aptos" w:eastAsia="Aptos" w:cs="Aptos"/>
          <w:b w:val="1"/>
          <w:bCs w:val="1"/>
          <w:i w:val="0"/>
          <w:iCs w:val="0"/>
          <w:caps w:val="0"/>
          <w:smallCaps w:val="0"/>
          <w:noProof w:val="0"/>
          <w:sz w:val="28"/>
          <w:szCs w:val="28"/>
          <w:lang w:val="en-US"/>
        </w:rPr>
      </w:pPr>
      <w:r w:rsidRPr="5B5531D0" w:rsidR="28C79971">
        <w:rPr>
          <w:rFonts w:ascii="Aptos" w:hAnsi="Aptos" w:eastAsia="Aptos" w:cs="Aptos"/>
          <w:b w:val="1"/>
          <w:bCs w:val="1"/>
          <w:i w:val="0"/>
          <w:iCs w:val="0"/>
          <w:caps w:val="0"/>
          <w:smallCaps w:val="0"/>
          <w:noProof w:val="0"/>
          <w:sz w:val="28"/>
          <w:szCs w:val="28"/>
          <w:lang w:val="en-US"/>
        </w:rPr>
        <w:t xml:space="preserve">Mostly A’s → Physical Clutter </w:t>
      </w:r>
    </w:p>
    <w:p w:rsidR="28C79971" w:rsidP="5B5531D0" w:rsidRDefault="28C79971" w14:paraId="3EA9F622" w14:textId="5C2A9F60">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C79971">
        <w:rPr>
          <w:rFonts w:ascii="Aptos" w:hAnsi="Aptos" w:eastAsia="Aptos" w:cs="Aptos"/>
          <w:b w:val="0"/>
          <w:bCs w:val="0"/>
          <w:i w:val="0"/>
          <w:iCs w:val="0"/>
          <w:caps w:val="0"/>
          <w:smallCaps w:val="0"/>
          <w:noProof w:val="0"/>
          <w:sz w:val="28"/>
          <w:szCs w:val="28"/>
          <w:lang w:val="en-US"/>
        </w:rPr>
        <w:t>Your space reflects your mind. It’s time for a deep clean! Start small—tackle one area at a time, donate what you don’t need, and create a space that helps you feel calm and productive.</w:t>
      </w:r>
    </w:p>
    <w:p w:rsidR="28C79971" w:rsidP="5B5531D0" w:rsidRDefault="28C79971" w14:paraId="2797CA98" w14:textId="72D32C54">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28C79971">
        <w:rPr>
          <w:rFonts w:ascii="Aptos" w:hAnsi="Aptos" w:eastAsia="Aptos" w:cs="Aptos"/>
          <w:b w:val="1"/>
          <w:bCs w:val="1"/>
          <w:i w:val="0"/>
          <w:iCs w:val="0"/>
          <w:caps w:val="0"/>
          <w:smallCaps w:val="0"/>
          <w:noProof w:val="0"/>
          <w:color w:val="0070C0"/>
          <w:sz w:val="28"/>
          <w:szCs w:val="28"/>
          <w:lang w:val="en-US"/>
        </w:rPr>
        <w:t xml:space="preserve">Mostly B’s → Mental Clutter </w:t>
      </w:r>
    </w:p>
    <w:p w:rsidR="28C79971" w:rsidP="5B5531D0" w:rsidRDefault="28C79971" w14:paraId="2AD9550F" w14:textId="427F4C9C">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C79971">
        <w:rPr>
          <w:rFonts w:ascii="Aptos" w:hAnsi="Aptos" w:eastAsia="Aptos" w:cs="Aptos"/>
          <w:b w:val="0"/>
          <w:bCs w:val="0"/>
          <w:i w:val="0"/>
          <w:iCs w:val="0"/>
          <w:caps w:val="0"/>
          <w:smallCaps w:val="0"/>
          <w:noProof w:val="0"/>
          <w:sz w:val="28"/>
          <w:szCs w:val="28"/>
          <w:lang w:val="en-US"/>
        </w:rPr>
        <w:t>Your brain is on overload! Consider journaling, practicing mindfulness, or taking short breaks from technology. Declutter your thoughts by prioritizing what truly matters.</w:t>
      </w:r>
    </w:p>
    <w:p w:rsidR="28C79971" w:rsidP="5B5531D0" w:rsidRDefault="28C79971" w14:paraId="4D8F19AA" w14:textId="6ED3F3B4">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28C79971">
        <w:rPr>
          <w:rFonts w:ascii="Aptos" w:hAnsi="Aptos" w:eastAsia="Aptos" w:cs="Aptos"/>
          <w:b w:val="1"/>
          <w:bCs w:val="1"/>
          <w:i w:val="0"/>
          <w:iCs w:val="0"/>
          <w:caps w:val="0"/>
          <w:smallCaps w:val="0"/>
          <w:noProof w:val="0"/>
          <w:color w:val="0070C0"/>
          <w:sz w:val="28"/>
          <w:szCs w:val="28"/>
          <w:lang w:val="en-US"/>
        </w:rPr>
        <w:t xml:space="preserve">Mostly C’s → Emotional Clutter </w:t>
      </w:r>
    </w:p>
    <w:p w:rsidR="28C79971" w:rsidP="5B5531D0" w:rsidRDefault="28C79971" w14:paraId="0D76AD7F" w14:textId="2AA0C56A">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C79971">
        <w:rPr>
          <w:rFonts w:ascii="Aptos" w:hAnsi="Aptos" w:eastAsia="Aptos" w:cs="Aptos"/>
          <w:b w:val="0"/>
          <w:bCs w:val="0"/>
          <w:i w:val="0"/>
          <w:iCs w:val="0"/>
          <w:caps w:val="0"/>
          <w:smallCaps w:val="0"/>
          <w:noProof w:val="0"/>
          <w:sz w:val="28"/>
          <w:szCs w:val="28"/>
          <w:lang w:val="en-US"/>
        </w:rPr>
        <w:t>You may be holding onto past emotions, relationships, or experiences that are no longer serving you. Try self-reflection, therapy, or setting boundaries to make space for emotional healing.</w:t>
      </w:r>
    </w:p>
    <w:p w:rsidR="28C79971" w:rsidP="5B5531D0" w:rsidRDefault="28C79971" w14:paraId="58A17B3F" w14:textId="1430E018">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28C79971">
        <w:rPr>
          <w:rFonts w:ascii="Aptos" w:hAnsi="Aptos" w:eastAsia="Aptos" w:cs="Aptos"/>
          <w:b w:val="1"/>
          <w:bCs w:val="1"/>
          <w:i w:val="0"/>
          <w:iCs w:val="0"/>
          <w:caps w:val="0"/>
          <w:smallCaps w:val="0"/>
          <w:noProof w:val="0"/>
          <w:color w:val="0070C0"/>
          <w:sz w:val="28"/>
          <w:szCs w:val="28"/>
          <w:lang w:val="en-US"/>
        </w:rPr>
        <w:t xml:space="preserve">Mostly D’s → Time &amp; Schedule Clutter </w:t>
      </w:r>
    </w:p>
    <w:p w:rsidR="28C79971" w:rsidP="5B5531D0" w:rsidRDefault="28C79971" w14:paraId="75771901" w14:textId="441D2BD1">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C79971">
        <w:rPr>
          <w:rFonts w:ascii="Aptos" w:hAnsi="Aptos" w:eastAsia="Aptos" w:cs="Aptos"/>
          <w:b w:val="0"/>
          <w:bCs w:val="0"/>
          <w:i w:val="0"/>
          <w:iCs w:val="0"/>
          <w:caps w:val="0"/>
          <w:smallCaps w:val="0"/>
          <w:noProof w:val="0"/>
          <w:sz w:val="28"/>
          <w:szCs w:val="28"/>
          <w:lang w:val="en-US"/>
        </w:rPr>
        <w:t>You might feel like there’s never enough time. Simplify your schedule by setting realistic priorities, saying ‘no’ more often, and creating a routine that supports your well-being</w:t>
      </w:r>
    </w:p>
    <w:p w:rsidR="28C79971" w:rsidP="5B5531D0" w:rsidRDefault="28C79971" w14:paraId="22537BA6" w14:textId="345B2FB1">
      <w:pPr>
        <w:pStyle w:val="Normal"/>
        <w:spacing w:before="240" w:beforeAutospacing="off" w:after="240" w:afterAutospacing="off" w:line="360" w:lineRule="auto"/>
      </w:pPr>
      <w:r w:rsidRPr="5B5531D0" w:rsidR="28C79971">
        <w:rPr>
          <w:rFonts w:ascii="Aptos" w:hAnsi="Aptos" w:eastAsia="Aptos" w:cs="Aptos"/>
          <w:b w:val="0"/>
          <w:bCs w:val="0"/>
          <w:i w:val="0"/>
          <w:iCs w:val="0"/>
          <w:noProof w:val="0"/>
          <w:color w:val="0070C0"/>
          <w:sz w:val="28"/>
          <w:szCs w:val="28"/>
          <w:lang w:val="en-US"/>
        </w:rPr>
        <w:t>Fun Fact f</w:t>
      </w:r>
      <w:r w:rsidRPr="5B5531D0" w:rsidR="28C79971">
        <w:rPr>
          <w:rFonts w:ascii="Aptos" w:hAnsi="Aptos" w:eastAsia="Aptos" w:cs="Aptos"/>
          <w:b w:val="0"/>
          <w:bCs w:val="0"/>
          <w:i w:val="0"/>
          <w:iCs w:val="0"/>
          <w:noProof w:val="0"/>
          <w:color w:val="0070C0"/>
          <w:sz w:val="28"/>
          <w:szCs w:val="28"/>
          <w:lang w:val="en-US"/>
        </w:rPr>
        <w:t>or</w:t>
      </w:r>
      <w:r w:rsidRPr="5B5531D0" w:rsidR="28C79971">
        <w:rPr>
          <w:rFonts w:ascii="Aptos" w:hAnsi="Aptos" w:eastAsia="Aptos" w:cs="Aptos"/>
          <w:b w:val="0"/>
          <w:bCs w:val="0"/>
          <w:i w:val="0"/>
          <w:iCs w:val="0"/>
          <w:noProof w:val="0"/>
          <w:color w:val="0070C0"/>
          <w:sz w:val="28"/>
          <w:szCs w:val="28"/>
          <w:lang w:val="en-US"/>
        </w:rPr>
        <w:t xml:space="preserve"> National Minority Health Month</w:t>
      </w:r>
    </w:p>
    <w:p w:rsidR="28C79971" w:rsidP="5B5531D0" w:rsidRDefault="28C79971" w14:paraId="6116261A" w14:textId="612C5B3F">
      <w:pPr>
        <w:pStyle w:val="Normal"/>
        <w:spacing w:before="240" w:beforeAutospacing="off" w:after="240" w:afterAutospacing="off" w:line="360" w:lineRule="auto"/>
      </w:pPr>
      <w:r w:rsidRPr="5B5531D0" w:rsidR="28C79971">
        <w:rPr>
          <w:rFonts w:ascii="Aptos" w:hAnsi="Aptos" w:eastAsia="Aptos" w:cs="Aptos"/>
          <w:b w:val="0"/>
          <w:bCs w:val="0"/>
          <w:i w:val="0"/>
          <w:iCs w:val="0"/>
          <w:noProof w:val="0"/>
          <w:sz w:val="28"/>
          <w:szCs w:val="28"/>
          <w:lang w:val="en-US"/>
        </w:rPr>
        <w:t>Many chronic conditions like hypertension and diabetes disproportionately affect minority communities. A simple shift in morning habits—like reducing sugar intake, exercising, and drinking more water—can help prevent these conditions and set you up for long-term wellness!</w:t>
      </w:r>
    </w:p>
    <w:p w:rsidR="1511EA70" w:rsidP="5B5531D0" w:rsidRDefault="1511EA70" w14:paraId="732985A1" w14:textId="139E566B">
      <w:pPr>
        <w:pStyle w:val="Heading2"/>
        <w:suppressLineNumbers w:val="0"/>
        <w:bidi w:val="0"/>
        <w:spacing w:before="200" w:beforeAutospacing="off" w:after="0" w:afterAutospacing="off" w:line="360" w:lineRule="auto"/>
        <w:ind w:left="0" w:right="0"/>
        <w:jc w:val="left"/>
      </w:pPr>
      <w:r w:rsidRPr="5B5531D0" w:rsidR="1511EA70">
        <w:rPr>
          <w:rFonts w:ascii="Aptos" w:hAnsi="Aptos"/>
          <w:color w:val="0070C0"/>
          <w:sz w:val="32"/>
          <w:szCs w:val="32"/>
        </w:rPr>
        <w:t>Decluttering Challenge #1: The 7-Day Spring Cleanse</w:t>
      </w:r>
    </w:p>
    <w:p w:rsidR="1511EA70" w:rsidP="5B5531D0" w:rsidRDefault="1511EA70" w14:paraId="3C960354" w14:textId="03A720C6">
      <w:pPr>
        <w:pStyle w:val="Normal"/>
        <w:bidi w:val="0"/>
        <w:spacing w:line="360" w:lineRule="auto"/>
        <w:rPr>
          <w:rFonts w:ascii="Aptos" w:hAnsi="Aptos" w:eastAsia="Aptos" w:cs="Aptos"/>
          <w:sz w:val="28"/>
          <w:szCs w:val="28"/>
        </w:rPr>
      </w:pPr>
      <w:r w:rsidRPr="5B5531D0" w:rsidR="1511EA70">
        <w:rPr>
          <w:rFonts w:ascii="Aptos" w:hAnsi="Aptos" w:eastAsia="Aptos" w:cs="Aptos"/>
          <w:sz w:val="28"/>
          <w:szCs w:val="28"/>
        </w:rPr>
        <w:t xml:space="preserve">Spring cleaning isn’t just about your closet—it’s about clearing space in your mind, schedule, and habits. Try this 7-day Spring Cleanse Challenge and </w:t>
      </w:r>
      <w:r w:rsidRPr="5B5531D0" w:rsidR="1511EA70">
        <w:rPr>
          <w:rFonts w:ascii="Aptos" w:hAnsi="Aptos" w:eastAsia="Aptos" w:cs="Aptos"/>
          <w:sz w:val="28"/>
          <w:szCs w:val="28"/>
        </w:rPr>
        <w:t>Check off what you complete!</w:t>
      </w:r>
    </w:p>
    <w:p w:rsidR="1511EA70" w:rsidP="5B5531D0" w:rsidRDefault="1511EA70" w14:paraId="4538A467" w14:textId="54A43FDD">
      <w:pPr>
        <w:spacing w:before="240" w:beforeAutospacing="off" w:after="240" w:afterAutospacing="off" w:line="360" w:lineRule="auto"/>
      </w:pPr>
      <w:r w:rsidRPr="5B5531D0" w:rsidR="1511EA70">
        <w:rPr>
          <w:rFonts w:ascii="Aptos" w:hAnsi="Aptos" w:eastAsia="Aptos" w:cs="Aptos"/>
          <w:b w:val="0"/>
          <w:bCs w:val="0"/>
          <w:i w:val="0"/>
          <w:iCs w:val="0"/>
          <w:caps w:val="0"/>
          <w:smallCaps w:val="0"/>
          <w:noProof w:val="0"/>
          <w:color w:val="0070C0"/>
          <w:sz w:val="28"/>
          <w:szCs w:val="28"/>
          <w:lang w:val="en-US"/>
        </w:rPr>
        <w:t>Sunday</w:t>
      </w:r>
      <w:r w:rsidRPr="5B5531D0" w:rsidR="48C0920D">
        <w:rPr>
          <w:rFonts w:ascii="Aptos" w:hAnsi="Aptos" w:eastAsia="Aptos" w:cs="Aptos"/>
          <w:b w:val="0"/>
          <w:bCs w:val="0"/>
          <w:i w:val="0"/>
          <w:iCs w:val="0"/>
          <w:caps w:val="0"/>
          <w:smallCaps w:val="0"/>
          <w:noProof w:val="0"/>
          <w:color w:val="0070C0"/>
          <w:sz w:val="28"/>
          <w:szCs w:val="28"/>
          <w:lang w:val="en-US"/>
        </w:rPr>
        <w:t xml:space="preserve">: </w:t>
      </w:r>
      <w:r w:rsidRPr="5B5531D0" w:rsidR="6E6BC88D">
        <w:rPr>
          <w:rFonts w:ascii="Aptos" w:hAnsi="Aptos" w:eastAsia="Aptos" w:cs="Aptos"/>
          <w:b w:val="0"/>
          <w:bCs w:val="0"/>
          <w:i w:val="0"/>
          <w:iCs w:val="0"/>
          <w:caps w:val="0"/>
          <w:smallCaps w:val="0"/>
          <w:noProof w:val="0"/>
          <w:color w:val="auto"/>
          <w:sz w:val="28"/>
          <w:szCs w:val="28"/>
          <w:lang w:val="en-US"/>
        </w:rPr>
        <w:t>Organize your most used phone apps and delete unused ones</w:t>
      </w:r>
    </w:p>
    <w:p w:rsidR="6E6BC88D" w:rsidP="5B5531D0" w:rsidRDefault="6E6BC88D" w14:paraId="4806B69D" w14:textId="1EE01259">
      <w:pPr>
        <w:spacing w:before="240" w:beforeAutospacing="off" w:after="240" w:afterAutospacing="off" w:line="360" w:lineRule="auto"/>
      </w:pPr>
      <w:r w:rsidRPr="5B5531D0" w:rsidR="6E6BC88D">
        <w:rPr>
          <w:rFonts w:ascii="Aptos" w:hAnsi="Aptos" w:eastAsia="Aptos" w:cs="Aptos"/>
          <w:b w:val="0"/>
          <w:bCs w:val="0"/>
          <w:i w:val="0"/>
          <w:iCs w:val="0"/>
          <w:caps w:val="0"/>
          <w:smallCaps w:val="0"/>
          <w:noProof w:val="0"/>
          <w:color w:val="0070C0"/>
          <w:sz w:val="28"/>
          <w:szCs w:val="28"/>
          <w:lang w:val="en-US"/>
        </w:rPr>
        <w:t>Monday:</w:t>
      </w:r>
      <w:r w:rsidRPr="5B5531D0" w:rsidR="48C0920D">
        <w:rPr>
          <w:rFonts w:ascii="Aptos" w:hAnsi="Aptos" w:eastAsia="Aptos" w:cs="Aptos"/>
          <w:b w:val="0"/>
          <w:bCs w:val="0"/>
          <w:i w:val="0"/>
          <w:iCs w:val="0"/>
          <w:caps w:val="0"/>
          <w:smallCaps w:val="0"/>
          <w:noProof w:val="0"/>
          <w:sz w:val="28"/>
          <w:szCs w:val="28"/>
          <w:lang w:val="en-US"/>
        </w:rPr>
        <w:t xml:space="preserve"> </w:t>
      </w:r>
      <w:r w:rsidRPr="5B5531D0" w:rsidR="29962BBC">
        <w:rPr>
          <w:rFonts w:ascii="Aptos" w:hAnsi="Aptos" w:eastAsia="Aptos" w:cs="Aptos"/>
          <w:b w:val="0"/>
          <w:bCs w:val="0"/>
          <w:i w:val="0"/>
          <w:iCs w:val="0"/>
          <w:caps w:val="0"/>
          <w:smallCaps w:val="0"/>
          <w:noProof w:val="0"/>
          <w:sz w:val="28"/>
          <w:szCs w:val="28"/>
          <w:lang w:val="en-US"/>
        </w:rPr>
        <w:t>Unsubscribe from 5 unnecessary email lists</w:t>
      </w:r>
    </w:p>
    <w:p w:rsidR="29962BBC" w:rsidP="5B5531D0" w:rsidRDefault="29962BBC" w14:paraId="66106B6E" w14:textId="780F64D2">
      <w:pPr>
        <w:spacing w:before="240" w:beforeAutospacing="off" w:after="240" w:afterAutospacing="off" w:line="360" w:lineRule="auto"/>
      </w:pPr>
      <w:r w:rsidRPr="5B5531D0" w:rsidR="29962BBC">
        <w:rPr>
          <w:rFonts w:ascii="Aptos" w:hAnsi="Aptos" w:eastAsia="Aptos" w:cs="Aptos"/>
          <w:b w:val="0"/>
          <w:bCs w:val="0"/>
          <w:i w:val="0"/>
          <w:iCs w:val="0"/>
          <w:caps w:val="0"/>
          <w:smallCaps w:val="0"/>
          <w:noProof w:val="0"/>
          <w:color w:val="0070C0"/>
          <w:sz w:val="28"/>
          <w:szCs w:val="28"/>
          <w:lang w:val="en-US"/>
        </w:rPr>
        <w:t>Tuesday</w:t>
      </w:r>
      <w:r w:rsidRPr="5B5531D0" w:rsidR="48C0920D">
        <w:rPr>
          <w:rFonts w:ascii="Aptos" w:hAnsi="Aptos" w:eastAsia="Aptos" w:cs="Aptos"/>
          <w:b w:val="0"/>
          <w:bCs w:val="0"/>
          <w:i w:val="0"/>
          <w:iCs w:val="0"/>
          <w:caps w:val="0"/>
          <w:smallCaps w:val="0"/>
          <w:noProof w:val="0"/>
          <w:color w:val="0070C0"/>
          <w:sz w:val="28"/>
          <w:szCs w:val="28"/>
          <w:lang w:val="en-US"/>
        </w:rPr>
        <w:t xml:space="preserve">: </w:t>
      </w:r>
      <w:r w:rsidRPr="5B5531D0" w:rsidR="7C765CC3">
        <w:rPr>
          <w:rFonts w:ascii="Aptos" w:hAnsi="Aptos" w:eastAsia="Aptos" w:cs="Aptos"/>
          <w:b w:val="0"/>
          <w:bCs w:val="0"/>
          <w:i w:val="0"/>
          <w:iCs w:val="0"/>
          <w:caps w:val="0"/>
          <w:smallCaps w:val="0"/>
          <w:noProof w:val="0"/>
          <w:color w:val="auto"/>
          <w:sz w:val="28"/>
          <w:szCs w:val="28"/>
          <w:lang w:val="en-US"/>
        </w:rPr>
        <w:t>Declutter your desk or your workspace</w:t>
      </w:r>
    </w:p>
    <w:p w:rsidR="7C765CC3" w:rsidP="5B5531D0" w:rsidRDefault="7C765CC3" w14:paraId="3C844F88" w14:textId="12B1129F">
      <w:pPr>
        <w:spacing w:before="240" w:beforeAutospacing="off" w:after="240" w:afterAutospacing="off" w:line="360" w:lineRule="auto"/>
      </w:pPr>
      <w:r w:rsidRPr="5B5531D0" w:rsidR="7C765CC3">
        <w:rPr>
          <w:rFonts w:ascii="Aptos" w:hAnsi="Aptos" w:eastAsia="Aptos" w:cs="Aptos"/>
          <w:b w:val="0"/>
          <w:bCs w:val="0"/>
          <w:i w:val="0"/>
          <w:iCs w:val="0"/>
          <w:caps w:val="0"/>
          <w:smallCaps w:val="0"/>
          <w:noProof w:val="0"/>
          <w:color w:val="0070C0"/>
          <w:sz w:val="28"/>
          <w:szCs w:val="28"/>
          <w:lang w:val="en-US"/>
        </w:rPr>
        <w:t>Wednesday:</w:t>
      </w:r>
      <w:r w:rsidRPr="5B5531D0" w:rsidR="48C0920D">
        <w:rPr>
          <w:rFonts w:ascii="Aptos" w:hAnsi="Aptos" w:eastAsia="Aptos" w:cs="Aptos"/>
          <w:b w:val="0"/>
          <w:bCs w:val="0"/>
          <w:i w:val="0"/>
          <w:iCs w:val="0"/>
          <w:caps w:val="0"/>
          <w:smallCaps w:val="0"/>
          <w:noProof w:val="0"/>
          <w:color w:val="0070C0"/>
          <w:sz w:val="28"/>
          <w:szCs w:val="28"/>
          <w:lang w:val="en-US"/>
        </w:rPr>
        <w:t xml:space="preserve"> </w:t>
      </w:r>
      <w:r w:rsidRPr="5B5531D0" w:rsidR="3CD66777">
        <w:rPr>
          <w:rFonts w:ascii="Aptos" w:hAnsi="Aptos" w:eastAsia="Aptos" w:cs="Aptos"/>
          <w:b w:val="0"/>
          <w:bCs w:val="0"/>
          <w:i w:val="0"/>
          <w:iCs w:val="0"/>
          <w:caps w:val="0"/>
          <w:smallCaps w:val="0"/>
          <w:noProof w:val="0"/>
          <w:color w:val="auto"/>
          <w:sz w:val="28"/>
          <w:szCs w:val="28"/>
          <w:lang w:val="en-US"/>
        </w:rPr>
        <w:t>Spend 10 minutes journaling about what you want to let go of (physically, mentally)</w:t>
      </w:r>
    </w:p>
    <w:p w:rsidR="3CD66777" w:rsidP="5B5531D0" w:rsidRDefault="3CD66777" w14:paraId="3C4F1940" w14:textId="1D923031">
      <w:pPr>
        <w:spacing w:before="240" w:beforeAutospacing="off" w:after="240" w:afterAutospacing="off" w:line="360" w:lineRule="auto"/>
      </w:pPr>
      <w:r w:rsidRPr="5B5531D0" w:rsidR="3CD66777">
        <w:rPr>
          <w:rFonts w:ascii="Aptos" w:hAnsi="Aptos" w:eastAsia="Aptos" w:cs="Aptos"/>
          <w:b w:val="0"/>
          <w:bCs w:val="0"/>
          <w:i w:val="0"/>
          <w:iCs w:val="0"/>
          <w:caps w:val="0"/>
          <w:smallCaps w:val="0"/>
          <w:noProof w:val="0"/>
          <w:color w:val="0070C0"/>
          <w:sz w:val="28"/>
          <w:szCs w:val="28"/>
          <w:lang w:val="en-US"/>
        </w:rPr>
        <w:t>Thursday:</w:t>
      </w:r>
      <w:r w:rsidRPr="5B5531D0" w:rsidR="48C0920D">
        <w:rPr>
          <w:rFonts w:ascii="Aptos" w:hAnsi="Aptos" w:eastAsia="Aptos" w:cs="Aptos"/>
          <w:b w:val="0"/>
          <w:bCs w:val="0"/>
          <w:i w:val="0"/>
          <w:iCs w:val="0"/>
          <w:caps w:val="0"/>
          <w:smallCaps w:val="0"/>
          <w:noProof w:val="0"/>
          <w:color w:val="0070C0"/>
          <w:sz w:val="28"/>
          <w:szCs w:val="28"/>
          <w:lang w:val="en-US"/>
        </w:rPr>
        <w:t xml:space="preserve"> </w:t>
      </w:r>
      <w:r w:rsidRPr="5B5531D0" w:rsidR="285C1C22">
        <w:rPr>
          <w:rFonts w:ascii="Aptos" w:hAnsi="Aptos" w:eastAsia="Aptos" w:cs="Aptos"/>
          <w:b w:val="0"/>
          <w:bCs w:val="0"/>
          <w:i w:val="0"/>
          <w:iCs w:val="0"/>
          <w:caps w:val="0"/>
          <w:smallCaps w:val="0"/>
          <w:noProof w:val="0"/>
          <w:color w:val="auto"/>
          <w:sz w:val="28"/>
          <w:szCs w:val="28"/>
          <w:lang w:val="en-US"/>
        </w:rPr>
        <w:t>Unfollow or mute social media accounts that drain you</w:t>
      </w:r>
    </w:p>
    <w:p w:rsidR="285C1C22" w:rsidP="5B5531D0" w:rsidRDefault="285C1C22" w14:paraId="07D68DAC" w14:textId="3181A882">
      <w:pPr>
        <w:spacing w:before="240" w:beforeAutospacing="off" w:after="240" w:afterAutospacing="off" w:line="360" w:lineRule="auto"/>
      </w:pPr>
      <w:r w:rsidRPr="5B5531D0" w:rsidR="285C1C22">
        <w:rPr>
          <w:rFonts w:ascii="Aptos" w:hAnsi="Aptos" w:eastAsia="Aptos" w:cs="Aptos"/>
          <w:b w:val="0"/>
          <w:bCs w:val="0"/>
          <w:i w:val="0"/>
          <w:iCs w:val="0"/>
          <w:caps w:val="0"/>
          <w:smallCaps w:val="0"/>
          <w:noProof w:val="0"/>
          <w:color w:val="0070C0"/>
          <w:sz w:val="28"/>
          <w:szCs w:val="28"/>
          <w:lang w:val="en-US"/>
        </w:rPr>
        <w:t>Friday:</w:t>
      </w:r>
      <w:r w:rsidRPr="5B5531D0" w:rsidR="48C0920D">
        <w:rPr>
          <w:rFonts w:ascii="Aptos" w:hAnsi="Aptos" w:eastAsia="Aptos" w:cs="Aptos"/>
          <w:b w:val="0"/>
          <w:bCs w:val="0"/>
          <w:i w:val="0"/>
          <w:iCs w:val="0"/>
          <w:caps w:val="0"/>
          <w:smallCaps w:val="0"/>
          <w:noProof w:val="0"/>
          <w:color w:val="0070C0"/>
          <w:sz w:val="28"/>
          <w:szCs w:val="28"/>
          <w:lang w:val="en-US"/>
        </w:rPr>
        <w:t xml:space="preserve"> </w:t>
      </w:r>
      <w:r w:rsidRPr="5B5531D0" w:rsidR="3BE52CFF">
        <w:rPr>
          <w:rFonts w:ascii="Aptos" w:hAnsi="Aptos" w:eastAsia="Aptos" w:cs="Aptos"/>
          <w:b w:val="0"/>
          <w:bCs w:val="0"/>
          <w:i w:val="0"/>
          <w:iCs w:val="0"/>
          <w:caps w:val="0"/>
          <w:smallCaps w:val="0"/>
          <w:noProof w:val="0"/>
          <w:color w:val="auto"/>
          <w:sz w:val="28"/>
          <w:szCs w:val="28"/>
          <w:lang w:val="en-US"/>
        </w:rPr>
        <w:t>Throw away expired food and organize your fridge</w:t>
      </w:r>
    </w:p>
    <w:p w:rsidR="3BE52CFF" w:rsidP="5B5531D0" w:rsidRDefault="3BE52CFF" w14:paraId="091EFDF2" w14:textId="324F799F">
      <w:pPr>
        <w:spacing w:before="240" w:beforeAutospacing="off" w:after="240" w:afterAutospacing="off" w:line="360" w:lineRule="auto"/>
      </w:pPr>
      <w:r w:rsidRPr="5B5531D0" w:rsidR="3BE52CFF">
        <w:rPr>
          <w:rFonts w:ascii="Aptos" w:hAnsi="Aptos" w:eastAsia="Aptos" w:cs="Aptos"/>
          <w:b w:val="0"/>
          <w:bCs w:val="0"/>
          <w:i w:val="0"/>
          <w:iCs w:val="0"/>
          <w:caps w:val="0"/>
          <w:smallCaps w:val="0"/>
          <w:noProof w:val="0"/>
          <w:color w:val="0070C0"/>
          <w:sz w:val="28"/>
          <w:szCs w:val="28"/>
          <w:lang w:val="en-US"/>
        </w:rPr>
        <w:t xml:space="preserve">Saturday: </w:t>
      </w:r>
      <w:r w:rsidRPr="5B5531D0" w:rsidR="3BE52CFF">
        <w:rPr>
          <w:rFonts w:ascii="Aptos" w:hAnsi="Aptos" w:eastAsia="Aptos" w:cs="Aptos"/>
          <w:b w:val="0"/>
          <w:bCs w:val="0"/>
          <w:i w:val="0"/>
          <w:iCs w:val="0"/>
          <w:noProof w:val="0"/>
          <w:sz w:val="28"/>
          <w:szCs w:val="28"/>
          <w:lang w:val="en-US"/>
        </w:rPr>
        <w:t xml:space="preserve">Take 30 mins of self-care (meditation, yoga, hot bath </w:t>
      </w:r>
      <w:r w:rsidRPr="5B5531D0" w:rsidR="3BE52CFF">
        <w:rPr>
          <w:rFonts w:ascii="Aptos" w:hAnsi="Aptos" w:eastAsia="Aptos" w:cs="Aptos"/>
          <w:b w:val="0"/>
          <w:bCs w:val="0"/>
          <w:i w:val="0"/>
          <w:iCs w:val="0"/>
          <w:noProof w:val="0"/>
          <w:sz w:val="28"/>
          <w:szCs w:val="28"/>
          <w:lang w:val="en-US"/>
        </w:rPr>
        <w:t>etc</w:t>
      </w:r>
      <w:r w:rsidRPr="5B5531D0" w:rsidR="3BE52CFF">
        <w:rPr>
          <w:rFonts w:ascii="Aptos" w:hAnsi="Aptos" w:eastAsia="Aptos" w:cs="Aptos"/>
          <w:b w:val="0"/>
          <w:bCs w:val="0"/>
          <w:i w:val="0"/>
          <w:iCs w:val="0"/>
          <w:noProof w:val="0"/>
          <w:sz w:val="28"/>
          <w:szCs w:val="28"/>
          <w:lang w:val="en-US"/>
        </w:rPr>
        <w:t>)</w:t>
      </w:r>
    </w:p>
    <w:p w:rsidR="348D0C66" w:rsidP="5B5531D0" w:rsidRDefault="348D0C66" w14:paraId="74C363BE" w14:textId="5162066E">
      <w:pPr>
        <w:pStyle w:val="Normal"/>
        <w:suppressLineNumbers w:val="0"/>
        <w:bidi w:val="0"/>
        <w:spacing w:line="360" w:lineRule="auto"/>
      </w:pPr>
      <w:r w:rsidRPr="5B5531D0" w:rsidR="348D0C66">
        <w:rPr>
          <w:rFonts w:ascii="Aptos" w:hAnsi="Aptos" w:eastAsia="Aptos" w:cs="Aptos"/>
          <w:b w:val="0"/>
          <w:bCs w:val="0"/>
          <w:i w:val="0"/>
          <w:iCs w:val="0"/>
          <w:noProof w:val="0"/>
          <w:color w:val="0070C0"/>
          <w:sz w:val="28"/>
          <w:szCs w:val="28"/>
          <w:lang w:val="en-US"/>
        </w:rPr>
        <w:t>Decluttering Challenge #</w:t>
      </w:r>
      <w:r w:rsidRPr="5B5531D0" w:rsidR="348D0C66">
        <w:rPr>
          <w:rFonts w:ascii="Aptos" w:hAnsi="Aptos" w:eastAsia="Aptos" w:cs="Aptos"/>
          <w:b w:val="0"/>
          <w:bCs w:val="0"/>
          <w:i w:val="0"/>
          <w:iCs w:val="0"/>
          <w:noProof w:val="0"/>
          <w:color w:val="0070C0"/>
          <w:sz w:val="28"/>
          <w:szCs w:val="28"/>
          <w:lang w:val="en-US"/>
        </w:rPr>
        <w:t>2 :</w:t>
      </w:r>
      <w:r w:rsidRPr="5B5531D0" w:rsidR="348D0C66">
        <w:rPr>
          <w:rFonts w:ascii="Aptos" w:hAnsi="Aptos" w:eastAsia="Aptos" w:cs="Aptos"/>
          <w:b w:val="0"/>
          <w:bCs w:val="0"/>
          <w:i w:val="0"/>
          <w:iCs w:val="0"/>
          <w:noProof w:val="0"/>
          <w:color w:val="0070C0"/>
          <w:sz w:val="28"/>
          <w:szCs w:val="28"/>
          <w:lang w:val="en-US"/>
        </w:rPr>
        <w:t xml:space="preserve"> Before and After</w:t>
      </w:r>
    </w:p>
    <w:p w:rsidR="348D0C66" w:rsidP="5B5531D0" w:rsidRDefault="348D0C66" w14:paraId="109523D9" w14:textId="2E6E56F6">
      <w:pPr>
        <w:pStyle w:val="Normal"/>
        <w:spacing w:line="360" w:lineRule="auto"/>
      </w:pPr>
      <w:r w:rsidRPr="5B5531D0" w:rsidR="348D0C66">
        <w:rPr>
          <w:rFonts w:ascii="Aptos" w:hAnsi="Aptos" w:eastAsia="Aptos" w:cs="Aptos"/>
          <w:sz w:val="28"/>
          <w:szCs w:val="28"/>
        </w:rPr>
        <w:t>Take a before &amp; after photo of something you’ve decluttered—whether it’s your workspace, closet, phone, or even your to-do list.</w:t>
      </w:r>
    </w:p>
    <w:p w:rsidR="348D0C66" w:rsidP="5B5531D0" w:rsidRDefault="348D0C66" w14:paraId="6D1AA33E" w14:textId="40BA01D3">
      <w:pPr>
        <w:pStyle w:val="Normal"/>
        <w:spacing w:line="360" w:lineRule="auto"/>
      </w:pPr>
      <w:r w:rsidRPr="5B5531D0" w:rsidR="348D0C66">
        <w:rPr>
          <w:rFonts w:ascii="Aptos" w:hAnsi="Aptos" w:eastAsia="Aptos" w:cs="Aptos"/>
          <w:sz w:val="28"/>
          <w:szCs w:val="28"/>
        </w:rPr>
        <w:t xml:space="preserve">Submit your photos to us by email at wellbeing@southernct.edu or on Instagram @scsuwellbeing and </w:t>
      </w:r>
      <w:r w:rsidRPr="5B5531D0" w:rsidR="348D0C66">
        <w:rPr>
          <w:rFonts w:ascii="Aptos" w:hAnsi="Aptos" w:eastAsia="Aptos" w:cs="Aptos"/>
          <w:sz w:val="28"/>
          <w:szCs w:val="28"/>
        </w:rPr>
        <w:t>we’ll</w:t>
      </w:r>
      <w:r w:rsidRPr="5B5531D0" w:rsidR="348D0C66">
        <w:rPr>
          <w:rFonts w:ascii="Aptos" w:hAnsi="Aptos" w:eastAsia="Aptos" w:cs="Aptos"/>
          <w:sz w:val="28"/>
          <w:szCs w:val="28"/>
        </w:rPr>
        <w:t xml:space="preserve"> feature some of the best transformations in the next newsletter!</w:t>
      </w:r>
    </w:p>
    <w:p w:rsidR="7A7C94FD" w:rsidP="5B5531D0" w:rsidRDefault="7A7C94FD" w14:paraId="5DDCA752" w14:textId="335C21E3">
      <w:pPr>
        <w:pStyle w:val="Heading2"/>
        <w:suppressLineNumbers w:val="0"/>
        <w:spacing w:before="200" w:beforeAutospacing="off" w:after="0" w:afterAutospacing="off" w:line="360" w:lineRule="auto"/>
        <w:ind w:left="0" w:right="0"/>
        <w:jc w:val="left"/>
      </w:pPr>
      <w:r w:rsidRPr="5B5531D0" w:rsidR="7A7C94FD">
        <w:rPr>
          <w:rFonts w:ascii="Aptos" w:hAnsi="Aptos"/>
          <w:color w:val="0070C0"/>
          <w:sz w:val="32"/>
          <w:szCs w:val="32"/>
        </w:rPr>
        <w:t>Let’s</w:t>
      </w:r>
      <w:r w:rsidRPr="5B5531D0" w:rsidR="7A7C94FD">
        <w:rPr>
          <w:rFonts w:ascii="Aptos" w:hAnsi="Aptos"/>
          <w:color w:val="0070C0"/>
          <w:sz w:val="32"/>
          <w:szCs w:val="32"/>
        </w:rPr>
        <w:t xml:space="preserve"> Talk About Sex </w:t>
      </w:r>
    </w:p>
    <w:p w:rsidR="586FD9C5" w:rsidP="5B5531D0" w:rsidRDefault="586FD9C5" w14:paraId="651366BE" w14:textId="3CDAF0A3">
      <w:pPr>
        <w:pStyle w:val="ListParagraph"/>
        <w:numPr>
          <w:ilvl w:val="0"/>
          <w:numId w:val="26"/>
        </w:numPr>
        <w:bidi w:val="0"/>
        <w:spacing w:before="0" w:beforeAutospacing="off" w:after="0" w:afterAutospacing="off" w:line="360" w:lineRule="auto"/>
        <w:rPr>
          <w:rFonts w:ascii="Aptos" w:hAnsi="Aptos" w:eastAsia="Aptos" w:cs="Aptos"/>
          <w:b w:val="0"/>
          <w:bCs w:val="0"/>
          <w:i w:val="0"/>
          <w:iCs w:val="0"/>
          <w:noProof w:val="0"/>
          <w:sz w:val="28"/>
          <w:szCs w:val="28"/>
          <w:lang w:val="en-US"/>
        </w:rPr>
      </w:pPr>
      <w:r w:rsidRPr="5B5531D0" w:rsidR="586FD9C5">
        <w:rPr>
          <w:rFonts w:ascii="Aptos" w:hAnsi="Aptos" w:eastAsia="Aptos" w:cs="Aptos"/>
          <w:b w:val="0"/>
          <w:bCs w:val="0"/>
          <w:i w:val="0"/>
          <w:iCs w:val="0"/>
          <w:noProof w:val="0"/>
          <w:sz w:val="28"/>
          <w:szCs w:val="28"/>
          <w:lang w:val="en-US"/>
        </w:rPr>
        <w:t xml:space="preserve">Schedule a wellness check-up! Regular STI screenings </w:t>
      </w:r>
      <w:r w:rsidRPr="5B5531D0" w:rsidR="586FD9C5">
        <w:rPr>
          <w:rFonts w:ascii="Aptos" w:hAnsi="Aptos" w:eastAsia="Aptos" w:cs="Aptos"/>
          <w:b w:val="0"/>
          <w:bCs w:val="0"/>
          <w:i w:val="0"/>
          <w:iCs w:val="0"/>
          <w:noProof w:val="0"/>
          <w:sz w:val="28"/>
          <w:szCs w:val="28"/>
          <w:lang w:val="en-US"/>
        </w:rPr>
        <w:t>and reproductive</w:t>
      </w:r>
      <w:r w:rsidRPr="5B5531D0" w:rsidR="586FD9C5">
        <w:rPr>
          <w:rFonts w:ascii="Aptos" w:hAnsi="Aptos" w:eastAsia="Aptos" w:cs="Aptos"/>
          <w:b w:val="0"/>
          <w:bCs w:val="0"/>
          <w:i w:val="0"/>
          <w:iCs w:val="0"/>
          <w:noProof w:val="0"/>
          <w:sz w:val="28"/>
          <w:szCs w:val="28"/>
          <w:lang w:val="en-US"/>
        </w:rPr>
        <w:t xml:space="preserve"> health check-ups are </w:t>
      </w:r>
      <w:r w:rsidRPr="5B5531D0" w:rsidR="586FD9C5">
        <w:rPr>
          <w:rFonts w:ascii="Aptos" w:hAnsi="Aptos" w:eastAsia="Aptos" w:cs="Aptos"/>
          <w:b w:val="0"/>
          <w:bCs w:val="0"/>
          <w:i w:val="0"/>
          <w:iCs w:val="0"/>
          <w:noProof w:val="0"/>
          <w:sz w:val="28"/>
          <w:szCs w:val="28"/>
          <w:lang w:val="en-US"/>
        </w:rPr>
        <w:t>a must</w:t>
      </w:r>
      <w:r w:rsidRPr="5B5531D0" w:rsidR="586FD9C5">
        <w:rPr>
          <w:rFonts w:ascii="Aptos" w:hAnsi="Aptos" w:eastAsia="Aptos" w:cs="Aptos"/>
          <w:b w:val="0"/>
          <w:bCs w:val="0"/>
          <w:i w:val="0"/>
          <w:iCs w:val="0"/>
          <w:noProof w:val="0"/>
          <w:sz w:val="28"/>
          <w:szCs w:val="28"/>
          <w:lang w:val="en-US"/>
        </w:rPr>
        <w:t>.</w:t>
      </w:r>
    </w:p>
    <w:p w:rsidR="586FD9C5" w:rsidP="5B5531D0" w:rsidRDefault="586FD9C5" w14:paraId="72D91F3D" w14:textId="48B99CF9">
      <w:pPr>
        <w:pStyle w:val="ListParagraph"/>
        <w:numPr>
          <w:ilvl w:val="0"/>
          <w:numId w:val="27"/>
        </w:numPr>
        <w:bidi w:val="0"/>
        <w:spacing w:before="0" w:beforeAutospacing="off" w:after="0" w:afterAutospacing="off" w:line="360" w:lineRule="auto"/>
        <w:rPr>
          <w:rFonts w:ascii="Aptos" w:hAnsi="Aptos" w:eastAsia="Aptos" w:cs="Aptos"/>
          <w:b w:val="0"/>
          <w:bCs w:val="0"/>
          <w:i w:val="0"/>
          <w:iCs w:val="0"/>
          <w:noProof w:val="0"/>
          <w:sz w:val="28"/>
          <w:szCs w:val="28"/>
          <w:lang w:val="en-US"/>
        </w:rPr>
      </w:pPr>
      <w:r w:rsidRPr="5B5531D0" w:rsidR="586FD9C5">
        <w:rPr>
          <w:rFonts w:ascii="Aptos" w:hAnsi="Aptos" w:eastAsia="Aptos" w:cs="Aptos"/>
          <w:b w:val="0"/>
          <w:bCs w:val="0"/>
          <w:i w:val="0"/>
          <w:iCs w:val="0"/>
          <w:noProof w:val="0"/>
          <w:sz w:val="28"/>
          <w:szCs w:val="28"/>
          <w:lang w:val="en-US"/>
        </w:rPr>
        <w:t xml:space="preserve">Out with expired protection! Check the </w:t>
      </w:r>
      <w:r w:rsidRPr="5B5531D0" w:rsidR="586FD9C5">
        <w:rPr>
          <w:rFonts w:ascii="Aptos" w:hAnsi="Aptos" w:eastAsia="Aptos" w:cs="Aptos"/>
          <w:b w:val="0"/>
          <w:bCs w:val="0"/>
          <w:i w:val="0"/>
          <w:iCs w:val="0"/>
          <w:noProof w:val="0"/>
          <w:sz w:val="28"/>
          <w:szCs w:val="28"/>
          <w:lang w:val="en-US"/>
        </w:rPr>
        <w:t>expiration</w:t>
      </w:r>
      <w:r w:rsidRPr="5B5531D0" w:rsidR="586FD9C5">
        <w:rPr>
          <w:rFonts w:ascii="Aptos" w:hAnsi="Aptos" w:eastAsia="Aptos" w:cs="Aptos"/>
          <w:b w:val="0"/>
          <w:bCs w:val="0"/>
          <w:i w:val="0"/>
          <w:iCs w:val="0"/>
          <w:noProof w:val="0"/>
          <w:sz w:val="28"/>
          <w:szCs w:val="28"/>
          <w:lang w:val="en-US"/>
        </w:rPr>
        <w:t xml:space="preserve"> dates on condoms and birth control methods to be safe!</w:t>
      </w:r>
    </w:p>
    <w:p w:rsidR="4E4ADCC0" w:rsidP="5B5531D0" w:rsidRDefault="4E4ADCC0" w14:paraId="53664619" w14:textId="60A960D7">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5B5531D0" w:rsidR="4E4ADCC0">
        <w:rPr>
          <w:rFonts w:ascii="Aptos" w:hAnsi="Aptos"/>
          <w:color w:val="0070C0"/>
          <w:sz w:val="32"/>
          <w:szCs w:val="32"/>
        </w:rPr>
        <w:t>Fit for Thought</w:t>
      </w:r>
    </w:p>
    <w:p w:rsidR="4E4ADCC0" w:rsidP="5B5531D0" w:rsidRDefault="4E4ADCC0" w14:paraId="707F6375" w14:textId="3C0AE967">
      <w:pPr>
        <w:pStyle w:val="Normal"/>
        <w:bidi w:val="0"/>
        <w:spacing w:before="0" w:beforeAutospacing="off" w:after="200" w:afterAutospacing="off" w:line="360" w:lineRule="auto"/>
        <w:ind w:left="0" w:right="0"/>
        <w:jc w:val="left"/>
      </w:pPr>
      <w:r w:rsidRPr="5B5531D0" w:rsidR="4E4ADCC0">
        <w:rPr>
          <w:rFonts w:ascii="Aptos" w:hAnsi="Aptos" w:eastAsia="Aptos" w:cs="Aptos"/>
          <w:b w:val="0"/>
          <w:bCs w:val="0"/>
          <w:i w:val="0"/>
          <w:iCs w:val="0"/>
          <w:noProof w:val="0"/>
          <w:sz w:val="28"/>
          <w:szCs w:val="28"/>
          <w:lang w:val="en-US"/>
        </w:rPr>
        <w:t>Did you know we have a fitness center on campus?</w:t>
      </w:r>
    </w:p>
    <w:p w:rsidR="4E4ADCC0" w:rsidP="5B5531D0" w:rsidRDefault="4E4ADCC0" w14:paraId="5AF5E2E7" w14:textId="17CE99E8">
      <w:pPr>
        <w:pStyle w:val="Normal"/>
        <w:bidi w:val="0"/>
        <w:spacing w:before="0" w:beforeAutospacing="off" w:after="200" w:afterAutospacing="off" w:line="360" w:lineRule="auto"/>
        <w:ind w:left="0" w:right="0"/>
        <w:jc w:val="left"/>
        <w:rPr>
          <w:rFonts w:ascii="Aptos" w:hAnsi="Aptos" w:eastAsia="Aptos" w:cs="Aptos"/>
          <w:b w:val="0"/>
          <w:bCs w:val="0"/>
          <w:i w:val="0"/>
          <w:iCs w:val="0"/>
          <w:noProof w:val="0"/>
          <w:sz w:val="28"/>
          <w:szCs w:val="28"/>
          <w:lang w:val="en-US"/>
        </w:rPr>
      </w:pPr>
      <w:r w:rsidRPr="5B5531D0" w:rsidR="4E4ADCC0">
        <w:rPr>
          <w:rFonts w:ascii="Aptos" w:hAnsi="Aptos" w:eastAsia="Aptos" w:cs="Aptos"/>
          <w:b w:val="0"/>
          <w:bCs w:val="0"/>
          <w:i w:val="0"/>
          <w:iCs w:val="0"/>
          <w:noProof w:val="0"/>
          <w:sz w:val="28"/>
          <w:szCs w:val="28"/>
          <w:lang w:val="en-US"/>
        </w:rPr>
        <w:t>Visit them in ASC 204 and follow them on Instagram @SCSU_RECFIT</w:t>
      </w:r>
    </w:p>
    <w:p w:rsidR="4E4ADCC0" w:rsidP="5B5531D0" w:rsidRDefault="4E4ADCC0" w14:paraId="3C03D1E4" w14:textId="5AD9CD9E">
      <w:pPr>
        <w:bidi w:val="0"/>
        <w:spacing w:before="240" w:beforeAutospacing="off" w:after="240" w:afterAutospacing="off" w:line="360" w:lineRule="auto"/>
      </w:pPr>
      <w:r w:rsidRPr="5B5531D0" w:rsidR="4E4ADCC0">
        <w:rPr>
          <w:rFonts w:ascii="Aptos" w:hAnsi="Aptos" w:eastAsia="Aptos" w:cs="Aptos"/>
          <w:b w:val="0"/>
          <w:bCs w:val="0"/>
          <w:i w:val="0"/>
          <w:iCs w:val="0"/>
          <w:caps w:val="0"/>
          <w:smallCaps w:val="0"/>
          <w:noProof w:val="0"/>
          <w:color w:val="auto"/>
          <w:sz w:val="28"/>
          <w:szCs w:val="28"/>
          <w:lang w:val="en-US"/>
        </w:rPr>
        <w:t>Get active with these fitness groups/activities:</w:t>
      </w:r>
    </w:p>
    <w:p w:rsidR="4E4ADCC0" w:rsidP="5B5531D0" w:rsidRDefault="4E4ADCC0" w14:paraId="11717FA7" w14:textId="267B131C">
      <w:pPr>
        <w:bidi w:val="0"/>
        <w:spacing w:before="240" w:beforeAutospacing="off" w:after="240" w:afterAutospacing="off" w:line="360" w:lineRule="auto"/>
      </w:pPr>
      <w:r w:rsidRPr="5B5531D0" w:rsidR="4E4ADCC0">
        <w:rPr>
          <w:rFonts w:ascii="Aptos" w:hAnsi="Aptos" w:eastAsia="Aptos" w:cs="Aptos"/>
          <w:b w:val="0"/>
          <w:bCs w:val="0"/>
          <w:i w:val="0"/>
          <w:iCs w:val="0"/>
          <w:caps w:val="0"/>
          <w:smallCaps w:val="0"/>
          <w:noProof w:val="0"/>
          <w:sz w:val="28"/>
          <w:szCs w:val="28"/>
          <w:lang w:val="en-US"/>
        </w:rPr>
        <w:t>Pilates w/ Kaila - Mondays at 5pm &amp; Wednesdays at 6pm</w:t>
      </w:r>
    </w:p>
    <w:p w:rsidR="4E4ADCC0" w:rsidP="5B5531D0" w:rsidRDefault="4E4ADCC0" w14:paraId="2B015795" w14:textId="367AB705">
      <w:pPr>
        <w:pStyle w:val="Normal"/>
        <w:bidi w:val="0"/>
        <w:spacing w:before="0" w:beforeAutospacing="off" w:after="200" w:afterAutospacing="off" w:line="360" w:lineRule="auto"/>
        <w:ind w:left="0" w:right="0"/>
        <w:jc w:val="left"/>
      </w:pPr>
      <w:r w:rsidRPr="5B5531D0" w:rsidR="4E4ADCC0">
        <w:rPr>
          <w:rFonts w:ascii="Aptos" w:hAnsi="Aptos" w:eastAsia="Aptos" w:cs="Aptos"/>
          <w:b w:val="0"/>
          <w:bCs w:val="0"/>
          <w:i w:val="0"/>
          <w:iCs w:val="0"/>
          <w:noProof w:val="0"/>
          <w:sz w:val="28"/>
          <w:szCs w:val="28"/>
          <w:lang w:val="en-US"/>
        </w:rPr>
        <w:t>Yoga Flow w/ Dominique – Tuesdays at 4:30pm</w:t>
      </w:r>
    </w:p>
    <w:p w:rsidR="4E4ADCC0" w:rsidP="5B5531D0" w:rsidRDefault="4E4ADCC0" w14:paraId="2C196A0B" w14:textId="38CFFCD0">
      <w:pPr>
        <w:pStyle w:val="Normal"/>
        <w:bidi w:val="0"/>
        <w:spacing w:before="0" w:beforeAutospacing="off" w:after="200" w:afterAutospacing="off" w:line="360" w:lineRule="auto"/>
        <w:ind w:left="0" w:right="0"/>
        <w:jc w:val="left"/>
      </w:pPr>
      <w:r w:rsidRPr="5B5531D0" w:rsidR="4E4ADCC0">
        <w:rPr>
          <w:rFonts w:ascii="Aptos" w:hAnsi="Aptos" w:eastAsia="Aptos" w:cs="Aptos"/>
          <w:b w:val="0"/>
          <w:bCs w:val="0"/>
          <w:i w:val="0"/>
          <w:iCs w:val="0"/>
          <w:noProof w:val="0"/>
          <w:sz w:val="28"/>
          <w:szCs w:val="28"/>
          <w:lang w:val="en-US"/>
        </w:rPr>
        <w:t>Power Up w/ Tori – Thursdays at 5:00pm</w:t>
      </w:r>
    </w:p>
    <w:p w:rsidR="674BE70A" w:rsidP="385611CD" w:rsidRDefault="674BE70A" w14:paraId="7CF00C8E" w14:textId="339896E6">
      <w:pPr>
        <w:pStyle w:val="Heading2"/>
        <w:spacing w:line="360" w:lineRule="auto"/>
        <w:rPr>
          <w:rFonts w:ascii="Aptos" w:hAnsi="Aptos"/>
          <w:color w:val="0070C0"/>
          <w:sz w:val="32"/>
          <w:szCs w:val="32"/>
        </w:rPr>
      </w:pPr>
      <w:r w:rsidRPr="385611CD" w:rsidR="674BE70A">
        <w:rPr>
          <w:rFonts w:ascii="Aptos" w:hAnsi="Aptos"/>
          <w:color w:val="0070C0"/>
          <w:sz w:val="32"/>
          <w:szCs w:val="32"/>
        </w:rPr>
        <w:t xml:space="preserve"> Quick Chats</w:t>
      </w:r>
    </w:p>
    <w:p w:rsidR="0CEACB1E" w:rsidP="25A68C54" w:rsidRDefault="0CEACB1E" w14:paraId="0EBBD038" w14:textId="0C0BAF7C">
      <w:pPr>
        <w:pStyle w:val="Normal"/>
        <w:suppressLineNumbers w:val="0"/>
        <w:bidi w:val="0"/>
        <w:spacing w:before="0" w:beforeAutospacing="off" w:after="200" w:afterAutospacing="off" w:line="360" w:lineRule="auto"/>
        <w:ind w:left="0" w:right="0"/>
        <w:jc w:val="left"/>
        <w:rPr>
          <w:rFonts w:ascii="Aptos" w:hAnsi="Aptos" w:eastAsia="ＭＳ ゴシック" w:cs="" w:eastAsiaTheme="majorEastAsia" w:cstheme="majorBidi"/>
          <w:b w:val="1"/>
          <w:bCs w:val="1"/>
          <w:color w:val="0070C0"/>
          <w:sz w:val="28"/>
          <w:szCs w:val="28"/>
        </w:rPr>
      </w:pPr>
      <w:r w:rsidRPr="5B5531D0" w:rsidR="380BE786">
        <w:rPr>
          <w:rFonts w:ascii="Aptos" w:hAnsi="Aptos" w:eastAsia="ＭＳ ゴシック" w:cs="" w:eastAsiaTheme="majorEastAsia" w:cstheme="majorBidi"/>
          <w:b w:val="1"/>
          <w:bCs w:val="1"/>
          <w:color w:val="0070C0"/>
          <w:sz w:val="28"/>
          <w:szCs w:val="28"/>
        </w:rPr>
        <w:t>Myth or Miss?</w:t>
      </w:r>
    </w:p>
    <w:p w:rsidR="5B3698F4" w:rsidP="5B5531D0" w:rsidRDefault="5B3698F4" w14:paraId="5123C9ED" w14:textId="74B7D1C2">
      <w:pPr>
        <w:pStyle w:val="Normal"/>
        <w:spacing w:before="240" w:beforeAutospacing="off" w:after="240" w:afterAutospacing="off" w:line="360" w:lineRule="auto"/>
        <w:rPr>
          <w:rFonts w:ascii="Aptos" w:hAnsi="Aptos" w:eastAsia="Aptos" w:cs="Aptos"/>
          <w:b w:val="0"/>
          <w:bCs w:val="0"/>
          <w:i w:val="0"/>
          <w:iCs w:val="0"/>
          <w:noProof w:val="0"/>
          <w:sz w:val="28"/>
          <w:szCs w:val="28"/>
          <w:lang w:val="en-US"/>
        </w:rPr>
      </w:pPr>
      <w:r w:rsidRPr="5B5531D0" w:rsidR="5B3698F4">
        <w:rPr>
          <w:rFonts w:ascii="Aptos" w:hAnsi="Aptos" w:eastAsia="Aptos" w:cs="Aptos"/>
          <w:b w:val="0"/>
          <w:bCs w:val="0"/>
          <w:i w:val="0"/>
          <w:iCs w:val="0"/>
          <w:noProof w:val="0"/>
          <w:sz w:val="28"/>
          <w:szCs w:val="28"/>
          <w:lang w:val="en-US"/>
        </w:rPr>
        <w:t>Natural remedies are just as effective as medical treatments for chronic illnesses.</w:t>
      </w:r>
    </w:p>
    <w:p w:rsidR="2BB75C3B" w:rsidP="5B5531D0" w:rsidRDefault="2BB75C3B" w14:paraId="6F937FED" w14:textId="7514066E">
      <w:pPr>
        <w:pStyle w:val="Normal"/>
        <w:suppressLineNumbers w:val="0"/>
        <w:bidi w:val="0"/>
        <w:spacing w:before="240" w:beforeAutospacing="off" w:after="240" w:afterAutospacing="off" w:line="360" w:lineRule="auto"/>
        <w:ind w:left="0" w:right="0"/>
        <w:jc w:val="left"/>
        <w:rPr>
          <w:rFonts w:ascii="Aptos" w:hAnsi="Aptos" w:eastAsia="Aptos" w:cs="Aptos"/>
          <w:b w:val="0"/>
          <w:bCs w:val="0"/>
          <w:i w:val="0"/>
          <w:iCs w:val="0"/>
          <w:caps w:val="0"/>
          <w:smallCaps w:val="0"/>
          <w:noProof w:val="0"/>
          <w:sz w:val="28"/>
          <w:szCs w:val="28"/>
          <w:lang w:val="en-US"/>
        </w:rPr>
      </w:pPr>
      <w:r w:rsidRPr="5B5531D0" w:rsidR="3D2F817F">
        <w:rPr>
          <w:rFonts w:ascii="Aptos" w:hAnsi="Aptos" w:eastAsia="Aptos" w:cs="Aptos"/>
          <w:b w:val="0"/>
          <w:bCs w:val="0"/>
          <w:i w:val="0"/>
          <w:iCs w:val="0"/>
          <w:caps w:val="0"/>
          <w:smallCaps w:val="0"/>
          <w:noProof w:val="0"/>
          <w:sz w:val="28"/>
          <w:szCs w:val="28"/>
          <w:lang w:val="en-US"/>
        </w:rPr>
        <w:t>This is a m</w:t>
      </w:r>
      <w:r w:rsidRPr="5B5531D0" w:rsidR="7171B1BF">
        <w:rPr>
          <w:rFonts w:ascii="Aptos" w:hAnsi="Aptos" w:eastAsia="Aptos" w:cs="Aptos"/>
          <w:b w:val="0"/>
          <w:bCs w:val="0"/>
          <w:i w:val="0"/>
          <w:iCs w:val="0"/>
          <w:caps w:val="0"/>
          <w:smallCaps w:val="0"/>
          <w:noProof w:val="0"/>
          <w:sz w:val="28"/>
          <w:szCs w:val="28"/>
          <w:lang w:val="en-US"/>
        </w:rPr>
        <w:t>iss</w:t>
      </w:r>
    </w:p>
    <w:p w:rsidR="003436F2" w:rsidP="25A68C54" w:rsidRDefault="003436F2" w14:paraId="4BD5B93C" w14:textId="5269CBE0">
      <w:pPr>
        <w:spacing w:line="360" w:lineRule="auto"/>
        <w:rPr>
          <w:rFonts w:ascii="Aptos" w:hAnsi="Aptos" w:eastAsia="ＭＳ ゴシック" w:cs="" w:eastAsiaTheme="majorEastAsia" w:cstheme="majorBidi"/>
          <w:b w:val="1"/>
          <w:bCs w:val="1"/>
          <w:color w:val="0070C0" w:themeColor="accent1"/>
          <w:sz w:val="28"/>
          <w:szCs w:val="28"/>
        </w:rPr>
      </w:pPr>
      <w:r w:rsidRPr="5B5531D0" w:rsidR="039DD335">
        <w:rPr>
          <w:rFonts w:ascii="Aptos" w:hAnsi="Aptos" w:eastAsia="ＭＳ ゴシック" w:cs="" w:eastAsiaTheme="majorEastAsia" w:cstheme="majorBidi"/>
          <w:b w:val="1"/>
          <w:bCs w:val="1"/>
          <w:color w:val="0070C0"/>
          <w:sz w:val="28"/>
          <w:szCs w:val="28"/>
        </w:rPr>
        <w:t>Self-Care Share</w:t>
      </w:r>
    </w:p>
    <w:p w:rsidR="1235D954" w:rsidP="5B5531D0" w:rsidRDefault="1235D954" w14:paraId="1FAC9575" w14:textId="477A6205">
      <w:pPr>
        <w:pStyle w:val="Normal"/>
        <w:spacing w:line="360" w:lineRule="auto"/>
        <w:rPr>
          <w:rFonts w:ascii="Aptos" w:hAnsi="Aptos" w:eastAsia="Aptos" w:cs="Aptos"/>
          <w:b w:val="0"/>
          <w:bCs w:val="0"/>
          <w:i w:val="0"/>
          <w:iCs w:val="0"/>
          <w:noProof w:val="0"/>
          <w:sz w:val="28"/>
          <w:szCs w:val="28"/>
          <w:lang w:val="en-US"/>
        </w:rPr>
      </w:pPr>
      <w:r w:rsidRPr="5B5531D0" w:rsidR="1235D954">
        <w:rPr>
          <w:rFonts w:ascii="Aptos" w:hAnsi="Aptos" w:eastAsia="Aptos" w:cs="Aptos"/>
          <w:b w:val="0"/>
          <w:bCs w:val="0"/>
          <w:i w:val="0"/>
          <w:iCs w:val="0"/>
          <w:noProof w:val="0"/>
          <w:sz w:val="28"/>
          <w:szCs w:val="28"/>
          <w:lang w:val="en-US"/>
        </w:rPr>
        <w:t xml:space="preserve">This </w:t>
      </w:r>
      <w:r w:rsidRPr="5B5531D0" w:rsidR="6AD7A9F2">
        <w:rPr>
          <w:rFonts w:ascii="Aptos" w:hAnsi="Aptos" w:eastAsia="Aptos" w:cs="Aptos"/>
          <w:b w:val="0"/>
          <w:bCs w:val="0"/>
          <w:noProof w:val="0"/>
          <w:sz w:val="28"/>
          <w:szCs w:val="28"/>
          <w:lang w:val="en-US"/>
        </w:rPr>
        <w:t>spring,</w:t>
      </w:r>
      <w:r w:rsidRPr="5B5531D0" w:rsidR="1235D954">
        <w:rPr>
          <w:rFonts w:ascii="Aptos" w:hAnsi="Aptos" w:eastAsia="Aptos" w:cs="Aptos"/>
          <w:b w:val="0"/>
          <w:bCs w:val="0"/>
          <w:i w:val="0"/>
          <w:iCs w:val="0"/>
          <w:noProof w:val="0"/>
          <w:sz w:val="28"/>
          <w:szCs w:val="28"/>
          <w:lang w:val="en-US"/>
        </w:rPr>
        <w:t xml:space="preserve"> let self-care be your reset button—refresh your mind, body, and spirit by embracing rest, movement, and moments that bring you joy. </w:t>
      </w:r>
    </w:p>
    <w:p w:rsidR="1235D954" w:rsidP="5B5531D0" w:rsidRDefault="1235D954" w14:paraId="38F21905" w14:textId="391BF443">
      <w:pPr>
        <w:pStyle w:val="Normal"/>
        <w:spacing w:line="360" w:lineRule="auto"/>
        <w:rPr>
          <w:rFonts w:ascii="Aptos" w:hAnsi="Aptos" w:eastAsia="Aptos" w:cs="Aptos"/>
          <w:b w:val="0"/>
          <w:bCs w:val="0"/>
          <w:i w:val="0"/>
          <w:iCs w:val="0"/>
          <w:noProof w:val="0"/>
          <w:sz w:val="28"/>
          <w:szCs w:val="28"/>
          <w:lang w:val="en-US"/>
        </w:rPr>
      </w:pPr>
      <w:r w:rsidRPr="5B5531D0" w:rsidR="1235D954">
        <w:rPr>
          <w:rFonts w:ascii="Aptos" w:hAnsi="Aptos" w:eastAsia="Aptos" w:cs="Aptos"/>
          <w:b w:val="0"/>
          <w:bCs w:val="0"/>
          <w:i w:val="0"/>
          <w:iCs w:val="0"/>
          <w:noProof w:val="0"/>
          <w:sz w:val="28"/>
          <w:szCs w:val="28"/>
          <w:lang w:val="en-US"/>
        </w:rPr>
        <w:t>Just like the season, allow yourself to bloom at your own pace!</w:t>
      </w:r>
    </w:p>
    <w:p w:rsidR="00867C30" w:rsidP="25A68C54" w:rsidRDefault="00867C30" w14:paraId="616E7AF4" w14:textId="57B7CFD0">
      <w:pPr>
        <w:pStyle w:val="Normal"/>
        <w:spacing w:line="360" w:lineRule="auto"/>
        <w:rPr>
          <w:rFonts w:ascii="Aptos" w:hAnsi="Aptos" w:eastAsia="ＭＳ ゴシック" w:cs="" w:eastAsiaTheme="majorEastAsia" w:cstheme="majorBidi"/>
          <w:b w:val="1"/>
          <w:bCs w:val="1"/>
          <w:color w:val="0070C0" w:themeColor="accent1"/>
          <w:sz w:val="28"/>
          <w:szCs w:val="28"/>
        </w:rPr>
      </w:pPr>
      <w:r w:rsidRPr="385611CD" w:rsidR="5629FCE6">
        <w:rPr>
          <w:rFonts w:ascii="Aptos" w:hAnsi="Aptos" w:eastAsia="Aptos" w:cs="Aptos"/>
          <w:b w:val="1"/>
          <w:bCs w:val="1"/>
          <w:i w:val="0"/>
          <w:iCs w:val="0"/>
          <w:noProof w:val="0"/>
          <w:color w:val="0070C0"/>
          <w:sz w:val="28"/>
          <w:szCs w:val="28"/>
          <w:lang w:val="en-US"/>
        </w:rPr>
        <w:t>Relationship Real Talk</w:t>
      </w:r>
      <w:r w:rsidRPr="385611CD" w:rsidR="5629FCE6">
        <w:rPr>
          <w:rFonts w:ascii="Aptos" w:hAnsi="Aptos" w:eastAsia="ＭＳ ゴシック" w:cs="" w:eastAsiaTheme="majorEastAsia" w:cstheme="majorBidi"/>
          <w:b w:val="1"/>
          <w:bCs w:val="1"/>
          <w:color w:val="0070C0"/>
          <w:sz w:val="28"/>
          <w:szCs w:val="28"/>
        </w:rPr>
        <w:t xml:space="preserve"> </w:t>
      </w:r>
    </w:p>
    <w:p w:rsidR="010BACFB" w:rsidP="5B5531D0" w:rsidRDefault="010BACFB" w14:paraId="1854CEBB" w14:textId="5A53598D">
      <w:pPr>
        <w:pStyle w:val="Normal"/>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78C15D6E">
        <w:rPr>
          <w:rFonts w:ascii="Aptos" w:hAnsi="Aptos" w:eastAsia="Aptos" w:cs="Aptos"/>
          <w:b w:val="0"/>
          <w:bCs w:val="0"/>
          <w:i w:val="0"/>
          <w:iCs w:val="0"/>
          <w:caps w:val="0"/>
          <w:smallCaps w:val="0"/>
          <w:noProof w:val="0"/>
          <w:sz w:val="28"/>
          <w:szCs w:val="28"/>
          <w:lang w:val="en-US"/>
        </w:rPr>
        <w:t xml:space="preserve">A SCSU </w:t>
      </w:r>
      <w:r w:rsidRPr="5B5531D0" w:rsidR="78C15D6E">
        <w:rPr>
          <w:rFonts w:ascii="Aptos" w:hAnsi="Aptos" w:eastAsia="Aptos" w:cs="Aptos"/>
          <w:noProof w:val="0"/>
          <w:sz w:val="28"/>
          <w:szCs w:val="28"/>
          <w:lang w:val="en-US"/>
        </w:rPr>
        <w:t>student</w:t>
      </w:r>
      <w:r w:rsidRPr="5B5531D0" w:rsidR="78C15D6E">
        <w:rPr>
          <w:rFonts w:ascii="Aptos" w:hAnsi="Aptos" w:eastAsia="Aptos" w:cs="Aptos"/>
          <w:b w:val="0"/>
          <w:bCs w:val="0"/>
          <w:i w:val="0"/>
          <w:iCs w:val="0"/>
          <w:caps w:val="0"/>
          <w:smallCaps w:val="0"/>
          <w:noProof w:val="0"/>
          <w:sz w:val="28"/>
          <w:szCs w:val="28"/>
          <w:lang w:val="en-US"/>
        </w:rPr>
        <w:t xml:space="preserve"> asked:</w:t>
      </w:r>
    </w:p>
    <w:p w:rsidR="1BF6E3BA" w:rsidP="5B5531D0" w:rsidRDefault="1BF6E3BA" w14:paraId="16EEE56C" w14:textId="3A16887F">
      <w:pPr>
        <w:pStyle w:val="Normal"/>
        <w:spacing w:before="240" w:beforeAutospacing="off" w:after="240" w:afterAutospacing="off" w:line="360" w:lineRule="auto"/>
      </w:pPr>
      <w:r w:rsidRPr="5B5531D0" w:rsidR="1BF6E3BA">
        <w:rPr>
          <w:rFonts w:ascii="Aptos" w:hAnsi="Aptos" w:eastAsia="Aptos" w:cs="Aptos"/>
          <w:b w:val="1"/>
          <w:bCs w:val="1"/>
          <w:i w:val="0"/>
          <w:iCs w:val="0"/>
          <w:noProof w:val="0"/>
          <w:sz w:val="28"/>
          <w:szCs w:val="28"/>
          <w:lang w:val="en-US"/>
        </w:rPr>
        <w:t>“How do you balance your friendships while being in a relationship?”</w:t>
      </w:r>
    </w:p>
    <w:p w:rsidR="010BACFB" w:rsidP="5B5531D0" w:rsidRDefault="010BACFB" w14:paraId="711E2D5B" w14:textId="6AE1405D">
      <w:pPr>
        <w:pStyle w:val="Normal"/>
        <w:spacing w:before="240" w:beforeAutospacing="off" w:after="240" w:afterAutospacing="off" w:line="360" w:lineRule="auto"/>
      </w:pPr>
      <w:r w:rsidRPr="5B5531D0" w:rsidR="78C15D6E">
        <w:rPr>
          <w:rFonts w:ascii="Aptos" w:hAnsi="Aptos" w:eastAsia="Aptos" w:cs="Aptos"/>
          <w:b w:val="0"/>
          <w:bCs w:val="0"/>
          <w:i w:val="0"/>
          <w:iCs w:val="0"/>
          <w:caps w:val="0"/>
          <w:smallCaps w:val="0"/>
          <w:noProof w:val="0"/>
          <w:sz w:val="28"/>
          <w:szCs w:val="28"/>
          <w:lang w:val="en-US"/>
        </w:rPr>
        <w:t>We answered</w:t>
      </w:r>
      <w:r w:rsidRPr="5B5531D0" w:rsidR="78C15D6E">
        <w:rPr>
          <w:rFonts w:ascii="Aptos" w:hAnsi="Aptos" w:eastAsia="Aptos" w:cs="Aptos"/>
          <w:noProof w:val="0"/>
          <w:sz w:val="28"/>
          <w:szCs w:val="28"/>
          <w:lang w:val="en-US"/>
        </w:rPr>
        <w:t xml:space="preserve">, </w:t>
      </w:r>
      <w:r w:rsidRPr="5B5531D0" w:rsidR="2BF7744C">
        <w:rPr>
          <w:rFonts w:ascii="Aptos" w:hAnsi="Aptos" w:eastAsia="Aptos" w:cs="Aptos"/>
          <w:noProof w:val="0"/>
          <w:sz w:val="28"/>
          <w:szCs w:val="28"/>
          <w:lang w:val="en-US"/>
        </w:rPr>
        <w:t>"</w:t>
      </w:r>
      <w:r w:rsidRPr="5B5531D0" w:rsidR="756509D2">
        <w:rPr>
          <w:rFonts w:ascii="Aptos" w:hAnsi="Aptos" w:eastAsia="Aptos" w:cs="Aptos"/>
          <w:b w:val="0"/>
          <w:bCs w:val="0"/>
          <w:i w:val="0"/>
          <w:iCs w:val="0"/>
          <w:noProof w:val="0"/>
          <w:sz w:val="28"/>
          <w:szCs w:val="28"/>
          <w:lang w:val="en-US"/>
        </w:rPr>
        <w:t xml:space="preserve">Prioritize quality over quantity—set aside intentional time for your friends, whether </w:t>
      </w:r>
      <w:r w:rsidRPr="5B5531D0" w:rsidR="756509D2">
        <w:rPr>
          <w:rFonts w:ascii="Aptos" w:hAnsi="Aptos" w:eastAsia="Aptos" w:cs="Aptos"/>
          <w:b w:val="0"/>
          <w:bCs w:val="0"/>
          <w:i w:val="0"/>
          <w:iCs w:val="0"/>
          <w:noProof w:val="0"/>
          <w:sz w:val="28"/>
          <w:szCs w:val="28"/>
          <w:lang w:val="en-US"/>
        </w:rPr>
        <w:t>it’s</w:t>
      </w:r>
      <w:r w:rsidRPr="5B5531D0" w:rsidR="756509D2">
        <w:rPr>
          <w:rFonts w:ascii="Aptos" w:hAnsi="Aptos" w:eastAsia="Aptos" w:cs="Aptos"/>
          <w:b w:val="0"/>
          <w:bCs w:val="0"/>
          <w:i w:val="0"/>
          <w:iCs w:val="0"/>
          <w:noProof w:val="0"/>
          <w:sz w:val="28"/>
          <w:szCs w:val="28"/>
          <w:lang w:val="en-US"/>
        </w:rPr>
        <w:t xml:space="preserve"> a quick check-in, a monthly hangout, or just sending a funny meme. A healthy relationship should add to your life, not isolate you—so communicate openly with both your partner and friends about your need for balance!”</w:t>
      </w:r>
    </w:p>
    <w:p w:rsidR="19FC4EE4" w:rsidP="5B5531D0" w:rsidRDefault="19FC4EE4" w14:paraId="1CC00852" w14:textId="1C7C5EA9">
      <w:pPr>
        <w:pStyle w:val="Heading2"/>
        <w:spacing w:line="360" w:lineRule="auto"/>
      </w:pPr>
      <w:r w:rsidRPr="5B5531D0" w:rsidR="19FC4EE4">
        <w:rPr>
          <w:rFonts w:ascii="Aptos" w:hAnsi="Aptos" w:eastAsia="Aptos" w:cs="Aptos"/>
          <w:b w:val="1"/>
          <w:bCs w:val="1"/>
          <w:color w:val="0070C0"/>
          <w:sz w:val="32"/>
          <w:szCs w:val="32"/>
        </w:rPr>
        <w:t xml:space="preserve">Photo Scavenger Hunt </w:t>
      </w:r>
    </w:p>
    <w:p w:rsidR="19FC4EE4" w:rsidP="5B5531D0" w:rsidRDefault="19FC4EE4" w14:paraId="0B7B44F1" w14:textId="70F9E770">
      <w:pPr>
        <w:pStyle w:val="Normal"/>
        <w:spacing w:line="360" w:lineRule="auto"/>
        <w:rPr>
          <w:rFonts w:ascii="Aptos" w:hAnsi="Aptos" w:eastAsia="Aptos" w:cs="Aptos"/>
          <w:sz w:val="28"/>
          <w:szCs w:val="28"/>
        </w:rPr>
      </w:pPr>
      <w:r w:rsidRPr="5B5531D0" w:rsidR="19FC4EE4">
        <w:rPr>
          <w:rFonts w:ascii="Aptos" w:hAnsi="Aptos" w:eastAsia="Aptos" w:cs="Aptos"/>
          <w:sz w:val="28"/>
          <w:szCs w:val="28"/>
        </w:rPr>
        <w:t>Snap a photo of small, healthy actions you take this month.</w:t>
      </w:r>
    </w:p>
    <w:p w:rsidR="19FC4EE4" w:rsidP="5B5531D0" w:rsidRDefault="19FC4EE4" w14:paraId="12B53373" w14:textId="329CF906">
      <w:pPr>
        <w:pStyle w:val="Normal"/>
        <w:spacing w:line="360" w:lineRule="auto"/>
      </w:pPr>
      <w:r w:rsidRPr="5B5531D0" w:rsidR="19FC4EE4">
        <w:rPr>
          <w:rFonts w:ascii="Aptos" w:hAnsi="Aptos" w:eastAsia="Aptos" w:cs="Aptos"/>
          <w:sz w:val="28"/>
          <w:szCs w:val="28"/>
        </w:rPr>
        <w:t>Submit them to us at wellbeing@southernct.edu or on Instagram @scsuwellbeingfor a chance to be featured in our scrapbook!</w:t>
      </w:r>
    </w:p>
    <w:p w:rsidR="19FC4EE4" w:rsidP="5B5531D0" w:rsidRDefault="19FC4EE4" w14:paraId="033178B5" w14:textId="1616A402">
      <w:pPr>
        <w:spacing w:before="240" w:beforeAutospacing="off" w:after="240" w:afterAutospacing="off" w:line="360" w:lineRule="auto"/>
      </w:pPr>
      <w:r w:rsidRPr="5B5531D0" w:rsidR="19FC4EE4">
        <w:rPr>
          <w:rFonts w:ascii="Aptos" w:hAnsi="Aptos" w:eastAsia="Aptos" w:cs="Aptos"/>
          <w:b w:val="0"/>
          <w:bCs w:val="0"/>
          <w:i w:val="0"/>
          <w:iCs w:val="0"/>
          <w:caps w:val="0"/>
          <w:smallCaps w:val="0"/>
          <w:noProof w:val="0"/>
          <w:sz w:val="28"/>
          <w:szCs w:val="28"/>
          <w:lang w:val="en-US"/>
        </w:rPr>
        <w:t>Scavenger Hunt Checklist:</w:t>
      </w:r>
    </w:p>
    <w:p w:rsidR="19FC4EE4" w:rsidP="5B5531D0" w:rsidRDefault="19FC4EE4" w14:paraId="3B479083" w14:textId="34EC6DFD">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Drink a glass of water</w:t>
      </w:r>
    </w:p>
    <w:p w:rsidR="19FC4EE4" w:rsidP="5B5531D0" w:rsidRDefault="19FC4EE4" w14:paraId="3D344B57" w14:textId="3E4C653B">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 xml:space="preserve">Eat a healthy meal you cooked </w:t>
      </w:r>
    </w:p>
    <w:p w:rsidR="19FC4EE4" w:rsidP="5B5531D0" w:rsidRDefault="19FC4EE4" w14:paraId="41327723" w14:textId="52AFF485">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 xml:space="preserve">Take a walk outside </w:t>
      </w:r>
    </w:p>
    <w:p w:rsidR="19FC4EE4" w:rsidP="5B5531D0" w:rsidRDefault="19FC4EE4" w14:paraId="19F4B278" w14:textId="45DD0768">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 xml:space="preserve">Have a self-care moment </w:t>
      </w:r>
    </w:p>
    <w:p w:rsidR="19FC4EE4" w:rsidP="5B5531D0" w:rsidRDefault="19FC4EE4" w14:paraId="527BFE93" w14:textId="63ED4DC0">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Read something about health disparities</w:t>
      </w:r>
    </w:p>
    <w:p w:rsidR="19FC4EE4" w:rsidP="5B5531D0" w:rsidRDefault="19FC4EE4" w14:paraId="1BA00270" w14:textId="4AD547F9">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Create a Social Media Post/Story about Health Equity</w:t>
      </w:r>
    </w:p>
    <w:p w:rsidR="19FC4EE4" w:rsidP="5B5531D0" w:rsidRDefault="19FC4EE4" w14:paraId="3E7C5818" w14:textId="61B72E64">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Engage in deep breathing or meditation</w:t>
      </w:r>
    </w:p>
    <w:p w:rsidR="19FC4EE4" w:rsidP="5B5531D0" w:rsidRDefault="19FC4EE4" w14:paraId="21A0CF46" w14:textId="02867DC9">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 xml:space="preserve">Share a health resource with a friend </w:t>
      </w:r>
    </w:p>
    <w:p w:rsidR="19FC4EE4" w:rsidP="5B5531D0" w:rsidRDefault="19FC4EE4" w14:paraId="338BC365" w14:textId="56392C58">
      <w:pPr>
        <w:pStyle w:val="ListParagraph"/>
        <w:numPr>
          <w:ilvl w:val="0"/>
          <w:numId w:val="28"/>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Schedule a wellness check-up or encourage someone to do so</w:t>
      </w:r>
    </w:p>
    <w:p w:rsidR="19FC4EE4" w:rsidP="5B5531D0" w:rsidRDefault="19FC4EE4" w14:paraId="4DAA3A19" w14:textId="345B2FB1">
      <w:pPr>
        <w:pStyle w:val="Normal"/>
        <w:spacing w:before="240" w:beforeAutospacing="off" w:after="240" w:afterAutospacing="off" w:line="360" w:lineRule="auto"/>
      </w:pPr>
      <w:r w:rsidRPr="5B5531D0" w:rsidR="19FC4EE4">
        <w:rPr>
          <w:rFonts w:ascii="Aptos" w:hAnsi="Aptos" w:eastAsia="Aptos" w:cs="Aptos"/>
          <w:b w:val="0"/>
          <w:bCs w:val="0"/>
          <w:i w:val="0"/>
          <w:iCs w:val="0"/>
          <w:noProof w:val="0"/>
          <w:color w:val="0070C0"/>
          <w:sz w:val="28"/>
          <w:szCs w:val="28"/>
          <w:lang w:val="en-US"/>
        </w:rPr>
        <w:t>Fun Fact for National Minority Health Month</w:t>
      </w:r>
    </w:p>
    <w:p w:rsidR="19FC4EE4" w:rsidP="5B5531D0" w:rsidRDefault="19FC4EE4" w14:paraId="7A59C75D" w14:textId="51B59EC6">
      <w:pPr>
        <w:pStyle w:val="Normal"/>
        <w:spacing w:before="240" w:beforeAutospacing="off" w:after="240" w:afterAutospacing="off" w:line="360" w:lineRule="auto"/>
      </w:pPr>
      <w:r w:rsidRPr="5B5531D0" w:rsidR="19FC4EE4">
        <w:rPr>
          <w:rFonts w:ascii="Aptos" w:hAnsi="Aptos" w:eastAsia="Aptos" w:cs="Aptos"/>
          <w:b w:val="0"/>
          <w:bCs w:val="0"/>
          <w:i w:val="0"/>
          <w:iCs w:val="0"/>
          <w:noProof w:val="0"/>
          <w:sz w:val="28"/>
          <w:szCs w:val="28"/>
          <w:lang w:val="en-US"/>
        </w:rPr>
        <w:t>National Minority Health Month is all about closing the health gap! Minority communities often face higher risks for conditions like diabetes and heart disease—not because of genetics alone, but due to healthcare access, social factors, and systemic barriers.</w:t>
      </w:r>
    </w:p>
    <w:p w:rsidR="19FC4EE4" w:rsidP="5B5531D0" w:rsidRDefault="19FC4EE4" w14:paraId="32332533" w14:textId="6553D281">
      <w:pPr>
        <w:spacing w:before="240" w:beforeAutospacing="off" w:after="240" w:afterAutospacing="off" w:line="360" w:lineRule="auto"/>
        <w:rPr>
          <w:rFonts w:ascii="Aptos" w:hAnsi="Aptos" w:eastAsia="Aptos" w:cs="Aptos"/>
          <w:b w:val="0"/>
          <w:bCs w:val="0"/>
          <w:i w:val="0"/>
          <w:iCs w:val="0"/>
          <w:caps w:val="0"/>
          <w:smallCaps w:val="0"/>
          <w:noProof w:val="0"/>
          <w:color w:val="0070C0"/>
          <w:sz w:val="28"/>
          <w:szCs w:val="28"/>
          <w:lang w:val="en-US"/>
        </w:rPr>
      </w:pPr>
      <w:r w:rsidRPr="5B5531D0" w:rsidR="19FC4EE4">
        <w:rPr>
          <w:rFonts w:ascii="Aptos" w:hAnsi="Aptos" w:eastAsia="Aptos" w:cs="Aptos"/>
          <w:b w:val="0"/>
          <w:bCs w:val="0"/>
          <w:i w:val="0"/>
          <w:iCs w:val="0"/>
          <w:caps w:val="0"/>
          <w:smallCaps w:val="0"/>
          <w:noProof w:val="0"/>
          <w:color w:val="0070C0"/>
          <w:sz w:val="28"/>
          <w:szCs w:val="28"/>
          <w:lang w:val="en-US"/>
        </w:rPr>
        <w:t>Your Health Matters!</w:t>
      </w:r>
    </w:p>
    <w:p w:rsidR="19FC4EE4" w:rsidP="5B5531D0" w:rsidRDefault="19FC4EE4" w14:paraId="11F91BFC" w14:textId="21F12BA6">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19FC4EE4">
        <w:rPr>
          <w:rFonts w:ascii="Aptos" w:hAnsi="Aptos" w:eastAsia="Aptos" w:cs="Aptos"/>
          <w:b w:val="0"/>
          <w:bCs w:val="0"/>
          <w:i w:val="0"/>
          <w:iCs w:val="0"/>
          <w:caps w:val="0"/>
          <w:smallCaps w:val="0"/>
          <w:noProof w:val="0"/>
          <w:sz w:val="28"/>
          <w:szCs w:val="28"/>
          <w:lang w:val="en-US"/>
        </w:rPr>
        <w:t>Whether you're feeling under the weather or just need a check-in, SCSU Health Services is here to support your wellbeing.</w:t>
      </w:r>
    </w:p>
    <w:p w:rsidR="19FC4EE4" w:rsidP="5B5531D0" w:rsidRDefault="19FC4EE4" w14:paraId="34353260" w14:textId="477A85E2">
      <w:pPr>
        <w:pStyle w:val="Normal"/>
        <w:spacing w:before="240" w:beforeAutospacing="off" w:after="240" w:afterAutospacing="off" w:line="360" w:lineRule="auto"/>
      </w:pPr>
      <w:r w:rsidRPr="5B5531D0" w:rsidR="19FC4EE4">
        <w:rPr>
          <w:rFonts w:ascii="Aptos" w:hAnsi="Aptos" w:eastAsia="Aptos" w:cs="Aptos"/>
          <w:b w:val="0"/>
          <w:bCs w:val="0"/>
          <w:i w:val="0"/>
          <w:iCs w:val="0"/>
          <w:noProof w:val="0"/>
          <w:sz w:val="28"/>
          <w:szCs w:val="28"/>
          <w:lang w:val="en-US"/>
        </w:rPr>
        <w:t>Click this link to schedule an appointment:</w:t>
      </w:r>
      <w:r w:rsidRPr="5B5531D0" w:rsidR="19FC4EE4">
        <w:rPr>
          <w:rFonts w:ascii="Aptos" w:hAnsi="Aptos" w:eastAsia="Aptos" w:cs="Aptos"/>
          <w:b w:val="0"/>
          <w:bCs w:val="0"/>
          <w:i w:val="0"/>
          <w:iCs w:val="0"/>
          <w:noProof w:val="0"/>
          <w:sz w:val="28"/>
          <w:szCs w:val="28"/>
          <w:lang w:val="en-US"/>
        </w:rPr>
        <w:t xml:space="preserve"> </w:t>
      </w:r>
      <w:hyperlink r:id="R73026c91b9034549">
        <w:r w:rsidRPr="5B5531D0" w:rsidR="19FC4EE4">
          <w:rPr>
            <w:rStyle w:val="Hyperlink"/>
            <w:rFonts w:ascii="Aptos" w:hAnsi="Aptos" w:eastAsia="Aptos" w:cs="Aptos"/>
            <w:b w:val="0"/>
            <w:bCs w:val="0"/>
            <w:i w:val="0"/>
            <w:iCs w:val="0"/>
            <w:noProof w:val="0"/>
            <w:sz w:val="28"/>
            <w:szCs w:val="28"/>
            <w:lang w:val="en-US"/>
          </w:rPr>
          <w:t>https://patient-southernct.medicatconnect.com/login.aspx</w:t>
        </w:r>
      </w:hyperlink>
    </w:p>
    <w:p w:rsidR="0B416399" w:rsidP="5B5531D0" w:rsidRDefault="0B416399" w14:paraId="09CD3E1B" w14:textId="319DDD34">
      <w:pPr>
        <w:pStyle w:val="Heading2"/>
        <w:spacing w:line="360" w:lineRule="auto"/>
      </w:pPr>
      <w:r w:rsidRPr="5B5531D0" w:rsidR="0B416399">
        <w:rPr>
          <w:rFonts w:ascii="Aptos" w:hAnsi="Aptos"/>
          <w:color w:val="0070C0"/>
          <w:sz w:val="32"/>
          <w:szCs w:val="32"/>
        </w:rPr>
        <w:t>Thrive at Southern</w:t>
      </w:r>
    </w:p>
    <w:p w:rsidR="0B416399" w:rsidP="5B5531D0" w:rsidRDefault="0B416399" w14:paraId="773E89EC" w14:textId="53B602DD">
      <w:pPr>
        <w:pStyle w:val="Normal"/>
        <w:spacing w:line="360" w:lineRule="auto"/>
      </w:pPr>
      <w:r w:rsidRPr="5B5531D0" w:rsidR="0B416399">
        <w:rPr>
          <w:rFonts w:ascii="Aptos" w:hAnsi="Aptos" w:eastAsia="Aptos" w:cs="Aptos"/>
          <w:b w:val="0"/>
          <w:bCs w:val="0"/>
          <w:i w:val="0"/>
          <w:iCs w:val="0"/>
          <w:noProof w:val="0"/>
          <w:sz w:val="28"/>
          <w:szCs w:val="28"/>
          <w:lang w:val="en-US"/>
        </w:rPr>
        <w:t xml:space="preserve">Your success starts with your wellbeing. Get </w:t>
      </w:r>
      <w:r w:rsidRPr="5B5531D0" w:rsidR="0B416399">
        <w:rPr>
          <w:rFonts w:ascii="Aptos" w:hAnsi="Aptos" w:eastAsia="Aptos" w:cs="Aptos"/>
          <w:b w:val="1"/>
          <w:bCs w:val="1"/>
          <w:i w:val="0"/>
          <w:iCs w:val="0"/>
          <w:noProof w:val="0"/>
          <w:sz w:val="28"/>
          <w:szCs w:val="28"/>
          <w:lang w:val="en-US"/>
        </w:rPr>
        <w:t>free</w:t>
      </w:r>
      <w:r w:rsidRPr="5B5531D0" w:rsidR="0B416399">
        <w:rPr>
          <w:rFonts w:ascii="Aptos" w:hAnsi="Aptos" w:eastAsia="Aptos" w:cs="Aptos"/>
          <w:b w:val="0"/>
          <w:bCs w:val="0"/>
          <w:i w:val="0"/>
          <w:iCs w:val="0"/>
          <w:noProof w:val="0"/>
          <w:sz w:val="28"/>
          <w:szCs w:val="28"/>
          <w:lang w:val="en-US"/>
        </w:rPr>
        <w:t>, comprehensive support for your mind, body, and future. From counseling and health services to advocacy and recovery, we’re here for you.</w:t>
      </w:r>
    </w:p>
    <w:p w:rsidR="0B416399" w:rsidP="5B5531D0" w:rsidRDefault="0B416399" w14:paraId="0875C188" w14:textId="47742FAF">
      <w:pPr>
        <w:pStyle w:val="Normal"/>
        <w:spacing w:line="360" w:lineRule="auto"/>
      </w:pPr>
      <w:r w:rsidRPr="5B5531D0" w:rsidR="0B416399">
        <w:rPr>
          <w:rFonts w:ascii="Aptos" w:hAnsi="Aptos" w:eastAsia="Aptos" w:cs="Aptos"/>
          <w:b w:val="0"/>
          <w:bCs w:val="0"/>
          <w:i w:val="0"/>
          <w:iCs w:val="0"/>
          <w:noProof w:val="0"/>
          <w:sz w:val="28"/>
          <w:szCs w:val="28"/>
          <w:lang w:val="en-US"/>
        </w:rPr>
        <w:t>Find support at:</w:t>
      </w:r>
    </w:p>
    <w:p w:rsidR="0B416399" w:rsidP="5B5531D0" w:rsidRDefault="0B416399" w14:paraId="08A91F12" w14:textId="176830C8">
      <w:pPr>
        <w:pStyle w:val="ListParagraph"/>
        <w:numPr>
          <w:ilvl w:val="0"/>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0B416399">
        <w:rPr>
          <w:rFonts w:ascii="Aptos" w:hAnsi="Aptos" w:eastAsia="Aptos" w:cs="Aptos"/>
          <w:b w:val="0"/>
          <w:bCs w:val="0"/>
          <w:i w:val="0"/>
          <w:iCs w:val="0"/>
          <w:caps w:val="0"/>
          <w:smallCaps w:val="0"/>
          <w:noProof w:val="0"/>
          <w:sz w:val="28"/>
          <w:szCs w:val="28"/>
          <w:lang w:val="en-US"/>
        </w:rPr>
        <w:t>Counseling Services – Engleman Hall B-219</w:t>
      </w:r>
    </w:p>
    <w:p w:rsidR="0B416399" w:rsidP="5B5531D0" w:rsidRDefault="0B416399" w14:paraId="3FD5C3A6" w14:textId="0B98052E">
      <w:pPr>
        <w:pStyle w:val="ListParagraph"/>
        <w:numPr>
          <w:ilvl w:val="0"/>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0B416399">
        <w:rPr>
          <w:rFonts w:ascii="Aptos" w:hAnsi="Aptos" w:eastAsia="Aptos" w:cs="Aptos"/>
          <w:b w:val="0"/>
          <w:bCs w:val="0"/>
          <w:i w:val="0"/>
          <w:iCs w:val="0"/>
          <w:caps w:val="0"/>
          <w:smallCaps w:val="0"/>
          <w:noProof w:val="0"/>
          <w:sz w:val="28"/>
          <w:szCs w:val="28"/>
          <w:lang w:val="en-US"/>
        </w:rPr>
        <w:t>Health Services – Granoff Hall</w:t>
      </w:r>
    </w:p>
    <w:p w:rsidR="0B416399" w:rsidP="5B5531D0" w:rsidRDefault="0B416399" w14:paraId="35E7D0A5" w14:textId="6CBB14E9">
      <w:pPr>
        <w:pStyle w:val="ListParagraph"/>
        <w:numPr>
          <w:ilvl w:val="0"/>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0B416399">
        <w:rPr>
          <w:rFonts w:ascii="Aptos" w:hAnsi="Aptos" w:eastAsia="Aptos" w:cs="Aptos"/>
          <w:b w:val="0"/>
          <w:bCs w:val="0"/>
          <w:i w:val="0"/>
          <w:iCs w:val="0"/>
          <w:caps w:val="0"/>
          <w:smallCaps w:val="0"/>
          <w:noProof w:val="0"/>
          <w:sz w:val="28"/>
          <w:szCs w:val="28"/>
          <w:lang w:val="en-US"/>
        </w:rPr>
        <w:t xml:space="preserve"> Wellbeing Center: Schwartz Hall</w:t>
      </w:r>
    </w:p>
    <w:p w:rsidR="0B416399" w:rsidP="5B5531D0" w:rsidRDefault="0B416399" w14:paraId="3A0AE86D" w14:textId="085B6BEF">
      <w:pPr>
        <w:pStyle w:val="ListParagraph"/>
        <w:numPr>
          <w:ilvl w:val="1"/>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0B416399">
        <w:rPr>
          <w:rFonts w:ascii="Aptos" w:hAnsi="Aptos" w:eastAsia="Aptos" w:cs="Aptos"/>
          <w:b w:val="0"/>
          <w:bCs w:val="0"/>
          <w:i w:val="0"/>
          <w:iCs w:val="0"/>
          <w:caps w:val="0"/>
          <w:smallCaps w:val="0"/>
          <w:noProof w:val="0"/>
          <w:sz w:val="28"/>
          <w:szCs w:val="28"/>
          <w:lang w:val="en-US"/>
        </w:rPr>
        <w:t>Addiction Recovery Services</w:t>
      </w:r>
    </w:p>
    <w:p w:rsidR="0B416399" w:rsidP="5B5531D0" w:rsidRDefault="0B416399" w14:paraId="4BF2D5C3" w14:textId="2A43A960">
      <w:pPr>
        <w:pStyle w:val="ListParagraph"/>
        <w:numPr>
          <w:ilvl w:val="1"/>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0B416399">
        <w:rPr>
          <w:rFonts w:ascii="Aptos" w:hAnsi="Aptos" w:eastAsia="Aptos" w:cs="Aptos"/>
          <w:b w:val="0"/>
          <w:bCs w:val="0"/>
          <w:i w:val="0"/>
          <w:iCs w:val="0"/>
          <w:caps w:val="0"/>
          <w:smallCaps w:val="0"/>
          <w:noProof w:val="0"/>
          <w:sz w:val="28"/>
          <w:szCs w:val="28"/>
          <w:lang w:val="en-US"/>
        </w:rPr>
        <w:t>Violence Prevention &amp; Victim Advocacy</w:t>
      </w:r>
    </w:p>
    <w:p w:rsidR="57FD9818" w:rsidP="5B5531D0" w:rsidRDefault="57FD9818" w14:paraId="361C30C3" w14:textId="050D0002">
      <w:pPr>
        <w:pStyle w:val="Normal"/>
        <w:spacing w:before="240" w:beforeAutospacing="off" w:after="240" w:afterAutospacing="off" w:line="360" w:lineRule="auto"/>
        <w:rPr>
          <w:rFonts w:ascii="Aptos" w:hAnsi="Aptos" w:eastAsia="Aptos" w:cs="Aptos"/>
          <w:b w:val="0"/>
          <w:bCs w:val="0"/>
          <w:sz w:val="28"/>
          <w:szCs w:val="28"/>
        </w:rPr>
      </w:pPr>
      <w:r w:rsidRPr="5B5531D0" w:rsidR="57FD9818">
        <w:rPr>
          <w:rFonts w:ascii="Aptos" w:hAnsi="Aptos" w:eastAsia="Aptos" w:cs="Aptos"/>
          <w:b w:val="0"/>
          <w:bCs w:val="0"/>
          <w:i w:val="0"/>
          <w:iCs w:val="0"/>
          <w:noProof w:val="0"/>
          <w:sz w:val="28"/>
          <w:szCs w:val="28"/>
          <w:lang w:val="en-US"/>
        </w:rPr>
        <w:t>Click the link to t</w:t>
      </w:r>
      <w:r w:rsidRPr="5B5531D0" w:rsidR="0B416399">
        <w:rPr>
          <w:rFonts w:ascii="Aptos" w:hAnsi="Aptos" w:eastAsia="Aptos" w:cs="Aptos"/>
          <w:b w:val="0"/>
          <w:bCs w:val="0"/>
          <w:i w:val="0"/>
          <w:iCs w:val="0"/>
          <w:noProof w:val="0"/>
          <w:sz w:val="28"/>
          <w:szCs w:val="28"/>
          <w:lang w:val="en-US"/>
        </w:rPr>
        <w:t>ake the first step:</w:t>
      </w:r>
      <w:r w:rsidRPr="5B5531D0" w:rsidR="6EC8DF82">
        <w:rPr>
          <w:rFonts w:ascii="Aptos" w:hAnsi="Aptos" w:eastAsia="Aptos" w:cs="Aptos"/>
          <w:b w:val="0"/>
          <w:bCs w:val="0"/>
          <w:i w:val="0"/>
          <w:iCs w:val="0"/>
          <w:noProof w:val="0"/>
          <w:sz w:val="28"/>
          <w:szCs w:val="28"/>
          <w:lang w:val="en-US"/>
        </w:rPr>
        <w:t xml:space="preserve">  </w:t>
      </w:r>
      <w:hyperlink r:id="R32a04ba9c474419c">
        <w:r w:rsidRPr="5B5531D0" w:rsidR="0B416399">
          <w:rPr>
            <w:rStyle w:val="Hyperlink"/>
            <w:rFonts w:ascii="Aptos" w:hAnsi="Aptos" w:eastAsia="Aptos" w:cs="Aptos"/>
            <w:b w:val="0"/>
            <w:bCs w:val="0"/>
            <w:i w:val="0"/>
            <w:iCs w:val="0"/>
            <w:noProof w:val="0"/>
            <w:sz w:val="28"/>
            <w:szCs w:val="28"/>
            <w:lang w:val="en-US"/>
          </w:rPr>
          <w:t>https://forms.office.com/pages/responsepage.aspx?id=Y2hzWA7WzkCVxgcjxqvZ42bRCNGgKhMuRHk0gXNqE9UQzBWQVUxQ1dESk9XWk1EM1BST0kwMU5NSC4u&amp;route=shorturl</w:t>
        </w:r>
      </w:hyperlink>
    </w:p>
    <w:p w:rsidR="6A7A365E" w:rsidP="5B5531D0" w:rsidRDefault="6A7A365E" w14:paraId="234F3AF3" w14:textId="331CE572">
      <w:pPr>
        <w:pStyle w:val="Heading2"/>
        <w:spacing w:line="360" w:lineRule="auto"/>
      </w:pPr>
      <w:r w:rsidRPr="5B5531D0" w:rsidR="6A7A365E">
        <w:rPr>
          <w:rFonts w:ascii="Aptos" w:hAnsi="Aptos" w:eastAsia="ＭＳ ゴシック" w:cs="" w:eastAsiaTheme="majorEastAsia" w:cstheme="majorBidi"/>
          <w:b w:val="1"/>
          <w:bCs w:val="1"/>
          <w:color w:val="0070C0"/>
          <w:sz w:val="32"/>
          <w:szCs w:val="32"/>
        </w:rPr>
        <w:t>Mind Over Chatter: Journal</w:t>
      </w:r>
    </w:p>
    <w:p w:rsidR="145B70C2" w:rsidP="5B5531D0" w:rsidRDefault="145B70C2" w14:paraId="027B9F90" w14:textId="5B5C70BE">
      <w:pPr>
        <w:pStyle w:val="Normal"/>
        <w:suppressLineNumbers w:val="0"/>
        <w:bidi w:val="0"/>
        <w:spacing w:before="200" w:beforeAutospacing="off" w:after="0" w:afterAutospacing="off" w:line="360" w:lineRule="auto"/>
        <w:ind w:left="0" w:right="0"/>
        <w:jc w:val="left"/>
      </w:pPr>
      <w:r w:rsidRPr="5B5531D0" w:rsidR="145B70C2">
        <w:rPr>
          <w:rFonts w:ascii="Aptos" w:hAnsi="Aptos" w:eastAsia="Aptos" w:cs="Aptos"/>
          <w:b w:val="0"/>
          <w:bCs w:val="0"/>
          <w:i w:val="0"/>
          <w:iCs w:val="0"/>
          <w:noProof w:val="0"/>
          <w:color w:val="0070C0"/>
          <w:sz w:val="28"/>
          <w:szCs w:val="28"/>
          <w:lang w:val="en-US"/>
        </w:rPr>
        <w:t>Reminder:</w:t>
      </w:r>
    </w:p>
    <w:p w:rsidR="145B70C2" w:rsidP="5B5531D0" w:rsidRDefault="145B70C2" w14:paraId="7F53816A" w14:textId="74AF0CE8">
      <w:pPr>
        <w:pStyle w:val="Normal"/>
        <w:bidi w:val="0"/>
        <w:spacing w:before="200" w:beforeAutospacing="off" w:after="0" w:afterAutospacing="off" w:line="360" w:lineRule="auto"/>
        <w:ind w:left="0" w:right="0"/>
        <w:jc w:val="left"/>
      </w:pPr>
      <w:r w:rsidRPr="5B5531D0" w:rsidR="145B70C2">
        <w:rPr>
          <w:rFonts w:ascii="Aptos" w:hAnsi="Aptos" w:eastAsia="Aptos" w:cs="Aptos"/>
          <w:b w:val="0"/>
          <w:bCs w:val="0"/>
          <w:i w:val="0"/>
          <w:iCs w:val="0"/>
          <w:noProof w:val="0"/>
          <w:color w:val="auto"/>
          <w:sz w:val="28"/>
          <w:szCs w:val="28"/>
          <w:lang w:val="en-US"/>
        </w:rPr>
        <w:t>Just like we declutter our homes, we need to declutter our minds.</w:t>
      </w:r>
    </w:p>
    <w:p w:rsidR="145B70C2" w:rsidP="5B5531D0" w:rsidRDefault="145B70C2" w14:paraId="469C913B" w14:textId="734C540F">
      <w:pPr>
        <w:pStyle w:val="Normal"/>
        <w:bidi w:val="0"/>
        <w:spacing w:before="200" w:beforeAutospacing="off" w:after="0" w:afterAutospacing="off" w:line="360" w:lineRule="auto"/>
        <w:ind w:left="0" w:right="0"/>
        <w:jc w:val="left"/>
      </w:pPr>
      <w:r w:rsidRPr="5B5531D0" w:rsidR="145B70C2">
        <w:rPr>
          <w:rFonts w:ascii="Aptos" w:hAnsi="Aptos" w:eastAsia="Aptos" w:cs="Aptos"/>
          <w:b w:val="0"/>
          <w:bCs w:val="0"/>
          <w:i w:val="0"/>
          <w:iCs w:val="0"/>
          <w:noProof w:val="0"/>
          <w:color w:val="auto"/>
          <w:sz w:val="28"/>
          <w:szCs w:val="28"/>
          <w:lang w:val="en-US"/>
        </w:rPr>
        <w:t xml:space="preserve">This month, </w:t>
      </w:r>
      <w:r w:rsidRPr="5B5531D0" w:rsidR="145B70C2">
        <w:rPr>
          <w:rFonts w:ascii="Aptos" w:hAnsi="Aptos" w:eastAsia="Aptos" w:cs="Aptos"/>
          <w:b w:val="0"/>
          <w:bCs w:val="0"/>
          <w:i w:val="0"/>
          <w:iCs w:val="0"/>
          <w:noProof w:val="0"/>
          <w:color w:val="auto"/>
          <w:sz w:val="28"/>
          <w:szCs w:val="28"/>
          <w:lang w:val="en-US"/>
        </w:rPr>
        <w:t>let’s</w:t>
      </w:r>
      <w:r w:rsidRPr="5B5531D0" w:rsidR="145B70C2">
        <w:rPr>
          <w:rFonts w:ascii="Aptos" w:hAnsi="Aptos" w:eastAsia="Aptos" w:cs="Aptos"/>
          <w:b w:val="0"/>
          <w:bCs w:val="0"/>
          <w:i w:val="0"/>
          <w:iCs w:val="0"/>
          <w:noProof w:val="0"/>
          <w:color w:val="auto"/>
          <w:sz w:val="28"/>
          <w:szCs w:val="28"/>
          <w:lang w:val="en-US"/>
        </w:rPr>
        <w:t xml:space="preserve"> focus on letting go of negative thoughts, breaking free from limiting beliefs, and making space for mindfulness and self-care.</w:t>
      </w:r>
    </w:p>
    <w:p w:rsidR="145B70C2" w:rsidP="5B5531D0" w:rsidRDefault="145B70C2" w14:paraId="03C3BEAA" w14:textId="5AF2F584">
      <w:pPr>
        <w:pStyle w:val="Normal"/>
        <w:bidi w:val="0"/>
        <w:spacing w:before="200" w:beforeAutospacing="off" w:after="0" w:afterAutospacing="off" w:line="360" w:lineRule="auto"/>
        <w:ind w:left="0" w:right="0"/>
        <w:jc w:val="left"/>
      </w:pPr>
      <w:r w:rsidRPr="5B5531D0" w:rsidR="145B70C2">
        <w:rPr>
          <w:rFonts w:ascii="Aptos" w:hAnsi="Aptos" w:eastAsia="Aptos" w:cs="Aptos"/>
          <w:b w:val="1"/>
          <w:bCs w:val="1"/>
          <w:i w:val="0"/>
          <w:iCs w:val="0"/>
          <w:caps w:val="0"/>
          <w:smallCaps w:val="0"/>
          <w:noProof w:val="0"/>
          <w:sz w:val="28"/>
          <w:szCs w:val="28"/>
          <w:lang w:val="en-US"/>
        </w:rPr>
        <w:t>Some ways to ‘spring clean’ your mind include:</w:t>
      </w:r>
    </w:p>
    <w:p w:rsidR="145B70C2" w:rsidP="5B5531D0" w:rsidRDefault="145B70C2" w14:paraId="5C3A7922" w14:textId="2234FA0E">
      <w:pPr>
        <w:pStyle w:val="ListParagraph"/>
        <w:numPr>
          <w:ilvl w:val="0"/>
          <w:numId w:val="29"/>
        </w:numPr>
        <w:bidi w:val="0"/>
        <w:spacing w:before="0" w:beforeAutospacing="off" w:after="0" w:afterAutospacing="off" w:line="360" w:lineRule="auto"/>
        <w:jc w:val="left"/>
        <w:rPr>
          <w:rFonts w:ascii="Aptos" w:hAnsi="Aptos" w:eastAsia="Aptos" w:cs="Aptos"/>
          <w:b w:val="0"/>
          <w:bCs w:val="0"/>
          <w:i w:val="0"/>
          <w:iCs w:val="0"/>
          <w:noProof w:val="0"/>
          <w:sz w:val="28"/>
          <w:szCs w:val="28"/>
          <w:lang w:val="en-US"/>
        </w:rPr>
      </w:pPr>
      <w:r w:rsidRPr="5B5531D0" w:rsidR="145B70C2">
        <w:rPr>
          <w:rFonts w:ascii="Aptos" w:hAnsi="Aptos" w:eastAsia="Aptos" w:cs="Aptos"/>
          <w:b w:val="0"/>
          <w:bCs w:val="0"/>
          <w:i w:val="0"/>
          <w:iCs w:val="0"/>
          <w:noProof w:val="0"/>
          <w:sz w:val="28"/>
          <w:szCs w:val="28"/>
          <w:lang w:val="en-US"/>
        </w:rPr>
        <w:t xml:space="preserve">Journaling to release mental clutter </w:t>
      </w:r>
    </w:p>
    <w:p w:rsidR="145B70C2" w:rsidP="5B5531D0" w:rsidRDefault="145B70C2" w14:paraId="60082991" w14:textId="48AFFC34">
      <w:pPr>
        <w:pStyle w:val="ListParagraph"/>
        <w:numPr>
          <w:ilvl w:val="0"/>
          <w:numId w:val="29"/>
        </w:numPr>
        <w:bidi w:val="0"/>
        <w:spacing w:before="0" w:beforeAutospacing="off" w:after="0" w:afterAutospacing="off" w:line="360" w:lineRule="auto"/>
        <w:jc w:val="left"/>
        <w:rPr>
          <w:rFonts w:ascii="Aptos" w:hAnsi="Aptos" w:eastAsia="Aptos" w:cs="Aptos"/>
          <w:b w:val="0"/>
          <w:bCs w:val="0"/>
          <w:i w:val="0"/>
          <w:iCs w:val="0"/>
          <w:noProof w:val="0"/>
          <w:sz w:val="28"/>
          <w:szCs w:val="28"/>
          <w:lang w:val="en-US"/>
        </w:rPr>
      </w:pPr>
      <w:r w:rsidRPr="5B5531D0" w:rsidR="145B70C2">
        <w:rPr>
          <w:rFonts w:ascii="Aptos" w:hAnsi="Aptos" w:eastAsia="Aptos" w:cs="Aptos"/>
          <w:b w:val="0"/>
          <w:bCs w:val="0"/>
          <w:i w:val="0"/>
          <w:iCs w:val="0"/>
          <w:noProof w:val="0"/>
          <w:sz w:val="28"/>
          <w:szCs w:val="28"/>
          <w:lang w:val="en-US"/>
        </w:rPr>
        <w:t xml:space="preserve">Practicing mindfulness &amp; deep breathing </w:t>
      </w:r>
    </w:p>
    <w:p w:rsidR="145B70C2" w:rsidP="5B5531D0" w:rsidRDefault="145B70C2" w14:paraId="6F9ADAE6" w14:textId="378FAB39">
      <w:pPr>
        <w:pStyle w:val="ListParagraph"/>
        <w:numPr>
          <w:ilvl w:val="0"/>
          <w:numId w:val="29"/>
        </w:numPr>
        <w:bidi w:val="0"/>
        <w:spacing w:before="0" w:beforeAutospacing="off" w:after="0" w:afterAutospacing="off" w:line="360" w:lineRule="auto"/>
        <w:jc w:val="left"/>
        <w:rPr>
          <w:rFonts w:ascii="Aptos" w:hAnsi="Aptos" w:eastAsia="Aptos" w:cs="Aptos"/>
          <w:b w:val="0"/>
          <w:bCs w:val="0"/>
          <w:i w:val="0"/>
          <w:iCs w:val="0"/>
          <w:noProof w:val="0"/>
          <w:sz w:val="28"/>
          <w:szCs w:val="28"/>
          <w:lang w:val="en-US"/>
        </w:rPr>
      </w:pPr>
      <w:r w:rsidRPr="5B5531D0" w:rsidR="145B70C2">
        <w:rPr>
          <w:rFonts w:ascii="Aptos" w:hAnsi="Aptos" w:eastAsia="Aptos" w:cs="Aptos"/>
          <w:b w:val="0"/>
          <w:bCs w:val="0"/>
          <w:i w:val="0"/>
          <w:iCs w:val="0"/>
          <w:noProof w:val="0"/>
          <w:sz w:val="28"/>
          <w:szCs w:val="28"/>
          <w:lang w:val="en-US"/>
        </w:rPr>
        <w:t xml:space="preserve">Setting boundaries to protect your peace </w:t>
      </w:r>
    </w:p>
    <w:p w:rsidR="145B70C2" w:rsidP="5B5531D0" w:rsidRDefault="145B70C2" w14:paraId="1F86ACFE" w14:textId="1B15E0A0">
      <w:pPr>
        <w:pStyle w:val="ListParagraph"/>
        <w:numPr>
          <w:ilvl w:val="0"/>
          <w:numId w:val="29"/>
        </w:numPr>
        <w:bidi w:val="0"/>
        <w:spacing w:before="0" w:beforeAutospacing="off" w:after="0" w:afterAutospacing="off" w:line="360" w:lineRule="auto"/>
        <w:jc w:val="left"/>
        <w:rPr>
          <w:rFonts w:ascii="Aptos" w:hAnsi="Aptos" w:eastAsia="Aptos" w:cs="Aptos"/>
          <w:b w:val="0"/>
          <w:bCs w:val="0"/>
          <w:i w:val="0"/>
          <w:iCs w:val="0"/>
          <w:noProof w:val="0"/>
          <w:sz w:val="28"/>
          <w:szCs w:val="28"/>
          <w:lang w:val="en-US"/>
        </w:rPr>
      </w:pPr>
      <w:r w:rsidRPr="5B5531D0" w:rsidR="145B70C2">
        <w:rPr>
          <w:rFonts w:ascii="Aptos" w:hAnsi="Aptos" w:eastAsia="Aptos" w:cs="Aptos"/>
          <w:b w:val="0"/>
          <w:bCs w:val="0"/>
          <w:i w:val="0"/>
          <w:iCs w:val="0"/>
          <w:noProof w:val="0"/>
          <w:sz w:val="28"/>
          <w:szCs w:val="28"/>
          <w:lang w:val="en-US"/>
        </w:rPr>
        <w:t>Reframing negative thoughts into positive ones</w:t>
      </w:r>
    </w:p>
    <w:p w:rsidR="6A7A365E" w:rsidP="5B5531D0" w:rsidRDefault="6A7A365E" w14:paraId="750FE830" w14:textId="7D11764C">
      <w:pPr>
        <w:pStyle w:val="Normal"/>
        <w:suppressLineNumbers w:val="0"/>
        <w:bidi w:val="0"/>
        <w:spacing w:before="240" w:beforeAutospacing="off" w:after="240" w:afterAutospacing="off" w:line="360" w:lineRule="auto"/>
        <w:ind w:left="0" w:right="0"/>
        <w:jc w:val="left"/>
      </w:pPr>
      <w:r w:rsidRPr="5B5531D0" w:rsidR="6A7A365E">
        <w:rPr>
          <w:rFonts w:ascii="Aptos" w:hAnsi="Aptos" w:eastAsia="Aptos" w:cs="Aptos"/>
          <w:b w:val="1"/>
          <w:bCs w:val="1"/>
          <w:i w:val="0"/>
          <w:iCs w:val="0"/>
          <w:caps w:val="0"/>
          <w:smallCaps w:val="0"/>
          <w:noProof w:val="0"/>
          <w:color w:val="0070C0"/>
          <w:sz w:val="28"/>
          <w:szCs w:val="28"/>
          <w:lang w:val="en-US"/>
        </w:rPr>
        <w:t>Rise and Shine</w:t>
      </w:r>
    </w:p>
    <w:p w:rsidR="28237C42" w:rsidP="5B5531D0" w:rsidRDefault="28237C42" w14:paraId="122D1817" w14:textId="72100180">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28237C42">
        <w:rPr>
          <w:rFonts w:ascii="Aptos" w:hAnsi="Aptos" w:eastAsia="Aptos" w:cs="Aptos"/>
          <w:b w:val="1"/>
          <w:bCs w:val="1"/>
          <w:i w:val="0"/>
          <w:iCs w:val="0"/>
          <w:caps w:val="0"/>
          <w:smallCaps w:val="0"/>
          <w:noProof w:val="0"/>
          <w:color w:val="0070C0"/>
          <w:sz w:val="28"/>
          <w:szCs w:val="28"/>
          <w:lang w:val="en-US"/>
        </w:rPr>
        <w:t>1. Hydrate to start the day</w:t>
      </w:r>
    </w:p>
    <w:p w:rsidR="28237C42" w:rsidP="5B5531D0" w:rsidRDefault="28237C42" w14:paraId="5056AF97" w14:textId="0E537AE3">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237C42">
        <w:rPr>
          <w:rFonts w:ascii="Aptos" w:hAnsi="Aptos" w:eastAsia="Aptos" w:cs="Aptos"/>
          <w:b w:val="0"/>
          <w:bCs w:val="0"/>
          <w:i w:val="0"/>
          <w:iCs w:val="0"/>
          <w:caps w:val="0"/>
          <w:smallCaps w:val="0"/>
          <w:noProof w:val="0"/>
          <w:sz w:val="28"/>
          <w:szCs w:val="28"/>
          <w:lang w:val="en-US"/>
        </w:rPr>
        <w:t>A glass of water helps cleanse toxins and wake up your system.</w:t>
      </w:r>
    </w:p>
    <w:p w:rsidR="28237C42" w:rsidP="5B5531D0" w:rsidRDefault="28237C42" w14:paraId="76F09757" w14:textId="3CA11152">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28237C42">
        <w:rPr>
          <w:rFonts w:ascii="Aptos" w:hAnsi="Aptos" w:eastAsia="Aptos" w:cs="Aptos"/>
          <w:b w:val="1"/>
          <w:bCs w:val="1"/>
          <w:i w:val="0"/>
          <w:iCs w:val="0"/>
          <w:caps w:val="0"/>
          <w:smallCaps w:val="0"/>
          <w:noProof w:val="0"/>
          <w:color w:val="0070C0"/>
          <w:sz w:val="28"/>
          <w:szCs w:val="28"/>
          <w:lang w:val="en-US"/>
        </w:rPr>
        <w:t>2. Sunlight &amp; movement</w:t>
      </w:r>
    </w:p>
    <w:p w:rsidR="28237C42" w:rsidP="5B5531D0" w:rsidRDefault="28237C42" w14:paraId="0CD69E08" w14:textId="282361F2">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237C42">
        <w:rPr>
          <w:rFonts w:ascii="Aptos" w:hAnsi="Aptos" w:eastAsia="Aptos" w:cs="Aptos"/>
          <w:b w:val="0"/>
          <w:bCs w:val="0"/>
          <w:i w:val="0"/>
          <w:iCs w:val="0"/>
          <w:caps w:val="0"/>
          <w:smallCaps w:val="0"/>
          <w:noProof w:val="0"/>
          <w:sz w:val="28"/>
          <w:szCs w:val="28"/>
          <w:lang w:val="en-US"/>
        </w:rPr>
        <w:t>A morning walk or stretch can boost energy and mood.</w:t>
      </w:r>
    </w:p>
    <w:p w:rsidR="28237C42" w:rsidP="5B5531D0" w:rsidRDefault="28237C42" w14:paraId="67B8F308" w14:textId="50BD4132">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28237C42">
        <w:rPr>
          <w:rFonts w:ascii="Aptos" w:hAnsi="Aptos" w:eastAsia="Aptos" w:cs="Aptos"/>
          <w:b w:val="1"/>
          <w:bCs w:val="1"/>
          <w:i w:val="0"/>
          <w:iCs w:val="0"/>
          <w:caps w:val="0"/>
          <w:smallCaps w:val="0"/>
          <w:noProof w:val="0"/>
          <w:color w:val="0070C0"/>
          <w:sz w:val="28"/>
          <w:szCs w:val="28"/>
          <w:lang w:val="en-US"/>
        </w:rPr>
        <w:t>3. Mindful breakfast choices</w:t>
      </w:r>
    </w:p>
    <w:p w:rsidR="28237C42" w:rsidP="5B5531D0" w:rsidRDefault="28237C42" w14:paraId="7CD9BF48" w14:textId="1C238AF9">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237C42">
        <w:rPr>
          <w:rFonts w:ascii="Aptos" w:hAnsi="Aptos" w:eastAsia="Aptos" w:cs="Aptos"/>
          <w:b w:val="0"/>
          <w:bCs w:val="0"/>
          <w:i w:val="0"/>
          <w:iCs w:val="0"/>
          <w:caps w:val="0"/>
          <w:smallCaps w:val="0"/>
          <w:noProof w:val="0"/>
          <w:sz w:val="28"/>
          <w:szCs w:val="28"/>
          <w:lang w:val="en-US"/>
        </w:rPr>
        <w:t>Nourish your body with whole foods that fuel you.</w:t>
      </w:r>
    </w:p>
    <w:p w:rsidR="28237C42" w:rsidP="5B5531D0" w:rsidRDefault="28237C42" w14:paraId="5458C53E" w14:textId="3E456B0B">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5B5531D0" w:rsidR="28237C42">
        <w:rPr>
          <w:rFonts w:ascii="Aptos" w:hAnsi="Aptos" w:eastAsia="Aptos" w:cs="Aptos"/>
          <w:b w:val="1"/>
          <w:bCs w:val="1"/>
          <w:i w:val="0"/>
          <w:iCs w:val="0"/>
          <w:caps w:val="0"/>
          <w:smallCaps w:val="0"/>
          <w:noProof w:val="0"/>
          <w:color w:val="0070C0"/>
          <w:sz w:val="28"/>
          <w:szCs w:val="28"/>
          <w:lang w:val="en-US"/>
        </w:rPr>
        <w:t>4. Digital detox</w:t>
      </w:r>
    </w:p>
    <w:p w:rsidR="28237C42" w:rsidP="5B5531D0" w:rsidRDefault="28237C42" w14:paraId="2A6A7E9E" w14:textId="4E7118C0">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5B5531D0" w:rsidR="28237C42">
        <w:rPr>
          <w:rFonts w:ascii="Aptos" w:hAnsi="Aptos" w:eastAsia="Aptos" w:cs="Aptos"/>
          <w:b w:val="0"/>
          <w:bCs w:val="0"/>
          <w:i w:val="0"/>
          <w:iCs w:val="0"/>
          <w:caps w:val="0"/>
          <w:smallCaps w:val="0"/>
          <w:noProof w:val="0"/>
          <w:sz w:val="28"/>
          <w:szCs w:val="28"/>
          <w:lang w:val="en-US"/>
        </w:rPr>
        <w:t>Avoid checking your phone for the first 30 minutes of the day.</w:t>
      </w:r>
    </w:p>
    <w:p w:rsidR="5B5531D0" w:rsidP="5B5531D0" w:rsidRDefault="5B5531D0" w14:paraId="43803D66" w14:textId="2BFE3F1F">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p>
    <w:sectPr w:rsidRPr="00E2051D" w:rsidR="00E2051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YNljpkv4" int2:invalidationBookmarkName="" int2:hashCode="MB8jIv4qMBfKhR" int2:id="OToCZfs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5a5594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8d102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b97a1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e58e4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8fd07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c9781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ec3fa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3ffe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b904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57573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c2912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d9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F70623"/>
    <w:multiLevelType w:val="multilevel"/>
    <w:tmpl w:val="3BFE0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CB7C10"/>
    <w:multiLevelType w:val="hybridMultilevel"/>
    <w:tmpl w:val="86C831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405871"/>
    <w:multiLevelType w:val="multilevel"/>
    <w:tmpl w:val="5DFAC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3E5E33"/>
    <w:multiLevelType w:val="hybridMultilevel"/>
    <w:tmpl w:val="360E4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89D25D5"/>
    <w:multiLevelType w:val="multilevel"/>
    <w:tmpl w:val="2A0A1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EA1D64"/>
    <w:multiLevelType w:val="hybridMultilevel"/>
    <w:tmpl w:val="713CA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5328F9"/>
    <w:multiLevelType w:val="multilevel"/>
    <w:tmpl w:val="40927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F715626"/>
    <w:multiLevelType w:val="multilevel"/>
    <w:tmpl w:val="88548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 w16cid:durableId="921530625">
    <w:abstractNumId w:val="8"/>
  </w:num>
  <w:num w:numId="2" w16cid:durableId="1866479018">
    <w:abstractNumId w:val="6"/>
  </w:num>
  <w:num w:numId="3" w16cid:durableId="221409879">
    <w:abstractNumId w:val="5"/>
  </w:num>
  <w:num w:numId="4" w16cid:durableId="393239561">
    <w:abstractNumId w:val="4"/>
  </w:num>
  <w:num w:numId="5" w16cid:durableId="1268537542">
    <w:abstractNumId w:val="7"/>
  </w:num>
  <w:num w:numId="6" w16cid:durableId="1291547924">
    <w:abstractNumId w:val="3"/>
  </w:num>
  <w:num w:numId="7" w16cid:durableId="128786209">
    <w:abstractNumId w:val="2"/>
  </w:num>
  <w:num w:numId="8" w16cid:durableId="274992559">
    <w:abstractNumId w:val="1"/>
  </w:num>
  <w:num w:numId="9" w16cid:durableId="798034170">
    <w:abstractNumId w:val="0"/>
  </w:num>
  <w:num w:numId="10" w16cid:durableId="62024622">
    <w:abstractNumId w:val="12"/>
  </w:num>
  <w:num w:numId="11" w16cid:durableId="1800420321">
    <w:abstractNumId w:val="14"/>
  </w:num>
  <w:num w:numId="12" w16cid:durableId="1634404509">
    <w:abstractNumId w:val="9"/>
  </w:num>
  <w:num w:numId="13" w16cid:durableId="1252619674">
    <w:abstractNumId w:val="15"/>
  </w:num>
  <w:num w:numId="14" w16cid:durableId="845248235">
    <w:abstractNumId w:val="16"/>
  </w:num>
  <w:num w:numId="15" w16cid:durableId="1549414594">
    <w:abstractNumId w:val="10"/>
  </w:num>
  <w:num w:numId="16" w16cid:durableId="1741903092">
    <w:abstractNumId w:val="13"/>
  </w:num>
  <w:num w:numId="17" w16cid:durableId="1937975065">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4E9"/>
    <w:rsid w:val="000203DE"/>
    <w:rsid w:val="00034616"/>
    <w:rsid w:val="000366B5"/>
    <w:rsid w:val="0006063C"/>
    <w:rsid w:val="000B1369"/>
    <w:rsid w:val="00110238"/>
    <w:rsid w:val="0015074B"/>
    <w:rsid w:val="00151C41"/>
    <w:rsid w:val="00154F49"/>
    <w:rsid w:val="00181F23"/>
    <w:rsid w:val="001C6020"/>
    <w:rsid w:val="001D0040"/>
    <w:rsid w:val="00210DD6"/>
    <w:rsid w:val="002624E1"/>
    <w:rsid w:val="0029639D"/>
    <w:rsid w:val="002C6454"/>
    <w:rsid w:val="002D59C6"/>
    <w:rsid w:val="00326F90"/>
    <w:rsid w:val="003321C2"/>
    <w:rsid w:val="00333525"/>
    <w:rsid w:val="003433E5"/>
    <w:rsid w:val="003436F2"/>
    <w:rsid w:val="003669DC"/>
    <w:rsid w:val="003703B7"/>
    <w:rsid w:val="003B5585"/>
    <w:rsid w:val="00407A0F"/>
    <w:rsid w:val="00412297"/>
    <w:rsid w:val="00412945"/>
    <w:rsid w:val="004A3DF1"/>
    <w:rsid w:val="004A4DDA"/>
    <w:rsid w:val="004D1438"/>
    <w:rsid w:val="00520D59"/>
    <w:rsid w:val="005377A8"/>
    <w:rsid w:val="005475C0"/>
    <w:rsid w:val="00565E2E"/>
    <w:rsid w:val="005A764D"/>
    <w:rsid w:val="005B0148"/>
    <w:rsid w:val="005B778B"/>
    <w:rsid w:val="006054BC"/>
    <w:rsid w:val="00612B19"/>
    <w:rsid w:val="00623C53"/>
    <w:rsid w:val="006322A9"/>
    <w:rsid w:val="006652BE"/>
    <w:rsid w:val="00671CD2"/>
    <w:rsid w:val="00692100"/>
    <w:rsid w:val="006DE436"/>
    <w:rsid w:val="00717C7A"/>
    <w:rsid w:val="00757998"/>
    <w:rsid w:val="00781676"/>
    <w:rsid w:val="00786597"/>
    <w:rsid w:val="00793A4E"/>
    <w:rsid w:val="007A7897"/>
    <w:rsid w:val="00804D88"/>
    <w:rsid w:val="00845E7C"/>
    <w:rsid w:val="00867C30"/>
    <w:rsid w:val="00867DC2"/>
    <w:rsid w:val="008B0B24"/>
    <w:rsid w:val="008E47BC"/>
    <w:rsid w:val="00933B29"/>
    <w:rsid w:val="009361B5"/>
    <w:rsid w:val="009638FA"/>
    <w:rsid w:val="0098414C"/>
    <w:rsid w:val="009A52E5"/>
    <w:rsid w:val="009B601F"/>
    <w:rsid w:val="009C5A9F"/>
    <w:rsid w:val="009F7407"/>
    <w:rsid w:val="00A0373B"/>
    <w:rsid w:val="00A04150"/>
    <w:rsid w:val="00A1A23C"/>
    <w:rsid w:val="00A22526"/>
    <w:rsid w:val="00A44175"/>
    <w:rsid w:val="00A6250C"/>
    <w:rsid w:val="00A63139"/>
    <w:rsid w:val="00A6675A"/>
    <w:rsid w:val="00A93F95"/>
    <w:rsid w:val="00AA1D8D"/>
    <w:rsid w:val="00AA71C8"/>
    <w:rsid w:val="00AA76DA"/>
    <w:rsid w:val="00AD3B64"/>
    <w:rsid w:val="00AD4CB0"/>
    <w:rsid w:val="00B025F4"/>
    <w:rsid w:val="00B03407"/>
    <w:rsid w:val="00B045A7"/>
    <w:rsid w:val="00B2318C"/>
    <w:rsid w:val="00B47730"/>
    <w:rsid w:val="00B87C77"/>
    <w:rsid w:val="00BB0478"/>
    <w:rsid w:val="00BD0C6D"/>
    <w:rsid w:val="00C00CDC"/>
    <w:rsid w:val="00C514DC"/>
    <w:rsid w:val="00C54004"/>
    <w:rsid w:val="00C676C1"/>
    <w:rsid w:val="00CB0664"/>
    <w:rsid w:val="00CB31C7"/>
    <w:rsid w:val="00CC4255"/>
    <w:rsid w:val="00D03508"/>
    <w:rsid w:val="00D073C0"/>
    <w:rsid w:val="00D0743A"/>
    <w:rsid w:val="00D16BA3"/>
    <w:rsid w:val="00D349BE"/>
    <w:rsid w:val="00D47B62"/>
    <w:rsid w:val="00E2051D"/>
    <w:rsid w:val="00E22549"/>
    <w:rsid w:val="00E24934"/>
    <w:rsid w:val="00E42CE5"/>
    <w:rsid w:val="00E43EBE"/>
    <w:rsid w:val="00E55BEA"/>
    <w:rsid w:val="00E826C5"/>
    <w:rsid w:val="00E90A3B"/>
    <w:rsid w:val="00EB7FC9"/>
    <w:rsid w:val="00EC315D"/>
    <w:rsid w:val="00F435B7"/>
    <w:rsid w:val="00F877FF"/>
    <w:rsid w:val="00F91F87"/>
    <w:rsid w:val="00F96F85"/>
    <w:rsid w:val="00FB5B93"/>
    <w:rsid w:val="00FB6E07"/>
    <w:rsid w:val="00FC581E"/>
    <w:rsid w:val="00FC693F"/>
    <w:rsid w:val="00FD020C"/>
    <w:rsid w:val="00FD652A"/>
    <w:rsid w:val="010BACFB"/>
    <w:rsid w:val="0134A4F4"/>
    <w:rsid w:val="017F37E7"/>
    <w:rsid w:val="01B0B7B4"/>
    <w:rsid w:val="01FB779F"/>
    <w:rsid w:val="0271F731"/>
    <w:rsid w:val="02BDFEC9"/>
    <w:rsid w:val="02CA0F7E"/>
    <w:rsid w:val="0301FE76"/>
    <w:rsid w:val="03178E58"/>
    <w:rsid w:val="03389BA1"/>
    <w:rsid w:val="03651454"/>
    <w:rsid w:val="039DD335"/>
    <w:rsid w:val="03C04E61"/>
    <w:rsid w:val="03D8D686"/>
    <w:rsid w:val="03DA11C6"/>
    <w:rsid w:val="0426A37A"/>
    <w:rsid w:val="045A6F9C"/>
    <w:rsid w:val="0475A08D"/>
    <w:rsid w:val="04B84FF0"/>
    <w:rsid w:val="0501587C"/>
    <w:rsid w:val="0593B437"/>
    <w:rsid w:val="06F24FCE"/>
    <w:rsid w:val="07056997"/>
    <w:rsid w:val="0706A5A4"/>
    <w:rsid w:val="078A3DCC"/>
    <w:rsid w:val="078FC6E6"/>
    <w:rsid w:val="07AA8E82"/>
    <w:rsid w:val="0807CA44"/>
    <w:rsid w:val="084D2693"/>
    <w:rsid w:val="08956C60"/>
    <w:rsid w:val="08B0EECF"/>
    <w:rsid w:val="0975D916"/>
    <w:rsid w:val="098860E5"/>
    <w:rsid w:val="09ACA3C7"/>
    <w:rsid w:val="0A3A113C"/>
    <w:rsid w:val="0A51A108"/>
    <w:rsid w:val="0A638B7D"/>
    <w:rsid w:val="0A918503"/>
    <w:rsid w:val="0A984BFC"/>
    <w:rsid w:val="0AEC3307"/>
    <w:rsid w:val="0B416399"/>
    <w:rsid w:val="0B49B850"/>
    <w:rsid w:val="0BAE50D0"/>
    <w:rsid w:val="0BB8B862"/>
    <w:rsid w:val="0C29B3E0"/>
    <w:rsid w:val="0CA1346D"/>
    <w:rsid w:val="0CEACB1E"/>
    <w:rsid w:val="0CECE0C2"/>
    <w:rsid w:val="0CF7A040"/>
    <w:rsid w:val="0D8099B8"/>
    <w:rsid w:val="0DC7E6E1"/>
    <w:rsid w:val="0E395199"/>
    <w:rsid w:val="0E528B22"/>
    <w:rsid w:val="0E6890ED"/>
    <w:rsid w:val="0EB468B8"/>
    <w:rsid w:val="0F70C094"/>
    <w:rsid w:val="0F755AE4"/>
    <w:rsid w:val="0F9A5151"/>
    <w:rsid w:val="0FBA8E90"/>
    <w:rsid w:val="109CA8A7"/>
    <w:rsid w:val="10F3C8CE"/>
    <w:rsid w:val="115290C0"/>
    <w:rsid w:val="11C221DB"/>
    <w:rsid w:val="11CDBAD1"/>
    <w:rsid w:val="1214E8C0"/>
    <w:rsid w:val="1235D954"/>
    <w:rsid w:val="126CDC12"/>
    <w:rsid w:val="12E5FBCC"/>
    <w:rsid w:val="13106536"/>
    <w:rsid w:val="13B13730"/>
    <w:rsid w:val="1436B50E"/>
    <w:rsid w:val="1438E1E7"/>
    <w:rsid w:val="145B70C2"/>
    <w:rsid w:val="14659743"/>
    <w:rsid w:val="146FB5C4"/>
    <w:rsid w:val="149C8B44"/>
    <w:rsid w:val="1511EA70"/>
    <w:rsid w:val="15862A55"/>
    <w:rsid w:val="15E201FF"/>
    <w:rsid w:val="168F56C5"/>
    <w:rsid w:val="16915B1F"/>
    <w:rsid w:val="16D31360"/>
    <w:rsid w:val="16E019AE"/>
    <w:rsid w:val="1726C766"/>
    <w:rsid w:val="17A86786"/>
    <w:rsid w:val="17ABD43D"/>
    <w:rsid w:val="1819E290"/>
    <w:rsid w:val="18435088"/>
    <w:rsid w:val="18602F1D"/>
    <w:rsid w:val="18C0F17D"/>
    <w:rsid w:val="18EC0FAE"/>
    <w:rsid w:val="19014C85"/>
    <w:rsid w:val="191D3D71"/>
    <w:rsid w:val="19DFE8A5"/>
    <w:rsid w:val="19FC4EE4"/>
    <w:rsid w:val="1AD37820"/>
    <w:rsid w:val="1ADB458B"/>
    <w:rsid w:val="1AE25ABD"/>
    <w:rsid w:val="1AF399CB"/>
    <w:rsid w:val="1B1BDCC6"/>
    <w:rsid w:val="1B3BABFF"/>
    <w:rsid w:val="1B6CE6B1"/>
    <w:rsid w:val="1B6F3149"/>
    <w:rsid w:val="1BF6E3BA"/>
    <w:rsid w:val="1BFF152D"/>
    <w:rsid w:val="1C307B0A"/>
    <w:rsid w:val="1C9B5DC8"/>
    <w:rsid w:val="1CFEB98B"/>
    <w:rsid w:val="1D0389BB"/>
    <w:rsid w:val="1D080338"/>
    <w:rsid w:val="1D6C79B4"/>
    <w:rsid w:val="1D8C3BD7"/>
    <w:rsid w:val="1D99F96E"/>
    <w:rsid w:val="1DCABE3D"/>
    <w:rsid w:val="1E7785FA"/>
    <w:rsid w:val="1EAE69A4"/>
    <w:rsid w:val="1F0FA2F3"/>
    <w:rsid w:val="1FF672F0"/>
    <w:rsid w:val="200AB675"/>
    <w:rsid w:val="2021842B"/>
    <w:rsid w:val="2021A6D8"/>
    <w:rsid w:val="2027068B"/>
    <w:rsid w:val="204B81CB"/>
    <w:rsid w:val="20C2F6CC"/>
    <w:rsid w:val="213B5CCA"/>
    <w:rsid w:val="21B4D391"/>
    <w:rsid w:val="21B94393"/>
    <w:rsid w:val="21C9587F"/>
    <w:rsid w:val="229FA6C3"/>
    <w:rsid w:val="23043CF2"/>
    <w:rsid w:val="2306FB48"/>
    <w:rsid w:val="230E8A93"/>
    <w:rsid w:val="238A58BB"/>
    <w:rsid w:val="23EF1E55"/>
    <w:rsid w:val="240C3AE0"/>
    <w:rsid w:val="243638B3"/>
    <w:rsid w:val="254F4376"/>
    <w:rsid w:val="2554C7A8"/>
    <w:rsid w:val="2578923A"/>
    <w:rsid w:val="257DBFEC"/>
    <w:rsid w:val="25A68C54"/>
    <w:rsid w:val="25B625FF"/>
    <w:rsid w:val="2647C6BD"/>
    <w:rsid w:val="26535957"/>
    <w:rsid w:val="26E1923C"/>
    <w:rsid w:val="27035969"/>
    <w:rsid w:val="272DCB7A"/>
    <w:rsid w:val="2734B7CE"/>
    <w:rsid w:val="2739AA06"/>
    <w:rsid w:val="27446775"/>
    <w:rsid w:val="27EAB546"/>
    <w:rsid w:val="27FFC778"/>
    <w:rsid w:val="28237C42"/>
    <w:rsid w:val="283E16C7"/>
    <w:rsid w:val="285C1C22"/>
    <w:rsid w:val="28C79971"/>
    <w:rsid w:val="2924ACF5"/>
    <w:rsid w:val="29891693"/>
    <w:rsid w:val="29962BBC"/>
    <w:rsid w:val="2A81D0F8"/>
    <w:rsid w:val="2AEECF79"/>
    <w:rsid w:val="2AF0B0D6"/>
    <w:rsid w:val="2B4098C3"/>
    <w:rsid w:val="2BB75C3B"/>
    <w:rsid w:val="2BE6FAA9"/>
    <w:rsid w:val="2BE7093F"/>
    <w:rsid w:val="2BF7744C"/>
    <w:rsid w:val="2CCDA9ED"/>
    <w:rsid w:val="2CD3ECA1"/>
    <w:rsid w:val="2CEE830E"/>
    <w:rsid w:val="2CFFC298"/>
    <w:rsid w:val="2D54C056"/>
    <w:rsid w:val="2D7C04B7"/>
    <w:rsid w:val="2DAA6D81"/>
    <w:rsid w:val="2DBB9963"/>
    <w:rsid w:val="2DF3F279"/>
    <w:rsid w:val="2E1F52A5"/>
    <w:rsid w:val="2EDCAD59"/>
    <w:rsid w:val="2F37BD06"/>
    <w:rsid w:val="2F741D71"/>
    <w:rsid w:val="2FA33160"/>
    <w:rsid w:val="30236BCD"/>
    <w:rsid w:val="30DA8577"/>
    <w:rsid w:val="30FEC445"/>
    <w:rsid w:val="315294B1"/>
    <w:rsid w:val="316F4544"/>
    <w:rsid w:val="31B007EE"/>
    <w:rsid w:val="323B89A3"/>
    <w:rsid w:val="327542DA"/>
    <w:rsid w:val="32B8B499"/>
    <w:rsid w:val="3317C848"/>
    <w:rsid w:val="3368EDB8"/>
    <w:rsid w:val="338E08EC"/>
    <w:rsid w:val="33C7E70C"/>
    <w:rsid w:val="33FB3030"/>
    <w:rsid w:val="34053DD8"/>
    <w:rsid w:val="3409F5DD"/>
    <w:rsid w:val="341095F9"/>
    <w:rsid w:val="3469A254"/>
    <w:rsid w:val="3482FF23"/>
    <w:rsid w:val="348D0C66"/>
    <w:rsid w:val="34C46780"/>
    <w:rsid w:val="35287978"/>
    <w:rsid w:val="35498EEC"/>
    <w:rsid w:val="357BEC8B"/>
    <w:rsid w:val="35CBBB90"/>
    <w:rsid w:val="35EFC600"/>
    <w:rsid w:val="35FD49E4"/>
    <w:rsid w:val="365FB2C5"/>
    <w:rsid w:val="36C183A7"/>
    <w:rsid w:val="374AB03B"/>
    <w:rsid w:val="37FC1EBA"/>
    <w:rsid w:val="380BE786"/>
    <w:rsid w:val="380C3572"/>
    <w:rsid w:val="383D3D00"/>
    <w:rsid w:val="383F9331"/>
    <w:rsid w:val="385611CD"/>
    <w:rsid w:val="386AAE9E"/>
    <w:rsid w:val="39119DE8"/>
    <w:rsid w:val="3922F6AB"/>
    <w:rsid w:val="392A387C"/>
    <w:rsid w:val="393BB82E"/>
    <w:rsid w:val="394D8A03"/>
    <w:rsid w:val="398C686F"/>
    <w:rsid w:val="3A1535DE"/>
    <w:rsid w:val="3AAB4A34"/>
    <w:rsid w:val="3ABF124B"/>
    <w:rsid w:val="3AC7ADA3"/>
    <w:rsid w:val="3AD9F02D"/>
    <w:rsid w:val="3B11067E"/>
    <w:rsid w:val="3B2414E7"/>
    <w:rsid w:val="3B251857"/>
    <w:rsid w:val="3BD5E509"/>
    <w:rsid w:val="3BE52CFF"/>
    <w:rsid w:val="3C044BD3"/>
    <w:rsid w:val="3C13D383"/>
    <w:rsid w:val="3C3A2212"/>
    <w:rsid w:val="3C72CCD5"/>
    <w:rsid w:val="3CD66777"/>
    <w:rsid w:val="3CF1DA38"/>
    <w:rsid w:val="3D2F817F"/>
    <w:rsid w:val="3D5B7A63"/>
    <w:rsid w:val="3DB9C962"/>
    <w:rsid w:val="3DEB3E52"/>
    <w:rsid w:val="3E8703F6"/>
    <w:rsid w:val="3EC15203"/>
    <w:rsid w:val="3F21B376"/>
    <w:rsid w:val="3F736204"/>
    <w:rsid w:val="3F812875"/>
    <w:rsid w:val="411116A3"/>
    <w:rsid w:val="4128194C"/>
    <w:rsid w:val="41580089"/>
    <w:rsid w:val="416170A3"/>
    <w:rsid w:val="41A21928"/>
    <w:rsid w:val="41F035B2"/>
    <w:rsid w:val="4275130A"/>
    <w:rsid w:val="42811A17"/>
    <w:rsid w:val="42819E90"/>
    <w:rsid w:val="42984E84"/>
    <w:rsid w:val="431E7B9D"/>
    <w:rsid w:val="433BAB50"/>
    <w:rsid w:val="4397E64C"/>
    <w:rsid w:val="44B46CD7"/>
    <w:rsid w:val="45376B21"/>
    <w:rsid w:val="456FE658"/>
    <w:rsid w:val="45CC4C81"/>
    <w:rsid w:val="46210F11"/>
    <w:rsid w:val="466DEC81"/>
    <w:rsid w:val="46C06FD9"/>
    <w:rsid w:val="46DDC72B"/>
    <w:rsid w:val="4764A331"/>
    <w:rsid w:val="47A8AD2C"/>
    <w:rsid w:val="47DEFD60"/>
    <w:rsid w:val="4805ABFE"/>
    <w:rsid w:val="48C0920D"/>
    <w:rsid w:val="48C1A41D"/>
    <w:rsid w:val="48C6C73B"/>
    <w:rsid w:val="48EE63B5"/>
    <w:rsid w:val="492594F3"/>
    <w:rsid w:val="4991402B"/>
    <w:rsid w:val="49AE7999"/>
    <w:rsid w:val="4AAE28DB"/>
    <w:rsid w:val="4AB29903"/>
    <w:rsid w:val="4ACB1A36"/>
    <w:rsid w:val="4B0EB38A"/>
    <w:rsid w:val="4B391AFF"/>
    <w:rsid w:val="4C380456"/>
    <w:rsid w:val="4C923F2E"/>
    <w:rsid w:val="4D581AB0"/>
    <w:rsid w:val="4D5CCFCB"/>
    <w:rsid w:val="4DF0C837"/>
    <w:rsid w:val="4DF2113A"/>
    <w:rsid w:val="4E07C364"/>
    <w:rsid w:val="4E4ADCC0"/>
    <w:rsid w:val="4E71AE23"/>
    <w:rsid w:val="4E94685C"/>
    <w:rsid w:val="4ECD8D66"/>
    <w:rsid w:val="4F6A3D1B"/>
    <w:rsid w:val="4F9AE662"/>
    <w:rsid w:val="504386BA"/>
    <w:rsid w:val="5079D232"/>
    <w:rsid w:val="50E88A10"/>
    <w:rsid w:val="514FAECA"/>
    <w:rsid w:val="51D5489B"/>
    <w:rsid w:val="51DA1BEF"/>
    <w:rsid w:val="522973F1"/>
    <w:rsid w:val="5287E843"/>
    <w:rsid w:val="52D581A6"/>
    <w:rsid w:val="52EFDD82"/>
    <w:rsid w:val="53A2773D"/>
    <w:rsid w:val="53C99CD8"/>
    <w:rsid w:val="53D63B66"/>
    <w:rsid w:val="53EC7A49"/>
    <w:rsid w:val="53F33DEF"/>
    <w:rsid w:val="5410EB99"/>
    <w:rsid w:val="54FF7234"/>
    <w:rsid w:val="55183B55"/>
    <w:rsid w:val="559E7DC8"/>
    <w:rsid w:val="55A5388C"/>
    <w:rsid w:val="55E4A7F9"/>
    <w:rsid w:val="5629FCE6"/>
    <w:rsid w:val="5661E253"/>
    <w:rsid w:val="574D0558"/>
    <w:rsid w:val="57685979"/>
    <w:rsid w:val="57C84FDD"/>
    <w:rsid w:val="57D70ECE"/>
    <w:rsid w:val="57EB9D00"/>
    <w:rsid w:val="57FD9818"/>
    <w:rsid w:val="580B5771"/>
    <w:rsid w:val="5828AE19"/>
    <w:rsid w:val="58374264"/>
    <w:rsid w:val="586FD9C5"/>
    <w:rsid w:val="5870D379"/>
    <w:rsid w:val="58BDB873"/>
    <w:rsid w:val="597F825F"/>
    <w:rsid w:val="5A45753D"/>
    <w:rsid w:val="5AE31097"/>
    <w:rsid w:val="5B3698F4"/>
    <w:rsid w:val="5B383E2C"/>
    <w:rsid w:val="5B5531D0"/>
    <w:rsid w:val="5B739041"/>
    <w:rsid w:val="5B840113"/>
    <w:rsid w:val="5C2E15FF"/>
    <w:rsid w:val="5C4565B1"/>
    <w:rsid w:val="5C723834"/>
    <w:rsid w:val="5CA1710A"/>
    <w:rsid w:val="5DB034D1"/>
    <w:rsid w:val="5DD41D01"/>
    <w:rsid w:val="5DF8AA75"/>
    <w:rsid w:val="5E71FE0D"/>
    <w:rsid w:val="5E7472B3"/>
    <w:rsid w:val="5E8425DD"/>
    <w:rsid w:val="5EA0130D"/>
    <w:rsid w:val="5EA08475"/>
    <w:rsid w:val="5F235596"/>
    <w:rsid w:val="5F241839"/>
    <w:rsid w:val="5F381CA1"/>
    <w:rsid w:val="5F40F65B"/>
    <w:rsid w:val="5F78C1BE"/>
    <w:rsid w:val="5FA07B4F"/>
    <w:rsid w:val="5FBB65E9"/>
    <w:rsid w:val="5FC42C62"/>
    <w:rsid w:val="5FC44FBD"/>
    <w:rsid w:val="60320381"/>
    <w:rsid w:val="608AD0DB"/>
    <w:rsid w:val="60B6BEDE"/>
    <w:rsid w:val="615CABA4"/>
    <w:rsid w:val="6160A414"/>
    <w:rsid w:val="63278D2B"/>
    <w:rsid w:val="638D5963"/>
    <w:rsid w:val="63AD4EA5"/>
    <w:rsid w:val="63B2498D"/>
    <w:rsid w:val="63C26F49"/>
    <w:rsid w:val="63E56BE3"/>
    <w:rsid w:val="6425A5FC"/>
    <w:rsid w:val="648B5CB7"/>
    <w:rsid w:val="64A737A2"/>
    <w:rsid w:val="64FBF375"/>
    <w:rsid w:val="65ED5BF6"/>
    <w:rsid w:val="6674F919"/>
    <w:rsid w:val="668BC778"/>
    <w:rsid w:val="66E48EF5"/>
    <w:rsid w:val="6728FEFF"/>
    <w:rsid w:val="674BE70A"/>
    <w:rsid w:val="675F8AB3"/>
    <w:rsid w:val="681B1D2D"/>
    <w:rsid w:val="6870A2B5"/>
    <w:rsid w:val="6875A5E8"/>
    <w:rsid w:val="687D3217"/>
    <w:rsid w:val="6945D493"/>
    <w:rsid w:val="6968EBD5"/>
    <w:rsid w:val="6981C0AD"/>
    <w:rsid w:val="69AD1C54"/>
    <w:rsid w:val="6A13A8D3"/>
    <w:rsid w:val="6A7A365E"/>
    <w:rsid w:val="6A85D50B"/>
    <w:rsid w:val="6ABF9493"/>
    <w:rsid w:val="6AD33E7C"/>
    <w:rsid w:val="6AD7A9F2"/>
    <w:rsid w:val="6B2AA5C2"/>
    <w:rsid w:val="6B59CC8C"/>
    <w:rsid w:val="6B774787"/>
    <w:rsid w:val="6B99A9A5"/>
    <w:rsid w:val="6BBEBA1C"/>
    <w:rsid w:val="6C1631FE"/>
    <w:rsid w:val="6C6560FB"/>
    <w:rsid w:val="6C7A9BF4"/>
    <w:rsid w:val="6C7B008E"/>
    <w:rsid w:val="6CB80EA4"/>
    <w:rsid w:val="6CC11092"/>
    <w:rsid w:val="6D2047E9"/>
    <w:rsid w:val="6D944E60"/>
    <w:rsid w:val="6DF2144F"/>
    <w:rsid w:val="6E69521E"/>
    <w:rsid w:val="6E6BC88D"/>
    <w:rsid w:val="6E8F5C3D"/>
    <w:rsid w:val="6E9E7304"/>
    <w:rsid w:val="6EC27793"/>
    <w:rsid w:val="6EC8DF82"/>
    <w:rsid w:val="6F9E4E17"/>
    <w:rsid w:val="6FBAADE5"/>
    <w:rsid w:val="6FCC6D56"/>
    <w:rsid w:val="6FFB938F"/>
    <w:rsid w:val="709130C4"/>
    <w:rsid w:val="71111D12"/>
    <w:rsid w:val="7171B1BF"/>
    <w:rsid w:val="71BED2D1"/>
    <w:rsid w:val="71E739C8"/>
    <w:rsid w:val="72688A61"/>
    <w:rsid w:val="72C7EC92"/>
    <w:rsid w:val="72E1750D"/>
    <w:rsid w:val="72E8E524"/>
    <w:rsid w:val="72FA3A0C"/>
    <w:rsid w:val="7307E2AA"/>
    <w:rsid w:val="7338548B"/>
    <w:rsid w:val="73840A46"/>
    <w:rsid w:val="73BDACF6"/>
    <w:rsid w:val="73FCABBC"/>
    <w:rsid w:val="742114A2"/>
    <w:rsid w:val="756509D2"/>
    <w:rsid w:val="75A71DF3"/>
    <w:rsid w:val="75BECCED"/>
    <w:rsid w:val="75C75812"/>
    <w:rsid w:val="76667A1D"/>
    <w:rsid w:val="76B65613"/>
    <w:rsid w:val="771A27ED"/>
    <w:rsid w:val="77217007"/>
    <w:rsid w:val="77647790"/>
    <w:rsid w:val="777C0DAA"/>
    <w:rsid w:val="78710EC8"/>
    <w:rsid w:val="78AF324E"/>
    <w:rsid w:val="78C15D6E"/>
    <w:rsid w:val="78EDD5C1"/>
    <w:rsid w:val="793A7089"/>
    <w:rsid w:val="793CE145"/>
    <w:rsid w:val="79A17070"/>
    <w:rsid w:val="79B99DB3"/>
    <w:rsid w:val="7A1FD5D6"/>
    <w:rsid w:val="7A5DF124"/>
    <w:rsid w:val="7A7C94FD"/>
    <w:rsid w:val="7AE177CF"/>
    <w:rsid w:val="7AE886A3"/>
    <w:rsid w:val="7B1DD418"/>
    <w:rsid w:val="7C24383F"/>
    <w:rsid w:val="7C45A510"/>
    <w:rsid w:val="7C765CC3"/>
    <w:rsid w:val="7CBC10E1"/>
    <w:rsid w:val="7D77663C"/>
    <w:rsid w:val="7D8FE419"/>
    <w:rsid w:val="7D933C46"/>
    <w:rsid w:val="7DB5C1E5"/>
    <w:rsid w:val="7DB7FAA5"/>
    <w:rsid w:val="7E4199EF"/>
    <w:rsid w:val="7E79A41D"/>
    <w:rsid w:val="7E99FCA6"/>
    <w:rsid w:val="7EA752F4"/>
    <w:rsid w:val="7EB97DAE"/>
    <w:rsid w:val="7EF28157"/>
    <w:rsid w:val="7EF3D18B"/>
    <w:rsid w:val="7F5B623B"/>
    <w:rsid w:val="7F77F326"/>
    <w:rsid w:val="7F77F510"/>
    <w:rsid w:val="7F8A3997"/>
    <w:rsid w:val="7FB42BEB"/>
    <w:rsid w:val="7FEE0D9F"/>
    <w:rsid w:val="7FFB2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A9E876-9703-4861-BD1A-E55EB9F56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4E1"/>
    <w:rPr>
      <w:color w:val="0000FF" w:themeColor="hyperlink"/>
      <w:u w:val="single"/>
    </w:rPr>
  </w:style>
  <w:style w:type="character" w:styleId="UnresolvedMention">
    <w:name w:val="Unresolved Mention"/>
    <w:basedOn w:val="DefaultParagraphFont"/>
    <w:uiPriority w:val="99"/>
    <w:semiHidden/>
    <w:unhideWhenUsed/>
    <w:rsid w:val="002624E1"/>
    <w:rPr>
      <w:color w:val="605E5C"/>
      <w:shd w:val="clear" w:color="auto" w:fill="E1DFDD"/>
    </w:rPr>
  </w:style>
  <w:style w:type="character" w:styleId="agcmg" w:customStyle="1">
    <w:name w:val="a_gcmg"/>
    <w:basedOn w:val="DefaultParagraphFont"/>
    <w:rsid w:val="00C5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5185630de3aa40a3" Type="http://schemas.openxmlformats.org/officeDocument/2006/relationships/hyperlink" Target="https://owlconnect.southernct.edu/submitter/organization/healthservices/eventsubmission/studenthealthehr.southernct.edu" TargetMode="External"/><Relationship Id="rId8" Type="http://schemas.openxmlformats.org/officeDocument/2006/relationships/customXml" Target="../customXml/item2.xml"/><Relationship Id="rId3" Type="http://schemas.openxmlformats.org/officeDocument/2006/relationships/styles" Target="styles.xml"/><Relationship Id="R4ea1d40ef22a4945" Type="http://schemas.openxmlformats.org/officeDocument/2006/relationships/hyperlink" Target="mailto:healthservices@southernct.edu" TargetMode="External"/><Relationship Id="rId7" Type="http://schemas.openxmlformats.org/officeDocument/2006/relationships/theme" Target="theme/theme1.xml"/><Relationship Id="R73026c91b9034549" Type="http://schemas.openxmlformats.org/officeDocument/2006/relationships/hyperlink" Target="https://patient-southernct.medicatconnect.com/login.aspx" TargetMode="External"/><Relationship Id="R32a04ba9c474419c" Type="http://schemas.openxmlformats.org/officeDocument/2006/relationships/hyperlink" Target="https://forms.office.com/pages/responsepage.aspx?id=Y2hzWA7WzkCVxgcjx-qvZ42bRCNGgKhMuRHk0gXNqE9UQzBWQVUxQ1dESk9XWk1EM1BST0kwMU5NSC4u&amp;route=shorturl" TargetMode="External"/><Relationship Id="R1b93ef9098ca4d58"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e068a6b0d1ed41aa" Type="http://schemas.openxmlformats.org/officeDocument/2006/relationships/hyperlink" Target="mailto:adamsv2@southernct.edu" TargetMode="External"/><Relationship Id="rId5" Type="http://schemas.openxmlformats.org/officeDocument/2006/relationships/webSettings" Target="webSettings.xml"/><Relationship Id="Rd7f324030ab64eb8" Type="http://schemas.openxmlformats.org/officeDocument/2006/relationships/hyperlink" Target="https://RedCrossBlood.org" TargetMode="External"/><Relationship Id="R3e86fb516e304e11" Type="http://schemas.openxmlformats.org/officeDocument/2006/relationships/hyperlink" Target="mailto:longc3@southernct.edu" TargetMode="Externa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8E6D08800B654C93B623E46CC40CC3" ma:contentTypeVersion="17" ma:contentTypeDescription="Create a new document." ma:contentTypeScope="" ma:versionID="2cc92a8cae197b790b368e7d1ce84e8a">
  <xsd:schema xmlns:xsd="http://www.w3.org/2001/XMLSchema" xmlns:xs="http://www.w3.org/2001/XMLSchema" xmlns:p="http://schemas.microsoft.com/office/2006/metadata/properties" xmlns:ns2="73ed8cf7-b581-404f-a3eb-ed628160d78e" xmlns:ns3="70ed8b40-b8ac-491b-99af-bdb8dab2f531" targetNamespace="http://schemas.microsoft.com/office/2006/metadata/properties" ma:root="true" ma:fieldsID="a420a73d272432eb638bc433933860f7" ns2:_="" ns3:_="">
    <xsd:import namespace="73ed8cf7-b581-404f-a3eb-ed628160d78e"/>
    <xsd:import namespace="70ed8b40-b8ac-491b-99af-bdb8dab2f5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8cf7-b581-404f-a3eb-ed628160d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4e64d-0131-43eb-b4ed-e1281b0ac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d8b40-b8ac-491b-99af-bdb8dab2f5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767f11-5947-4b51-af03-6636568c72a1}" ma:internalName="TaxCatchAll" ma:showField="CatchAllData" ma:web="70ed8b40-b8ac-491b-99af-bdb8dab2f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ed8b40-b8ac-491b-99af-bdb8dab2f531" xsi:nil="true"/>
    <lcf76f155ced4ddcb4097134ff3c332f xmlns="73ed8cf7-b581-404f-a3eb-ed628160d7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C01E08C-3EEE-4B41-A74C-C5E07F6D4CE3}"/>
</file>

<file path=customXml/itemProps3.xml><?xml version="1.0" encoding="utf-8"?>
<ds:datastoreItem xmlns:ds="http://schemas.openxmlformats.org/officeDocument/2006/customXml" ds:itemID="{3659CBCC-6FA3-4661-8766-6F09DB42ACD9}"/>
</file>

<file path=customXml/itemProps4.xml><?xml version="1.0" encoding="utf-8"?>
<ds:datastoreItem xmlns:ds="http://schemas.openxmlformats.org/officeDocument/2006/customXml" ds:itemID="{A4379BDD-1CBC-4B3F-8CDF-4898781FCF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WellStreet Journal</dc:title>
  <dc:subject>Volume 2, Issue 3 - April 2025</dc:subject>
  <dc:creator>SCSU Wellbeing Center</dc:creator>
  <cp:keywords/>
  <cp:lastModifiedBy>Simon, Ashley</cp:lastModifiedBy>
  <cp:revision>40</cp:revision>
  <dcterms:created xsi:type="dcterms:W3CDTF">2026-06-16T19:28:00Z</dcterms:created>
  <dcterms:modified xsi:type="dcterms:W3CDTF">2026-07-14T16:35:06Z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0x010100908E6D08800B654C93B623E46CC40CC3</vt:lpwstr>
  </property>
</Properties>
</file>